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D5CB" w14:textId="5BE36AD2" w:rsidR="00180946" w:rsidRDefault="00EC53AA">
      <w:pPr>
        <w:spacing w:before="1200"/>
        <w:jc w:val="center"/>
        <w:rPr>
          <w:rFonts w:ascii="Calibri" w:hAnsi="Calibri"/>
          <w:b/>
          <w:color w:val="5A2D0C"/>
          <w:sz w:val="72"/>
        </w:rPr>
      </w:pPr>
      <w:r>
        <w:rPr>
          <w:rFonts w:ascii="Calibri" w:hAnsi="Calibri"/>
          <w:b/>
          <w:noProof/>
          <w:color w:val="5A2D0C"/>
          <w:sz w:val="72"/>
        </w:rPr>
        <w:drawing>
          <wp:inline distT="0" distB="0" distL="0" distR="0" wp14:anchorId="3E85DBC5" wp14:editId="181D8590">
            <wp:extent cx="3021330" cy="3042024"/>
            <wp:effectExtent l="0" t="0" r="7620" b="6350"/>
            <wp:docPr id="4724515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51550" name="Image 4724515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4723" cy="304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14F6B" w14:textId="76C38A4A" w:rsidR="00EC53AA" w:rsidRDefault="00EC53AA">
      <w:pPr>
        <w:spacing w:before="1200"/>
        <w:jc w:val="center"/>
        <w:rPr>
          <w:rFonts w:ascii="Calibri" w:hAnsi="Calibri"/>
          <w:b/>
          <w:sz w:val="72"/>
        </w:rPr>
      </w:pPr>
      <w:r w:rsidRPr="00EC53AA">
        <w:rPr>
          <w:rFonts w:ascii="Calibri" w:hAnsi="Calibri"/>
          <w:b/>
          <w:sz w:val="72"/>
        </w:rPr>
        <w:t>Best Price                                          Best Quality</w:t>
      </w:r>
    </w:p>
    <w:p w14:paraId="160C7DCD" w14:textId="77777777" w:rsidR="00EC53AA" w:rsidRPr="00EC53AA" w:rsidRDefault="00EC53AA">
      <w:pPr>
        <w:spacing w:before="1200"/>
        <w:jc w:val="center"/>
        <w:rPr>
          <w:rFonts w:ascii="Calibri" w:hAnsi="Calibri"/>
          <w:b/>
          <w:sz w:val="52"/>
          <w:szCs w:val="18"/>
        </w:rPr>
      </w:pPr>
    </w:p>
    <w:p w14:paraId="384F3E34" w14:textId="23128878" w:rsidR="00172C4E" w:rsidRPr="00EC53AA" w:rsidRDefault="00000000">
      <w:pPr>
        <w:spacing w:before="1200"/>
        <w:jc w:val="center"/>
      </w:pPr>
      <w:r w:rsidRPr="00EC53AA">
        <w:rPr>
          <w:rFonts w:ascii="Calibri" w:hAnsi="Calibri"/>
          <w:b/>
          <w:sz w:val="72"/>
        </w:rPr>
        <w:t>NOS RECETTES</w:t>
      </w:r>
    </w:p>
    <w:p w14:paraId="53121274" w14:textId="77777777" w:rsidR="00172C4E" w:rsidRPr="00EC53AA" w:rsidRDefault="00000000">
      <w:pPr>
        <w:spacing w:after="120"/>
        <w:jc w:val="center"/>
        <w:rPr>
          <w:b/>
          <w:bCs/>
          <w:iCs/>
        </w:rPr>
      </w:pPr>
      <w:r w:rsidRPr="00EC53AA">
        <w:rPr>
          <w:rFonts w:ascii="Calibri" w:hAnsi="Calibri"/>
          <w:b/>
          <w:bCs/>
          <w:iCs/>
          <w:sz w:val="28"/>
        </w:rPr>
        <w:t xml:space="preserve">Des </w:t>
      </w:r>
      <w:proofErr w:type="spellStart"/>
      <w:r w:rsidRPr="00EC53AA">
        <w:rPr>
          <w:rFonts w:ascii="Calibri" w:hAnsi="Calibri"/>
          <w:b/>
          <w:bCs/>
          <w:iCs/>
          <w:sz w:val="28"/>
        </w:rPr>
        <w:t>idées</w:t>
      </w:r>
      <w:proofErr w:type="spellEnd"/>
      <w:r w:rsidRPr="00EC53AA">
        <w:rPr>
          <w:rFonts w:ascii="Calibri" w:hAnsi="Calibri"/>
          <w:b/>
          <w:bCs/>
          <w:iCs/>
          <w:sz w:val="28"/>
        </w:rPr>
        <w:t xml:space="preserve"> </w:t>
      </w:r>
      <w:proofErr w:type="spellStart"/>
      <w:r w:rsidRPr="00EC53AA">
        <w:rPr>
          <w:rFonts w:ascii="Calibri" w:hAnsi="Calibri"/>
          <w:b/>
          <w:bCs/>
          <w:iCs/>
          <w:sz w:val="28"/>
        </w:rPr>
        <w:t>gourmandes</w:t>
      </w:r>
      <w:proofErr w:type="spellEnd"/>
      <w:r w:rsidRPr="00EC53AA">
        <w:rPr>
          <w:rFonts w:ascii="Calibri" w:hAnsi="Calibri"/>
          <w:b/>
          <w:bCs/>
          <w:iCs/>
          <w:sz w:val="28"/>
        </w:rPr>
        <w:t xml:space="preserve"> pour sublimer </w:t>
      </w:r>
      <w:proofErr w:type="spellStart"/>
      <w:r w:rsidRPr="00EC53AA">
        <w:rPr>
          <w:rFonts w:ascii="Calibri" w:hAnsi="Calibri"/>
          <w:b/>
          <w:bCs/>
          <w:iCs/>
          <w:sz w:val="28"/>
        </w:rPr>
        <w:t>nos</w:t>
      </w:r>
      <w:proofErr w:type="spellEnd"/>
      <w:r w:rsidRPr="00EC53AA">
        <w:rPr>
          <w:rFonts w:ascii="Calibri" w:hAnsi="Calibri"/>
          <w:b/>
          <w:bCs/>
          <w:iCs/>
          <w:sz w:val="28"/>
        </w:rPr>
        <w:t xml:space="preserve"> </w:t>
      </w:r>
      <w:proofErr w:type="spellStart"/>
      <w:r w:rsidRPr="00EC53AA">
        <w:rPr>
          <w:rFonts w:ascii="Calibri" w:hAnsi="Calibri"/>
          <w:b/>
          <w:bCs/>
          <w:iCs/>
          <w:sz w:val="28"/>
        </w:rPr>
        <w:t>produits</w:t>
      </w:r>
      <w:proofErr w:type="spellEnd"/>
    </w:p>
    <w:p w14:paraId="775AC381" w14:textId="77777777" w:rsidR="00172C4E" w:rsidRPr="00180946" w:rsidRDefault="00000000">
      <w:pPr>
        <w:jc w:val="center"/>
        <w:rPr>
          <w:b/>
          <w:bCs/>
        </w:rPr>
      </w:pPr>
      <w:r w:rsidRPr="00180946">
        <w:rPr>
          <w:rFonts w:ascii="Calibri" w:hAnsi="Calibri"/>
          <w:b/>
          <w:bCs/>
        </w:rPr>
        <w:t xml:space="preserve">Farines · Gnocchi · Riz · Huiles </w:t>
      </w:r>
      <w:proofErr w:type="spellStart"/>
      <w:r w:rsidRPr="00180946">
        <w:rPr>
          <w:rFonts w:ascii="Calibri" w:hAnsi="Calibri"/>
          <w:b/>
          <w:bCs/>
        </w:rPr>
        <w:t>aromatisées</w:t>
      </w:r>
      <w:proofErr w:type="spellEnd"/>
      <w:r w:rsidRPr="00180946">
        <w:rPr>
          <w:rFonts w:ascii="Calibri" w:hAnsi="Calibri"/>
          <w:b/>
          <w:bCs/>
        </w:rPr>
        <w:t xml:space="preserve"> · </w:t>
      </w:r>
      <w:proofErr w:type="spellStart"/>
      <w:r w:rsidRPr="00180946">
        <w:rPr>
          <w:rFonts w:ascii="Calibri" w:hAnsi="Calibri"/>
          <w:b/>
          <w:bCs/>
        </w:rPr>
        <w:t>Vinaigre</w:t>
      </w:r>
      <w:proofErr w:type="spellEnd"/>
      <w:r w:rsidRPr="00180946">
        <w:rPr>
          <w:rFonts w:ascii="Calibri" w:hAnsi="Calibri"/>
          <w:b/>
          <w:bCs/>
        </w:rPr>
        <w:t xml:space="preserve"> </w:t>
      </w:r>
      <w:proofErr w:type="spellStart"/>
      <w:r w:rsidRPr="00180946">
        <w:rPr>
          <w:rFonts w:ascii="Calibri" w:hAnsi="Calibri"/>
          <w:b/>
          <w:bCs/>
        </w:rPr>
        <w:t>balsamique</w:t>
      </w:r>
      <w:proofErr w:type="spellEnd"/>
      <w:r w:rsidRPr="00180946">
        <w:rPr>
          <w:rFonts w:ascii="Calibri" w:hAnsi="Calibri"/>
          <w:b/>
          <w:bCs/>
        </w:rPr>
        <w:t xml:space="preserve"> · </w:t>
      </w:r>
      <w:proofErr w:type="spellStart"/>
      <w:r w:rsidRPr="00180946">
        <w:rPr>
          <w:rFonts w:ascii="Calibri" w:hAnsi="Calibri"/>
          <w:b/>
          <w:bCs/>
        </w:rPr>
        <w:t>Légumes</w:t>
      </w:r>
      <w:proofErr w:type="spellEnd"/>
      <w:r w:rsidRPr="00180946">
        <w:rPr>
          <w:rFonts w:ascii="Calibri" w:hAnsi="Calibri"/>
          <w:b/>
          <w:bCs/>
        </w:rPr>
        <w:t xml:space="preserve"> </w:t>
      </w:r>
      <w:proofErr w:type="spellStart"/>
      <w:r w:rsidRPr="00180946">
        <w:rPr>
          <w:rFonts w:ascii="Calibri" w:hAnsi="Calibri"/>
          <w:b/>
          <w:bCs/>
        </w:rPr>
        <w:t>grillés</w:t>
      </w:r>
      <w:proofErr w:type="spellEnd"/>
      <w:r w:rsidRPr="00180946">
        <w:rPr>
          <w:rFonts w:ascii="Calibri" w:hAnsi="Calibri"/>
          <w:b/>
          <w:bCs/>
        </w:rPr>
        <w:t xml:space="preserve"> · </w:t>
      </w:r>
      <w:proofErr w:type="spellStart"/>
      <w:r w:rsidRPr="00180946">
        <w:rPr>
          <w:rFonts w:ascii="Calibri" w:hAnsi="Calibri"/>
          <w:b/>
          <w:bCs/>
        </w:rPr>
        <w:t>Gressins</w:t>
      </w:r>
      <w:proofErr w:type="spellEnd"/>
      <w:r w:rsidRPr="00180946">
        <w:rPr>
          <w:rFonts w:ascii="Calibri" w:hAnsi="Calibri"/>
          <w:b/>
          <w:bCs/>
        </w:rPr>
        <w:t xml:space="preserve"> · Vins</w:t>
      </w:r>
    </w:p>
    <w:p w14:paraId="7BE923D7" w14:textId="77777777" w:rsidR="00EC53AA" w:rsidRPr="00EC53AA" w:rsidRDefault="00EC53AA" w:rsidP="00EC53AA">
      <w:pPr>
        <w:pBdr>
          <w:bottom w:val="single" w:sz="12" w:space="4" w:color="C0392B"/>
        </w:pBdr>
        <w:spacing w:before="360" w:after="120"/>
      </w:pPr>
      <w:r w:rsidRPr="00EC53AA">
        <w:rPr>
          <w:rFonts w:ascii="Calibri" w:hAnsi="Calibri"/>
          <w:b/>
          <w:sz w:val="40"/>
        </w:rPr>
        <w:lastRenderedPageBreak/>
        <w:t>APERITIF</w:t>
      </w:r>
    </w:p>
    <w:p w14:paraId="3A10F6FD" w14:textId="77777777" w:rsidR="00EC53AA" w:rsidRPr="00EC53AA" w:rsidRDefault="00EC53AA" w:rsidP="00EC53AA">
      <w:pPr>
        <w:spacing w:before="280" w:after="80"/>
      </w:pPr>
      <w:r w:rsidRPr="00EC53AA">
        <w:rPr>
          <w:rFonts w:ascii="Calibri" w:hAnsi="Calibri"/>
          <w:b/>
          <w:color w:val="C0392B"/>
          <w:sz w:val="28"/>
        </w:rPr>
        <w:t xml:space="preserve">Plateau antipasti aux </w:t>
      </w:r>
      <w:proofErr w:type="spellStart"/>
      <w:r w:rsidRPr="00EC53AA">
        <w:rPr>
          <w:rFonts w:ascii="Calibri" w:hAnsi="Calibri"/>
          <w:b/>
          <w:color w:val="C0392B"/>
          <w:sz w:val="28"/>
        </w:rPr>
        <w:t>gressins</w:t>
      </w:r>
      <w:proofErr w:type="spellEnd"/>
      <w:r w:rsidRPr="00EC53AA">
        <w:rPr>
          <w:rFonts w:ascii="Calibri" w:hAnsi="Calibri"/>
          <w:b/>
          <w:color w:val="C0392B"/>
          <w:sz w:val="28"/>
        </w:rPr>
        <w:t xml:space="preserve"> Rubata &amp; </w:t>
      </w:r>
      <w:proofErr w:type="spellStart"/>
      <w:r w:rsidRPr="00EC53AA">
        <w:rPr>
          <w:rFonts w:ascii="Calibri" w:hAnsi="Calibri"/>
          <w:b/>
          <w:color w:val="C0392B"/>
          <w:sz w:val="28"/>
        </w:rPr>
        <w:t>Torinesi</w:t>
      </w:r>
      <w:proofErr w:type="spellEnd"/>
      <w:r w:rsidRPr="00EC53AA">
        <w:rPr>
          <w:rFonts w:ascii="Calibri" w:hAnsi="Calibri"/>
          <w:i/>
          <w:color w:val="888888"/>
          <w:sz w:val="20"/>
        </w:rPr>
        <w:t xml:space="preserve">  </w:t>
      </w:r>
      <w:r w:rsidRPr="00EC53AA">
        <w:rPr>
          <w:rFonts w:ascii="Segoe UI Symbol" w:hAnsi="Segoe UI Symbol" w:cs="Segoe UI Symbol"/>
          <w:i/>
          <w:color w:val="888888"/>
          <w:sz w:val="20"/>
        </w:rPr>
        <w:t>⏱</w:t>
      </w:r>
      <w:r w:rsidRPr="00EC53AA">
        <w:rPr>
          <w:rFonts w:ascii="Calibri" w:hAnsi="Calibri"/>
          <w:i/>
          <w:color w:val="888888"/>
          <w:sz w:val="20"/>
        </w:rPr>
        <w:t xml:space="preserve"> 10 min</w:t>
      </w:r>
    </w:p>
    <w:p w14:paraId="37E01E27" w14:textId="77777777" w:rsidR="00EC53AA" w:rsidRPr="00EC53AA" w:rsidRDefault="00EC53AA" w:rsidP="00EC53AA">
      <w:pPr>
        <w:spacing w:before="160" w:after="40"/>
      </w:pPr>
      <w:proofErr w:type="spellStart"/>
      <w:r w:rsidRPr="00EC53AA">
        <w:rPr>
          <w:rFonts w:ascii="Calibri" w:hAnsi="Calibri"/>
          <w:b/>
          <w:color w:val="5A2D0C"/>
        </w:rPr>
        <w:t>Ingrédients</w:t>
      </w:r>
      <w:proofErr w:type="spellEnd"/>
      <w:r w:rsidRPr="00EC53AA">
        <w:rPr>
          <w:rFonts w:ascii="Calibri" w:hAnsi="Calibri"/>
          <w:b/>
          <w:color w:val="5A2D0C"/>
        </w:rPr>
        <w:t xml:space="preserve"> (4–6 </w:t>
      </w:r>
      <w:proofErr w:type="spellStart"/>
      <w:r w:rsidRPr="00EC53AA">
        <w:rPr>
          <w:rFonts w:ascii="Calibri" w:hAnsi="Calibri"/>
          <w:b/>
          <w:color w:val="5A2D0C"/>
        </w:rPr>
        <w:t>personnes</w:t>
      </w:r>
      <w:proofErr w:type="spellEnd"/>
      <w:r w:rsidRPr="00EC53AA">
        <w:rPr>
          <w:rFonts w:ascii="Calibri" w:hAnsi="Calibri"/>
          <w:b/>
          <w:color w:val="5A2D0C"/>
        </w:rPr>
        <w:t>)</w:t>
      </w:r>
    </w:p>
    <w:p w14:paraId="2BF19AA2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r w:rsidRPr="00EC53AA">
        <w:rPr>
          <w:rFonts w:ascii="Calibri" w:hAnsi="Calibri"/>
          <w:sz w:val="21"/>
        </w:rPr>
        <w:t xml:space="preserve">1 </w:t>
      </w:r>
      <w:proofErr w:type="spellStart"/>
      <w:r w:rsidRPr="00EC53AA">
        <w:rPr>
          <w:rFonts w:ascii="Calibri" w:hAnsi="Calibri"/>
          <w:sz w:val="21"/>
        </w:rPr>
        <w:t>paquet</w:t>
      </w:r>
      <w:proofErr w:type="spellEnd"/>
      <w:r w:rsidRPr="00EC53AA">
        <w:rPr>
          <w:rFonts w:ascii="Calibri" w:hAnsi="Calibri"/>
          <w:sz w:val="21"/>
        </w:rPr>
        <w:t xml:space="preserve"> de </w:t>
      </w:r>
      <w:proofErr w:type="spellStart"/>
      <w:r w:rsidRPr="00EC53AA">
        <w:rPr>
          <w:rFonts w:ascii="Calibri" w:hAnsi="Calibri"/>
          <w:sz w:val="21"/>
        </w:rPr>
        <w:t>gressins</w:t>
      </w:r>
      <w:proofErr w:type="spellEnd"/>
      <w:r w:rsidRPr="00EC53AA">
        <w:rPr>
          <w:rFonts w:ascii="Calibri" w:hAnsi="Calibri"/>
          <w:sz w:val="21"/>
        </w:rPr>
        <w:t xml:space="preserve"> Rubata BPBQ</w:t>
      </w:r>
    </w:p>
    <w:p w14:paraId="6EC5F1DF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r w:rsidRPr="00EC53AA">
        <w:rPr>
          <w:rFonts w:ascii="Calibri" w:hAnsi="Calibri"/>
          <w:sz w:val="21"/>
        </w:rPr>
        <w:t xml:space="preserve">1 </w:t>
      </w:r>
      <w:proofErr w:type="spellStart"/>
      <w:r w:rsidRPr="00EC53AA">
        <w:rPr>
          <w:rFonts w:ascii="Calibri" w:hAnsi="Calibri"/>
          <w:sz w:val="21"/>
        </w:rPr>
        <w:t>paquet</w:t>
      </w:r>
      <w:proofErr w:type="spellEnd"/>
      <w:r w:rsidRPr="00EC53AA">
        <w:rPr>
          <w:rFonts w:ascii="Calibri" w:hAnsi="Calibri"/>
          <w:sz w:val="21"/>
        </w:rPr>
        <w:t xml:space="preserve"> de </w:t>
      </w:r>
      <w:proofErr w:type="spellStart"/>
      <w:r w:rsidRPr="00EC53AA">
        <w:rPr>
          <w:rFonts w:ascii="Calibri" w:hAnsi="Calibri"/>
          <w:sz w:val="21"/>
        </w:rPr>
        <w:t>gressins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Torinesi</w:t>
      </w:r>
      <w:proofErr w:type="spellEnd"/>
      <w:r w:rsidRPr="00EC53AA">
        <w:rPr>
          <w:rFonts w:ascii="Calibri" w:hAnsi="Calibri"/>
          <w:sz w:val="21"/>
        </w:rPr>
        <w:t xml:space="preserve"> BPBQ</w:t>
      </w:r>
    </w:p>
    <w:p w14:paraId="3ADCDA9E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r w:rsidRPr="00EC53AA">
        <w:rPr>
          <w:rFonts w:ascii="Calibri" w:hAnsi="Calibri"/>
          <w:sz w:val="21"/>
        </w:rPr>
        <w:t xml:space="preserve">Charcuteries </w:t>
      </w:r>
      <w:proofErr w:type="spellStart"/>
      <w:proofErr w:type="gramStart"/>
      <w:r w:rsidRPr="00EC53AA">
        <w:rPr>
          <w:rFonts w:ascii="Calibri" w:hAnsi="Calibri"/>
          <w:sz w:val="21"/>
        </w:rPr>
        <w:t>italiennes</w:t>
      </w:r>
      <w:proofErr w:type="spellEnd"/>
      <w:r w:rsidRPr="00EC53AA">
        <w:rPr>
          <w:rFonts w:ascii="Calibri" w:hAnsi="Calibri"/>
          <w:sz w:val="21"/>
        </w:rPr>
        <w:t xml:space="preserve"> :</w:t>
      </w:r>
      <w:proofErr w:type="gramEnd"/>
      <w:r w:rsidRPr="00EC53AA">
        <w:rPr>
          <w:rFonts w:ascii="Calibri" w:hAnsi="Calibri"/>
          <w:sz w:val="21"/>
        </w:rPr>
        <w:t xml:space="preserve"> bresaola, prosciutto, </w:t>
      </w:r>
      <w:proofErr w:type="spellStart"/>
      <w:r w:rsidRPr="00EC53AA">
        <w:rPr>
          <w:rFonts w:ascii="Calibri" w:hAnsi="Calibri"/>
          <w:sz w:val="21"/>
        </w:rPr>
        <w:t>coppa</w:t>
      </w:r>
      <w:proofErr w:type="spellEnd"/>
    </w:p>
    <w:p w14:paraId="45BBBABC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proofErr w:type="spellStart"/>
      <w:proofErr w:type="gramStart"/>
      <w:r w:rsidRPr="00EC53AA">
        <w:rPr>
          <w:rFonts w:ascii="Calibri" w:hAnsi="Calibri"/>
          <w:sz w:val="21"/>
        </w:rPr>
        <w:t>Fromages</w:t>
      </w:r>
      <w:proofErr w:type="spellEnd"/>
      <w:r w:rsidRPr="00EC53AA">
        <w:rPr>
          <w:rFonts w:ascii="Calibri" w:hAnsi="Calibri"/>
          <w:sz w:val="21"/>
        </w:rPr>
        <w:t xml:space="preserve"> :</w:t>
      </w:r>
      <w:proofErr w:type="gramEnd"/>
      <w:r w:rsidRPr="00EC53AA">
        <w:rPr>
          <w:rFonts w:ascii="Calibri" w:hAnsi="Calibri"/>
          <w:sz w:val="21"/>
        </w:rPr>
        <w:t xml:space="preserve"> burrata, gorgonzola, pecorino</w:t>
      </w:r>
    </w:p>
    <w:p w14:paraId="4DF7A83F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proofErr w:type="spellStart"/>
      <w:r w:rsidRPr="00EC53AA">
        <w:rPr>
          <w:rFonts w:ascii="Calibri" w:hAnsi="Calibri"/>
          <w:sz w:val="21"/>
        </w:rPr>
        <w:t>Légumes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grillés</w:t>
      </w:r>
      <w:proofErr w:type="spellEnd"/>
      <w:r w:rsidRPr="00EC53AA">
        <w:rPr>
          <w:rFonts w:ascii="Calibri" w:hAnsi="Calibri"/>
          <w:sz w:val="21"/>
        </w:rPr>
        <w:t xml:space="preserve"> BPBQ (</w:t>
      </w:r>
      <w:proofErr w:type="spellStart"/>
      <w:r w:rsidRPr="00EC53AA">
        <w:rPr>
          <w:rFonts w:ascii="Calibri" w:hAnsi="Calibri"/>
          <w:sz w:val="21"/>
        </w:rPr>
        <w:t>artichauts</w:t>
      </w:r>
      <w:proofErr w:type="spellEnd"/>
      <w:r w:rsidRPr="00EC53AA">
        <w:rPr>
          <w:rFonts w:ascii="Calibri" w:hAnsi="Calibri"/>
          <w:sz w:val="21"/>
        </w:rPr>
        <w:t xml:space="preserve">, </w:t>
      </w:r>
      <w:proofErr w:type="spellStart"/>
      <w:r w:rsidRPr="00EC53AA">
        <w:rPr>
          <w:rFonts w:ascii="Calibri" w:hAnsi="Calibri"/>
          <w:sz w:val="21"/>
        </w:rPr>
        <w:t>poivrons</w:t>
      </w:r>
      <w:proofErr w:type="spellEnd"/>
      <w:r w:rsidRPr="00EC53AA">
        <w:rPr>
          <w:rFonts w:ascii="Calibri" w:hAnsi="Calibri"/>
          <w:sz w:val="21"/>
        </w:rPr>
        <w:t xml:space="preserve">, </w:t>
      </w:r>
      <w:proofErr w:type="spellStart"/>
      <w:r w:rsidRPr="00EC53AA">
        <w:rPr>
          <w:rFonts w:ascii="Calibri" w:hAnsi="Calibri"/>
          <w:sz w:val="21"/>
        </w:rPr>
        <w:t>aubergines</w:t>
      </w:r>
      <w:proofErr w:type="spellEnd"/>
      <w:r w:rsidRPr="00EC53AA">
        <w:rPr>
          <w:rFonts w:ascii="Calibri" w:hAnsi="Calibri"/>
          <w:sz w:val="21"/>
        </w:rPr>
        <w:t>)</w:t>
      </w:r>
    </w:p>
    <w:p w14:paraId="30FE4C95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r w:rsidRPr="00EC53AA">
        <w:rPr>
          <w:rFonts w:ascii="Calibri" w:hAnsi="Calibri"/>
          <w:sz w:val="21"/>
        </w:rPr>
        <w:t xml:space="preserve">Olives </w:t>
      </w:r>
      <w:proofErr w:type="spellStart"/>
      <w:r w:rsidRPr="00EC53AA">
        <w:rPr>
          <w:rFonts w:ascii="Calibri" w:hAnsi="Calibri"/>
          <w:sz w:val="21"/>
        </w:rPr>
        <w:t>marinées</w:t>
      </w:r>
      <w:proofErr w:type="spellEnd"/>
    </w:p>
    <w:p w14:paraId="26CCC5D9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proofErr w:type="spellStart"/>
      <w:r w:rsidRPr="00EC53AA">
        <w:rPr>
          <w:rFonts w:ascii="Calibri" w:hAnsi="Calibri"/>
          <w:sz w:val="21"/>
        </w:rPr>
        <w:t>Tomates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séchées</w:t>
      </w:r>
      <w:proofErr w:type="spellEnd"/>
      <w:r w:rsidRPr="00EC53AA">
        <w:rPr>
          <w:rFonts w:ascii="Calibri" w:hAnsi="Calibri"/>
          <w:sz w:val="21"/>
        </w:rPr>
        <w:t xml:space="preserve"> à </w:t>
      </w:r>
      <w:proofErr w:type="spellStart"/>
      <w:r w:rsidRPr="00EC53AA">
        <w:rPr>
          <w:rFonts w:ascii="Calibri" w:hAnsi="Calibri"/>
          <w:sz w:val="21"/>
        </w:rPr>
        <w:t>l'huile</w:t>
      </w:r>
      <w:proofErr w:type="spellEnd"/>
    </w:p>
    <w:p w14:paraId="18CEE7E2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proofErr w:type="spellStart"/>
      <w:r w:rsidRPr="00EC53AA">
        <w:rPr>
          <w:rFonts w:ascii="Calibri" w:hAnsi="Calibri"/>
          <w:sz w:val="21"/>
        </w:rPr>
        <w:t>Huile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d'olive</w:t>
      </w:r>
      <w:proofErr w:type="spellEnd"/>
      <w:r w:rsidRPr="00EC53AA">
        <w:rPr>
          <w:rFonts w:ascii="Calibri" w:hAnsi="Calibri"/>
          <w:sz w:val="21"/>
        </w:rPr>
        <w:t xml:space="preserve"> extra </w:t>
      </w:r>
      <w:proofErr w:type="spellStart"/>
      <w:r w:rsidRPr="00EC53AA">
        <w:rPr>
          <w:rFonts w:ascii="Calibri" w:hAnsi="Calibri"/>
          <w:sz w:val="21"/>
        </w:rPr>
        <w:t>vierge</w:t>
      </w:r>
      <w:proofErr w:type="spellEnd"/>
      <w:r w:rsidRPr="00EC53AA">
        <w:rPr>
          <w:rFonts w:ascii="Calibri" w:hAnsi="Calibri"/>
          <w:sz w:val="21"/>
        </w:rPr>
        <w:t xml:space="preserve"> BPBQ pour </w:t>
      </w:r>
      <w:proofErr w:type="spellStart"/>
      <w:r w:rsidRPr="00EC53AA">
        <w:rPr>
          <w:rFonts w:ascii="Calibri" w:hAnsi="Calibri"/>
          <w:sz w:val="21"/>
        </w:rPr>
        <w:t>tremper</w:t>
      </w:r>
      <w:proofErr w:type="spellEnd"/>
    </w:p>
    <w:p w14:paraId="54A2789B" w14:textId="77777777" w:rsidR="00EC53AA" w:rsidRPr="00EC53AA" w:rsidRDefault="00EC53AA" w:rsidP="00EC53AA">
      <w:pPr>
        <w:spacing w:before="160" w:after="40"/>
      </w:pPr>
      <w:proofErr w:type="spellStart"/>
      <w:r w:rsidRPr="00EC53AA">
        <w:rPr>
          <w:rFonts w:ascii="Calibri" w:hAnsi="Calibri"/>
          <w:b/>
          <w:color w:val="5A2D0C"/>
        </w:rPr>
        <w:t>Présentation</w:t>
      </w:r>
      <w:proofErr w:type="spellEnd"/>
    </w:p>
    <w:p w14:paraId="77F9B24A" w14:textId="77777777" w:rsidR="00EC53AA" w:rsidRPr="00EC53AA" w:rsidRDefault="00EC53AA" w:rsidP="00EC53AA">
      <w:pPr>
        <w:spacing w:before="40" w:after="40"/>
        <w:ind w:left="283"/>
      </w:pPr>
      <w:r w:rsidRPr="00EC53AA">
        <w:rPr>
          <w:rFonts w:ascii="Calibri" w:hAnsi="Calibri"/>
          <w:b/>
          <w:color w:val="C0392B"/>
          <w:sz w:val="21"/>
        </w:rPr>
        <w:t xml:space="preserve">1. </w:t>
      </w:r>
      <w:proofErr w:type="spellStart"/>
      <w:r w:rsidRPr="00EC53AA">
        <w:rPr>
          <w:rFonts w:ascii="Calibri" w:hAnsi="Calibri"/>
          <w:sz w:val="21"/>
        </w:rPr>
        <w:t>Disposez</w:t>
      </w:r>
      <w:proofErr w:type="spellEnd"/>
      <w:r w:rsidRPr="00EC53AA">
        <w:rPr>
          <w:rFonts w:ascii="Calibri" w:hAnsi="Calibri"/>
          <w:sz w:val="21"/>
        </w:rPr>
        <w:t xml:space="preserve"> les </w:t>
      </w:r>
      <w:proofErr w:type="spellStart"/>
      <w:r w:rsidRPr="00EC53AA">
        <w:rPr>
          <w:rFonts w:ascii="Calibri" w:hAnsi="Calibri"/>
          <w:sz w:val="21"/>
        </w:rPr>
        <w:t>gressins</w:t>
      </w:r>
      <w:proofErr w:type="spellEnd"/>
      <w:r w:rsidRPr="00EC53AA">
        <w:rPr>
          <w:rFonts w:ascii="Calibri" w:hAnsi="Calibri"/>
          <w:sz w:val="21"/>
        </w:rPr>
        <w:t xml:space="preserve"> dans un grand verre </w:t>
      </w:r>
      <w:proofErr w:type="spellStart"/>
      <w:r w:rsidRPr="00EC53AA">
        <w:rPr>
          <w:rFonts w:ascii="Calibri" w:hAnsi="Calibri"/>
          <w:sz w:val="21"/>
        </w:rPr>
        <w:t>ou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une</w:t>
      </w:r>
      <w:proofErr w:type="spellEnd"/>
      <w:r w:rsidRPr="00EC53AA">
        <w:rPr>
          <w:rFonts w:ascii="Calibri" w:hAnsi="Calibri"/>
          <w:sz w:val="21"/>
        </w:rPr>
        <w:t xml:space="preserve"> corbeille au </w:t>
      </w:r>
      <w:proofErr w:type="spellStart"/>
      <w:r w:rsidRPr="00EC53AA">
        <w:rPr>
          <w:rFonts w:ascii="Calibri" w:hAnsi="Calibri"/>
          <w:sz w:val="21"/>
        </w:rPr>
        <w:t>centre</w:t>
      </w:r>
      <w:proofErr w:type="spellEnd"/>
      <w:r w:rsidRPr="00EC53AA">
        <w:rPr>
          <w:rFonts w:ascii="Calibri" w:hAnsi="Calibri"/>
          <w:sz w:val="21"/>
        </w:rPr>
        <w:t xml:space="preserve"> du plateau.</w:t>
      </w:r>
    </w:p>
    <w:p w14:paraId="4139B4DF" w14:textId="77777777" w:rsidR="00EC53AA" w:rsidRPr="00EC53AA" w:rsidRDefault="00EC53AA" w:rsidP="00EC53AA">
      <w:pPr>
        <w:spacing w:before="40" w:after="40"/>
        <w:ind w:left="283"/>
      </w:pPr>
      <w:r w:rsidRPr="00EC53AA"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 w:rsidRPr="00EC53AA">
        <w:rPr>
          <w:rFonts w:ascii="Calibri" w:hAnsi="Calibri"/>
          <w:sz w:val="21"/>
        </w:rPr>
        <w:t>Arrangez</w:t>
      </w:r>
      <w:proofErr w:type="spellEnd"/>
      <w:r w:rsidRPr="00EC53AA">
        <w:rPr>
          <w:rFonts w:ascii="Calibri" w:hAnsi="Calibri"/>
          <w:sz w:val="21"/>
        </w:rPr>
        <w:t xml:space="preserve"> les charcuteries </w:t>
      </w:r>
      <w:proofErr w:type="spellStart"/>
      <w:r w:rsidRPr="00EC53AA">
        <w:rPr>
          <w:rFonts w:ascii="Calibri" w:hAnsi="Calibri"/>
          <w:sz w:val="21"/>
        </w:rPr>
        <w:t>en</w:t>
      </w:r>
      <w:proofErr w:type="spellEnd"/>
      <w:r w:rsidRPr="00EC53AA">
        <w:rPr>
          <w:rFonts w:ascii="Calibri" w:hAnsi="Calibri"/>
          <w:sz w:val="21"/>
        </w:rPr>
        <w:t xml:space="preserve"> rosettes </w:t>
      </w:r>
      <w:proofErr w:type="spellStart"/>
      <w:r w:rsidRPr="00EC53AA">
        <w:rPr>
          <w:rFonts w:ascii="Calibri" w:hAnsi="Calibri"/>
          <w:sz w:val="21"/>
        </w:rPr>
        <w:t>ou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enroulées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autour</w:t>
      </w:r>
      <w:proofErr w:type="spellEnd"/>
      <w:r w:rsidRPr="00EC53AA">
        <w:rPr>
          <w:rFonts w:ascii="Calibri" w:hAnsi="Calibri"/>
          <w:sz w:val="21"/>
        </w:rPr>
        <w:t xml:space="preserve"> des </w:t>
      </w:r>
      <w:proofErr w:type="spellStart"/>
      <w:r w:rsidRPr="00EC53AA">
        <w:rPr>
          <w:rFonts w:ascii="Calibri" w:hAnsi="Calibri"/>
          <w:sz w:val="21"/>
        </w:rPr>
        <w:t>gressins</w:t>
      </w:r>
      <w:proofErr w:type="spellEnd"/>
      <w:r w:rsidRPr="00EC53AA">
        <w:rPr>
          <w:rFonts w:ascii="Calibri" w:hAnsi="Calibri"/>
          <w:sz w:val="21"/>
        </w:rPr>
        <w:t>.</w:t>
      </w:r>
    </w:p>
    <w:p w14:paraId="5DDCAFBE" w14:textId="77777777" w:rsidR="00EC53AA" w:rsidRPr="00EC53AA" w:rsidRDefault="00EC53AA" w:rsidP="00EC53AA">
      <w:pPr>
        <w:spacing w:before="40" w:after="40"/>
        <w:ind w:left="283"/>
      </w:pPr>
      <w:r w:rsidRPr="00EC53AA"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 w:rsidRPr="00EC53AA">
        <w:rPr>
          <w:rFonts w:ascii="Calibri" w:hAnsi="Calibri"/>
          <w:sz w:val="21"/>
        </w:rPr>
        <w:t>Répartissez</w:t>
      </w:r>
      <w:proofErr w:type="spellEnd"/>
      <w:r w:rsidRPr="00EC53AA">
        <w:rPr>
          <w:rFonts w:ascii="Calibri" w:hAnsi="Calibri"/>
          <w:sz w:val="21"/>
        </w:rPr>
        <w:t xml:space="preserve"> les </w:t>
      </w:r>
      <w:proofErr w:type="spellStart"/>
      <w:r w:rsidRPr="00EC53AA">
        <w:rPr>
          <w:rFonts w:ascii="Calibri" w:hAnsi="Calibri"/>
          <w:sz w:val="21"/>
        </w:rPr>
        <w:t>fromages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en</w:t>
      </w:r>
      <w:proofErr w:type="spellEnd"/>
      <w:r w:rsidRPr="00EC53AA">
        <w:rPr>
          <w:rFonts w:ascii="Calibri" w:hAnsi="Calibri"/>
          <w:sz w:val="21"/>
        </w:rPr>
        <w:t xml:space="preserve"> morceaux </w:t>
      </w:r>
      <w:proofErr w:type="spellStart"/>
      <w:r w:rsidRPr="00EC53AA">
        <w:rPr>
          <w:rFonts w:ascii="Calibri" w:hAnsi="Calibri"/>
          <w:sz w:val="21"/>
        </w:rPr>
        <w:t>généreux</w:t>
      </w:r>
      <w:proofErr w:type="spellEnd"/>
      <w:r w:rsidRPr="00EC53AA">
        <w:rPr>
          <w:rFonts w:ascii="Calibri" w:hAnsi="Calibri"/>
          <w:sz w:val="21"/>
        </w:rPr>
        <w:t xml:space="preserve"> sur le plateau.</w:t>
      </w:r>
    </w:p>
    <w:p w14:paraId="764EF8F7" w14:textId="77777777" w:rsidR="00EC53AA" w:rsidRPr="00EC53AA" w:rsidRDefault="00EC53AA" w:rsidP="00EC53AA">
      <w:pPr>
        <w:spacing w:before="40" w:after="40"/>
        <w:ind w:left="283"/>
      </w:pPr>
      <w:r w:rsidRPr="00EC53AA"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 w:rsidRPr="00EC53AA">
        <w:rPr>
          <w:rFonts w:ascii="Calibri" w:hAnsi="Calibri"/>
          <w:sz w:val="21"/>
        </w:rPr>
        <w:t>Complétez</w:t>
      </w:r>
      <w:proofErr w:type="spellEnd"/>
      <w:r w:rsidRPr="00EC53AA">
        <w:rPr>
          <w:rFonts w:ascii="Calibri" w:hAnsi="Calibri"/>
          <w:sz w:val="21"/>
        </w:rPr>
        <w:t xml:space="preserve"> avec les </w:t>
      </w:r>
      <w:proofErr w:type="spellStart"/>
      <w:r w:rsidRPr="00EC53AA">
        <w:rPr>
          <w:rFonts w:ascii="Calibri" w:hAnsi="Calibri"/>
          <w:sz w:val="21"/>
        </w:rPr>
        <w:t>légumes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grillés</w:t>
      </w:r>
      <w:proofErr w:type="spellEnd"/>
      <w:r w:rsidRPr="00EC53AA">
        <w:rPr>
          <w:rFonts w:ascii="Calibri" w:hAnsi="Calibri"/>
          <w:sz w:val="21"/>
        </w:rPr>
        <w:t xml:space="preserve">, olives et </w:t>
      </w:r>
      <w:proofErr w:type="spellStart"/>
      <w:r w:rsidRPr="00EC53AA">
        <w:rPr>
          <w:rFonts w:ascii="Calibri" w:hAnsi="Calibri"/>
          <w:sz w:val="21"/>
        </w:rPr>
        <w:t>tomates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séchées</w:t>
      </w:r>
      <w:proofErr w:type="spellEnd"/>
      <w:r w:rsidRPr="00EC53AA">
        <w:rPr>
          <w:rFonts w:ascii="Calibri" w:hAnsi="Calibri"/>
          <w:sz w:val="21"/>
        </w:rPr>
        <w:t>.</w:t>
      </w:r>
    </w:p>
    <w:p w14:paraId="4EB21FFA" w14:textId="77777777" w:rsidR="00EC53AA" w:rsidRPr="00EC53AA" w:rsidRDefault="00EC53AA" w:rsidP="00EC53AA">
      <w:pPr>
        <w:spacing w:before="40" w:after="40"/>
        <w:ind w:left="283"/>
      </w:pPr>
      <w:r w:rsidRPr="00EC53AA"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 w:rsidRPr="00EC53AA">
        <w:rPr>
          <w:rFonts w:ascii="Calibri" w:hAnsi="Calibri"/>
          <w:sz w:val="21"/>
        </w:rPr>
        <w:t>Servez</w:t>
      </w:r>
      <w:proofErr w:type="spellEnd"/>
      <w:r w:rsidRPr="00EC53AA">
        <w:rPr>
          <w:rFonts w:ascii="Calibri" w:hAnsi="Calibri"/>
          <w:sz w:val="21"/>
        </w:rPr>
        <w:t xml:space="preserve"> avec un ramequin </w:t>
      </w:r>
      <w:proofErr w:type="spellStart"/>
      <w:r w:rsidRPr="00EC53AA">
        <w:rPr>
          <w:rFonts w:ascii="Calibri" w:hAnsi="Calibri"/>
          <w:sz w:val="21"/>
        </w:rPr>
        <w:t>d'huile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d'olive</w:t>
      </w:r>
      <w:proofErr w:type="spellEnd"/>
      <w:r w:rsidRPr="00EC53AA">
        <w:rPr>
          <w:rFonts w:ascii="Calibri" w:hAnsi="Calibri"/>
          <w:sz w:val="21"/>
        </w:rPr>
        <w:t xml:space="preserve"> extra </w:t>
      </w:r>
      <w:proofErr w:type="spellStart"/>
      <w:r w:rsidRPr="00EC53AA">
        <w:rPr>
          <w:rFonts w:ascii="Calibri" w:hAnsi="Calibri"/>
          <w:sz w:val="21"/>
        </w:rPr>
        <w:t>vierge</w:t>
      </w:r>
      <w:proofErr w:type="spellEnd"/>
      <w:r w:rsidRPr="00EC53AA">
        <w:rPr>
          <w:rFonts w:ascii="Calibri" w:hAnsi="Calibri"/>
          <w:sz w:val="21"/>
        </w:rPr>
        <w:t xml:space="preserve"> pour </w:t>
      </w:r>
      <w:proofErr w:type="spellStart"/>
      <w:r w:rsidRPr="00EC53AA">
        <w:rPr>
          <w:rFonts w:ascii="Calibri" w:hAnsi="Calibri"/>
          <w:sz w:val="21"/>
        </w:rPr>
        <w:t>tremper</w:t>
      </w:r>
      <w:proofErr w:type="spellEnd"/>
      <w:r w:rsidRPr="00EC53AA">
        <w:rPr>
          <w:rFonts w:ascii="Calibri" w:hAnsi="Calibri"/>
          <w:sz w:val="21"/>
        </w:rPr>
        <w:t xml:space="preserve">. </w:t>
      </w:r>
      <w:proofErr w:type="spellStart"/>
      <w:r w:rsidRPr="00EC53AA">
        <w:rPr>
          <w:rFonts w:ascii="Calibri" w:hAnsi="Calibri"/>
          <w:sz w:val="21"/>
        </w:rPr>
        <w:t>Accompagnez</w:t>
      </w:r>
      <w:proofErr w:type="spellEnd"/>
      <w:r w:rsidRPr="00EC53AA">
        <w:rPr>
          <w:rFonts w:ascii="Calibri" w:hAnsi="Calibri"/>
          <w:sz w:val="21"/>
        </w:rPr>
        <w:t xml:space="preserve"> d'un verre de vin </w:t>
      </w:r>
      <w:proofErr w:type="spellStart"/>
      <w:r w:rsidRPr="00EC53AA">
        <w:rPr>
          <w:rFonts w:ascii="Calibri" w:hAnsi="Calibri"/>
          <w:sz w:val="21"/>
        </w:rPr>
        <w:t>blanc</w:t>
      </w:r>
      <w:proofErr w:type="spellEnd"/>
      <w:r w:rsidRPr="00EC53AA">
        <w:rPr>
          <w:rFonts w:ascii="Calibri" w:hAnsi="Calibri"/>
          <w:sz w:val="21"/>
        </w:rPr>
        <w:t>.</w:t>
      </w:r>
    </w:p>
    <w:p w14:paraId="2281AA97" w14:textId="77777777" w:rsidR="00EC53AA" w:rsidRPr="00EC53AA" w:rsidRDefault="00EC53AA" w:rsidP="00EC53AA">
      <w:pPr>
        <w:spacing w:before="80" w:after="120"/>
        <w:ind w:left="283"/>
        <w:rPr>
          <w:rFonts w:ascii="Calibri" w:hAnsi="Calibri"/>
          <w:i/>
          <w:color w:val="6B4C11"/>
          <w:sz w:val="20"/>
        </w:rPr>
      </w:pPr>
      <w:r w:rsidRPr="00EC53AA">
        <w:rPr>
          <w:rFonts w:ascii="Segoe UI Emoji" w:hAnsi="Segoe UI Emoji" w:cs="Segoe UI Emoji"/>
          <w:i/>
          <w:color w:val="6B4C11"/>
          <w:sz w:val="20"/>
        </w:rPr>
        <w:t>💡</w:t>
      </w:r>
      <w:r w:rsidRPr="00EC53AA">
        <w:rPr>
          <w:rFonts w:ascii="Calibri" w:hAnsi="Calibri"/>
          <w:i/>
          <w:color w:val="6B4C11"/>
          <w:sz w:val="20"/>
        </w:rPr>
        <w:t xml:space="preserve"> </w:t>
      </w:r>
      <w:proofErr w:type="gramStart"/>
      <w:r w:rsidRPr="00EC53AA">
        <w:rPr>
          <w:rFonts w:ascii="Calibri" w:hAnsi="Calibri"/>
          <w:i/>
          <w:color w:val="6B4C11"/>
          <w:sz w:val="20"/>
        </w:rPr>
        <w:t>Conseil :</w:t>
      </w:r>
      <w:proofErr w:type="gramEnd"/>
      <w:r w:rsidRPr="00EC53AA">
        <w:rPr>
          <w:rFonts w:ascii="Calibri" w:hAnsi="Calibri"/>
          <w:i/>
          <w:color w:val="6B4C11"/>
          <w:sz w:val="20"/>
        </w:rPr>
        <w:t xml:space="preserve"> Les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gressins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Rubata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sont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plus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épais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et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croustillants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— parfaits pour les dips. Les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Torinesi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, fins et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allongés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, se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marient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idéalement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avec les charcuteries.</w:t>
      </w:r>
    </w:p>
    <w:p w14:paraId="637A247E" w14:textId="77777777" w:rsidR="00EC53AA" w:rsidRPr="00EC53AA" w:rsidRDefault="00EC53AA" w:rsidP="00EC53AA">
      <w:pPr>
        <w:spacing w:before="80" w:after="120"/>
        <w:ind w:left="283"/>
        <w:rPr>
          <w:rFonts w:ascii="Calibri" w:hAnsi="Calibri"/>
          <w:i/>
          <w:color w:val="6B4C11"/>
          <w:sz w:val="20"/>
        </w:rPr>
      </w:pPr>
    </w:p>
    <w:p w14:paraId="5FD6D41B" w14:textId="77777777" w:rsidR="00EC53AA" w:rsidRPr="00EC53AA" w:rsidRDefault="00EC53AA" w:rsidP="00EC53AA">
      <w:pPr>
        <w:spacing w:before="80" w:after="120"/>
        <w:ind w:left="283"/>
      </w:pPr>
    </w:p>
    <w:p w14:paraId="4F9403F2" w14:textId="77777777" w:rsidR="00EC53AA" w:rsidRPr="00EC53AA" w:rsidRDefault="00EC53AA" w:rsidP="00EC53AA">
      <w:pPr>
        <w:spacing w:before="280" w:after="80"/>
      </w:pPr>
      <w:r w:rsidRPr="00EC53AA">
        <w:rPr>
          <w:rFonts w:ascii="Calibri" w:hAnsi="Calibri"/>
          <w:b/>
          <w:color w:val="C0392B"/>
          <w:sz w:val="28"/>
        </w:rPr>
        <w:t xml:space="preserve">Trio de </w:t>
      </w:r>
      <w:proofErr w:type="spellStart"/>
      <w:r w:rsidRPr="00EC53AA">
        <w:rPr>
          <w:rFonts w:ascii="Calibri" w:hAnsi="Calibri"/>
          <w:b/>
          <w:color w:val="C0392B"/>
          <w:sz w:val="28"/>
        </w:rPr>
        <w:t>trempettes</w:t>
      </w:r>
      <w:proofErr w:type="spellEnd"/>
      <w:r w:rsidRPr="00EC53AA">
        <w:rPr>
          <w:rFonts w:ascii="Calibri" w:hAnsi="Calibri"/>
          <w:b/>
          <w:color w:val="C0392B"/>
          <w:sz w:val="28"/>
        </w:rPr>
        <w:t xml:space="preserve"> aux </w:t>
      </w:r>
      <w:proofErr w:type="spellStart"/>
      <w:r w:rsidRPr="00EC53AA">
        <w:rPr>
          <w:rFonts w:ascii="Calibri" w:hAnsi="Calibri"/>
          <w:b/>
          <w:color w:val="C0392B"/>
          <w:sz w:val="28"/>
        </w:rPr>
        <w:t>huiles</w:t>
      </w:r>
      <w:proofErr w:type="spellEnd"/>
      <w:r w:rsidRPr="00EC53AA">
        <w:rPr>
          <w:rFonts w:ascii="Calibri" w:hAnsi="Calibri"/>
          <w:b/>
          <w:color w:val="C0392B"/>
          <w:sz w:val="28"/>
        </w:rPr>
        <w:t xml:space="preserve"> </w:t>
      </w:r>
      <w:proofErr w:type="spellStart"/>
      <w:r w:rsidRPr="00EC53AA">
        <w:rPr>
          <w:rFonts w:ascii="Calibri" w:hAnsi="Calibri"/>
          <w:b/>
          <w:color w:val="C0392B"/>
          <w:sz w:val="28"/>
        </w:rPr>
        <w:t>aromatisées</w:t>
      </w:r>
      <w:proofErr w:type="spellEnd"/>
      <w:r w:rsidRPr="00EC53AA">
        <w:rPr>
          <w:rFonts w:ascii="Calibri" w:hAnsi="Calibri"/>
          <w:i/>
          <w:color w:val="888888"/>
          <w:sz w:val="20"/>
        </w:rPr>
        <w:t xml:space="preserve">  </w:t>
      </w:r>
      <w:r w:rsidRPr="00EC53AA">
        <w:rPr>
          <w:rFonts w:ascii="Segoe UI Symbol" w:hAnsi="Segoe UI Symbol" w:cs="Segoe UI Symbol"/>
          <w:i/>
          <w:color w:val="888888"/>
          <w:sz w:val="20"/>
        </w:rPr>
        <w:t>⏱</w:t>
      </w:r>
      <w:r w:rsidRPr="00EC53AA">
        <w:rPr>
          <w:rFonts w:ascii="Calibri" w:hAnsi="Calibri"/>
          <w:i/>
          <w:color w:val="888888"/>
          <w:sz w:val="20"/>
        </w:rPr>
        <w:t xml:space="preserve"> 10 min</w:t>
      </w:r>
    </w:p>
    <w:p w14:paraId="7C684994" w14:textId="77777777" w:rsidR="00EC53AA" w:rsidRPr="00EC53AA" w:rsidRDefault="00EC53AA" w:rsidP="00EC53AA">
      <w:pPr>
        <w:spacing w:before="160" w:after="40"/>
      </w:pPr>
      <w:proofErr w:type="spellStart"/>
      <w:r w:rsidRPr="00EC53AA">
        <w:rPr>
          <w:rFonts w:ascii="Calibri" w:hAnsi="Calibri"/>
          <w:b/>
          <w:color w:val="5A2D0C"/>
        </w:rPr>
        <w:t>Ingrédients</w:t>
      </w:r>
      <w:proofErr w:type="spellEnd"/>
      <w:r w:rsidRPr="00EC53AA">
        <w:rPr>
          <w:rFonts w:ascii="Calibri" w:hAnsi="Calibri"/>
          <w:b/>
          <w:color w:val="5A2D0C"/>
        </w:rPr>
        <w:t xml:space="preserve"> (4–6 </w:t>
      </w:r>
      <w:proofErr w:type="spellStart"/>
      <w:r w:rsidRPr="00EC53AA">
        <w:rPr>
          <w:rFonts w:ascii="Calibri" w:hAnsi="Calibri"/>
          <w:b/>
          <w:color w:val="5A2D0C"/>
        </w:rPr>
        <w:t>personnes</w:t>
      </w:r>
      <w:proofErr w:type="spellEnd"/>
      <w:r w:rsidRPr="00EC53AA">
        <w:rPr>
          <w:rFonts w:ascii="Calibri" w:hAnsi="Calibri"/>
          <w:b/>
          <w:color w:val="5A2D0C"/>
        </w:rPr>
        <w:t>)</w:t>
      </w:r>
    </w:p>
    <w:p w14:paraId="47DBBDD5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proofErr w:type="spellStart"/>
      <w:r w:rsidRPr="00EC53AA">
        <w:rPr>
          <w:rFonts w:ascii="Calibri" w:hAnsi="Calibri"/>
          <w:sz w:val="21"/>
        </w:rPr>
        <w:t>Gressins</w:t>
      </w:r>
      <w:proofErr w:type="spellEnd"/>
      <w:r w:rsidRPr="00EC53AA">
        <w:rPr>
          <w:rFonts w:ascii="Calibri" w:hAnsi="Calibri"/>
          <w:sz w:val="21"/>
        </w:rPr>
        <w:t xml:space="preserve"> Rubata &amp; </w:t>
      </w:r>
      <w:proofErr w:type="spellStart"/>
      <w:r w:rsidRPr="00EC53AA">
        <w:rPr>
          <w:rFonts w:ascii="Calibri" w:hAnsi="Calibri"/>
          <w:sz w:val="21"/>
        </w:rPr>
        <w:t>Torinesi</w:t>
      </w:r>
      <w:proofErr w:type="spellEnd"/>
      <w:r w:rsidRPr="00EC53AA">
        <w:rPr>
          <w:rFonts w:ascii="Calibri" w:hAnsi="Calibri"/>
          <w:sz w:val="21"/>
        </w:rPr>
        <w:t xml:space="preserve"> BPBQ</w:t>
      </w:r>
    </w:p>
    <w:p w14:paraId="540E7303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proofErr w:type="spellStart"/>
      <w:r w:rsidRPr="00EC53AA">
        <w:rPr>
          <w:rFonts w:ascii="Calibri" w:hAnsi="Calibri"/>
          <w:sz w:val="21"/>
        </w:rPr>
        <w:t>Trempette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gramStart"/>
      <w:r w:rsidRPr="00EC53AA">
        <w:rPr>
          <w:rFonts w:ascii="Calibri" w:hAnsi="Calibri"/>
          <w:sz w:val="21"/>
        </w:rPr>
        <w:t>1 :</w:t>
      </w:r>
      <w:proofErr w:type="gram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huile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d'ail</w:t>
      </w:r>
      <w:proofErr w:type="spellEnd"/>
      <w:r w:rsidRPr="00EC53AA">
        <w:rPr>
          <w:rFonts w:ascii="Calibri" w:hAnsi="Calibri"/>
          <w:sz w:val="21"/>
        </w:rPr>
        <w:t xml:space="preserve"> BPBQ + herbes </w:t>
      </w:r>
      <w:proofErr w:type="spellStart"/>
      <w:r w:rsidRPr="00EC53AA">
        <w:rPr>
          <w:rFonts w:ascii="Calibri" w:hAnsi="Calibri"/>
          <w:sz w:val="21"/>
        </w:rPr>
        <w:t>fraîches</w:t>
      </w:r>
      <w:proofErr w:type="spellEnd"/>
      <w:r w:rsidRPr="00EC53AA">
        <w:rPr>
          <w:rFonts w:ascii="Calibri" w:hAnsi="Calibri"/>
          <w:sz w:val="21"/>
        </w:rPr>
        <w:t xml:space="preserve"> + fleur de </w:t>
      </w:r>
      <w:proofErr w:type="spellStart"/>
      <w:r w:rsidRPr="00EC53AA">
        <w:rPr>
          <w:rFonts w:ascii="Calibri" w:hAnsi="Calibri"/>
          <w:sz w:val="21"/>
        </w:rPr>
        <w:t>sel</w:t>
      </w:r>
      <w:proofErr w:type="spellEnd"/>
    </w:p>
    <w:p w14:paraId="495F23BD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proofErr w:type="spellStart"/>
      <w:r w:rsidRPr="00EC53AA">
        <w:rPr>
          <w:rFonts w:ascii="Calibri" w:hAnsi="Calibri"/>
          <w:sz w:val="21"/>
        </w:rPr>
        <w:t>Trempette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gramStart"/>
      <w:r w:rsidRPr="00EC53AA">
        <w:rPr>
          <w:rFonts w:ascii="Calibri" w:hAnsi="Calibri"/>
          <w:sz w:val="21"/>
        </w:rPr>
        <w:t>2 :</w:t>
      </w:r>
      <w:proofErr w:type="gram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huile</w:t>
      </w:r>
      <w:proofErr w:type="spellEnd"/>
      <w:r w:rsidRPr="00EC53AA">
        <w:rPr>
          <w:rFonts w:ascii="Calibri" w:hAnsi="Calibri"/>
          <w:sz w:val="21"/>
        </w:rPr>
        <w:t xml:space="preserve"> au basilic BPBQ + </w:t>
      </w:r>
      <w:proofErr w:type="spellStart"/>
      <w:r w:rsidRPr="00EC53AA">
        <w:rPr>
          <w:rFonts w:ascii="Calibri" w:hAnsi="Calibri"/>
          <w:sz w:val="21"/>
        </w:rPr>
        <w:t>tomates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séchées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mixées</w:t>
      </w:r>
      <w:proofErr w:type="spellEnd"/>
    </w:p>
    <w:p w14:paraId="61EAE7D8" w14:textId="77777777" w:rsidR="00EC53AA" w:rsidRPr="00EC53AA" w:rsidRDefault="00EC53AA" w:rsidP="00EC53AA">
      <w:pPr>
        <w:tabs>
          <w:tab w:val="num" w:pos="360"/>
        </w:tabs>
        <w:spacing w:before="20" w:after="20"/>
        <w:ind w:left="567" w:hanging="360"/>
        <w:contextualSpacing/>
      </w:pPr>
      <w:proofErr w:type="spellStart"/>
      <w:r w:rsidRPr="00EC53AA">
        <w:rPr>
          <w:rFonts w:ascii="Calibri" w:hAnsi="Calibri"/>
          <w:sz w:val="21"/>
        </w:rPr>
        <w:t>Trempette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gramStart"/>
      <w:r w:rsidRPr="00EC53AA">
        <w:rPr>
          <w:rFonts w:ascii="Calibri" w:hAnsi="Calibri"/>
          <w:sz w:val="21"/>
        </w:rPr>
        <w:t>3 :</w:t>
      </w:r>
      <w:proofErr w:type="gram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huile</w:t>
      </w:r>
      <w:proofErr w:type="spellEnd"/>
      <w:r w:rsidRPr="00EC53AA">
        <w:rPr>
          <w:rFonts w:ascii="Calibri" w:hAnsi="Calibri"/>
          <w:sz w:val="21"/>
        </w:rPr>
        <w:t xml:space="preserve"> au piment BPBQ + citron + parmesan </w:t>
      </w:r>
      <w:proofErr w:type="spellStart"/>
      <w:r w:rsidRPr="00EC53AA">
        <w:rPr>
          <w:rFonts w:ascii="Calibri" w:hAnsi="Calibri"/>
          <w:sz w:val="21"/>
        </w:rPr>
        <w:t>râpé</w:t>
      </w:r>
      <w:proofErr w:type="spellEnd"/>
    </w:p>
    <w:p w14:paraId="0BCD2FAD" w14:textId="77777777" w:rsidR="00EC53AA" w:rsidRPr="00EC53AA" w:rsidRDefault="00EC53AA" w:rsidP="00EC53AA">
      <w:pPr>
        <w:spacing w:before="160" w:after="40"/>
      </w:pPr>
      <w:proofErr w:type="spellStart"/>
      <w:r w:rsidRPr="00EC53AA">
        <w:rPr>
          <w:rFonts w:ascii="Calibri" w:hAnsi="Calibri"/>
          <w:b/>
          <w:color w:val="5A2D0C"/>
        </w:rPr>
        <w:t>Préparation</w:t>
      </w:r>
      <w:proofErr w:type="spellEnd"/>
    </w:p>
    <w:p w14:paraId="59AAAA08" w14:textId="77777777" w:rsidR="00EC53AA" w:rsidRPr="00EC53AA" w:rsidRDefault="00EC53AA" w:rsidP="00EC53AA">
      <w:pPr>
        <w:spacing w:before="40" w:after="40"/>
        <w:ind w:left="283"/>
      </w:pPr>
      <w:r w:rsidRPr="00EC53AA">
        <w:rPr>
          <w:rFonts w:ascii="Calibri" w:hAnsi="Calibri"/>
          <w:b/>
          <w:color w:val="C0392B"/>
          <w:sz w:val="21"/>
        </w:rPr>
        <w:t xml:space="preserve">1. </w:t>
      </w:r>
      <w:proofErr w:type="spellStart"/>
      <w:r w:rsidRPr="00EC53AA">
        <w:rPr>
          <w:rFonts w:ascii="Calibri" w:hAnsi="Calibri"/>
          <w:sz w:val="21"/>
        </w:rPr>
        <w:t>Préparez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chaque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trempette</w:t>
      </w:r>
      <w:proofErr w:type="spellEnd"/>
      <w:r w:rsidRPr="00EC53AA">
        <w:rPr>
          <w:rFonts w:ascii="Calibri" w:hAnsi="Calibri"/>
          <w:sz w:val="21"/>
        </w:rPr>
        <w:t xml:space="preserve"> dans un ramequin </w:t>
      </w:r>
      <w:proofErr w:type="spellStart"/>
      <w:r w:rsidRPr="00EC53AA">
        <w:rPr>
          <w:rFonts w:ascii="Calibri" w:hAnsi="Calibri"/>
          <w:sz w:val="21"/>
        </w:rPr>
        <w:t>individuel</w:t>
      </w:r>
      <w:proofErr w:type="spellEnd"/>
      <w:r w:rsidRPr="00EC53AA">
        <w:rPr>
          <w:rFonts w:ascii="Calibri" w:hAnsi="Calibri"/>
          <w:sz w:val="21"/>
        </w:rPr>
        <w:t>.</w:t>
      </w:r>
    </w:p>
    <w:p w14:paraId="0349D8DD" w14:textId="77777777" w:rsidR="00EC53AA" w:rsidRPr="00EC53AA" w:rsidRDefault="00EC53AA" w:rsidP="00EC53AA">
      <w:pPr>
        <w:spacing w:before="40" w:after="40"/>
        <w:ind w:left="283"/>
      </w:pPr>
      <w:r w:rsidRPr="00EC53AA"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 w:rsidRPr="00EC53AA">
        <w:rPr>
          <w:rFonts w:ascii="Calibri" w:hAnsi="Calibri"/>
          <w:sz w:val="21"/>
        </w:rPr>
        <w:t>Trempette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gramStart"/>
      <w:r w:rsidRPr="00EC53AA">
        <w:rPr>
          <w:rFonts w:ascii="Calibri" w:hAnsi="Calibri"/>
          <w:sz w:val="21"/>
        </w:rPr>
        <w:t>ail :</w:t>
      </w:r>
      <w:proofErr w:type="gram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versez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l'huile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d'ail</w:t>
      </w:r>
      <w:proofErr w:type="spellEnd"/>
      <w:r w:rsidRPr="00EC53AA">
        <w:rPr>
          <w:rFonts w:ascii="Calibri" w:hAnsi="Calibri"/>
          <w:sz w:val="21"/>
        </w:rPr>
        <w:t xml:space="preserve"> dans un ramequin plat, </w:t>
      </w:r>
      <w:proofErr w:type="spellStart"/>
      <w:r w:rsidRPr="00EC53AA">
        <w:rPr>
          <w:rFonts w:ascii="Calibri" w:hAnsi="Calibri"/>
          <w:sz w:val="21"/>
        </w:rPr>
        <w:t>parsemez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d'herbes</w:t>
      </w:r>
      <w:proofErr w:type="spellEnd"/>
      <w:r w:rsidRPr="00EC53AA">
        <w:rPr>
          <w:rFonts w:ascii="Calibri" w:hAnsi="Calibri"/>
          <w:sz w:val="21"/>
        </w:rPr>
        <w:t xml:space="preserve"> et de fleur de sel.</w:t>
      </w:r>
    </w:p>
    <w:p w14:paraId="4311559A" w14:textId="77777777" w:rsidR="00EC53AA" w:rsidRPr="00EC53AA" w:rsidRDefault="00EC53AA" w:rsidP="00EC53AA">
      <w:pPr>
        <w:spacing w:before="40" w:after="40"/>
        <w:ind w:left="283"/>
      </w:pPr>
      <w:r w:rsidRPr="00EC53AA"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 w:rsidRPr="00EC53AA">
        <w:rPr>
          <w:rFonts w:ascii="Calibri" w:hAnsi="Calibri"/>
          <w:sz w:val="21"/>
        </w:rPr>
        <w:t>Trempette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gramStart"/>
      <w:r w:rsidRPr="00EC53AA">
        <w:rPr>
          <w:rFonts w:ascii="Calibri" w:hAnsi="Calibri"/>
          <w:sz w:val="21"/>
        </w:rPr>
        <w:t>basilic :</w:t>
      </w:r>
      <w:proofErr w:type="gram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mixez</w:t>
      </w:r>
      <w:proofErr w:type="spellEnd"/>
      <w:r w:rsidRPr="00EC53AA">
        <w:rPr>
          <w:rFonts w:ascii="Calibri" w:hAnsi="Calibri"/>
          <w:sz w:val="21"/>
        </w:rPr>
        <w:t xml:space="preserve"> 4–5 </w:t>
      </w:r>
      <w:proofErr w:type="spellStart"/>
      <w:r w:rsidRPr="00EC53AA">
        <w:rPr>
          <w:rFonts w:ascii="Calibri" w:hAnsi="Calibri"/>
          <w:sz w:val="21"/>
        </w:rPr>
        <w:t>tomates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séchées</w:t>
      </w:r>
      <w:proofErr w:type="spellEnd"/>
      <w:r w:rsidRPr="00EC53AA">
        <w:rPr>
          <w:rFonts w:ascii="Calibri" w:hAnsi="Calibri"/>
          <w:sz w:val="21"/>
        </w:rPr>
        <w:t xml:space="preserve"> avec </w:t>
      </w:r>
      <w:proofErr w:type="spellStart"/>
      <w:r w:rsidRPr="00EC53AA">
        <w:rPr>
          <w:rFonts w:ascii="Calibri" w:hAnsi="Calibri"/>
          <w:sz w:val="21"/>
        </w:rPr>
        <w:t>l'huile</w:t>
      </w:r>
      <w:proofErr w:type="spellEnd"/>
      <w:r w:rsidRPr="00EC53AA">
        <w:rPr>
          <w:rFonts w:ascii="Calibri" w:hAnsi="Calibri"/>
          <w:sz w:val="21"/>
        </w:rPr>
        <w:t xml:space="preserve"> au basilic pour </w:t>
      </w:r>
      <w:proofErr w:type="spellStart"/>
      <w:r w:rsidRPr="00EC53AA">
        <w:rPr>
          <w:rFonts w:ascii="Calibri" w:hAnsi="Calibri"/>
          <w:sz w:val="21"/>
        </w:rPr>
        <w:t>une</w:t>
      </w:r>
      <w:proofErr w:type="spellEnd"/>
      <w:r w:rsidRPr="00EC53AA">
        <w:rPr>
          <w:rFonts w:ascii="Calibri" w:hAnsi="Calibri"/>
          <w:sz w:val="21"/>
        </w:rPr>
        <w:t xml:space="preserve"> pâte </w:t>
      </w:r>
      <w:proofErr w:type="spellStart"/>
      <w:r w:rsidRPr="00EC53AA">
        <w:rPr>
          <w:rFonts w:ascii="Calibri" w:hAnsi="Calibri"/>
          <w:sz w:val="21"/>
        </w:rPr>
        <w:t>épaisse</w:t>
      </w:r>
      <w:proofErr w:type="spellEnd"/>
      <w:r w:rsidRPr="00EC53AA">
        <w:rPr>
          <w:rFonts w:ascii="Calibri" w:hAnsi="Calibri"/>
          <w:sz w:val="21"/>
        </w:rPr>
        <w:t>.</w:t>
      </w:r>
    </w:p>
    <w:p w14:paraId="0B0DBB16" w14:textId="77777777" w:rsidR="00EC53AA" w:rsidRPr="00EC53AA" w:rsidRDefault="00EC53AA" w:rsidP="00EC53AA">
      <w:pPr>
        <w:spacing w:before="40" w:after="40"/>
        <w:ind w:left="283"/>
      </w:pPr>
      <w:r w:rsidRPr="00EC53AA"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 w:rsidRPr="00EC53AA">
        <w:rPr>
          <w:rFonts w:ascii="Calibri" w:hAnsi="Calibri"/>
          <w:sz w:val="21"/>
        </w:rPr>
        <w:t>Trempette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gramStart"/>
      <w:r w:rsidRPr="00EC53AA">
        <w:rPr>
          <w:rFonts w:ascii="Calibri" w:hAnsi="Calibri"/>
          <w:sz w:val="21"/>
        </w:rPr>
        <w:t>piment :</w:t>
      </w:r>
      <w:proofErr w:type="gram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mélangez</w:t>
      </w:r>
      <w:proofErr w:type="spellEnd"/>
      <w:r w:rsidRPr="00EC53AA">
        <w:rPr>
          <w:rFonts w:ascii="Calibri" w:hAnsi="Calibri"/>
          <w:sz w:val="21"/>
        </w:rPr>
        <w:t xml:space="preserve"> </w:t>
      </w:r>
      <w:proofErr w:type="spellStart"/>
      <w:r w:rsidRPr="00EC53AA">
        <w:rPr>
          <w:rFonts w:ascii="Calibri" w:hAnsi="Calibri"/>
          <w:sz w:val="21"/>
        </w:rPr>
        <w:t>l'huile</w:t>
      </w:r>
      <w:proofErr w:type="spellEnd"/>
      <w:r w:rsidRPr="00EC53AA">
        <w:rPr>
          <w:rFonts w:ascii="Calibri" w:hAnsi="Calibri"/>
          <w:sz w:val="21"/>
        </w:rPr>
        <w:t xml:space="preserve"> au piment avec 1 c. à café de jus de citron et 1 c. à soupe de parmesan.</w:t>
      </w:r>
    </w:p>
    <w:p w14:paraId="28CEDFB5" w14:textId="77777777" w:rsidR="00EC53AA" w:rsidRPr="00EC53AA" w:rsidRDefault="00EC53AA" w:rsidP="00EC53AA">
      <w:pPr>
        <w:spacing w:before="40" w:after="40"/>
        <w:ind w:left="283"/>
      </w:pPr>
      <w:r w:rsidRPr="00EC53AA"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 w:rsidRPr="00EC53AA">
        <w:rPr>
          <w:rFonts w:ascii="Calibri" w:hAnsi="Calibri"/>
          <w:sz w:val="21"/>
        </w:rPr>
        <w:t>Disposez</w:t>
      </w:r>
      <w:proofErr w:type="spellEnd"/>
      <w:r w:rsidRPr="00EC53AA">
        <w:rPr>
          <w:rFonts w:ascii="Calibri" w:hAnsi="Calibri"/>
          <w:sz w:val="21"/>
        </w:rPr>
        <w:t xml:space="preserve"> les trois ramequins au </w:t>
      </w:r>
      <w:proofErr w:type="spellStart"/>
      <w:r w:rsidRPr="00EC53AA">
        <w:rPr>
          <w:rFonts w:ascii="Calibri" w:hAnsi="Calibri"/>
          <w:sz w:val="21"/>
        </w:rPr>
        <w:t>centre</w:t>
      </w:r>
      <w:proofErr w:type="spellEnd"/>
      <w:r w:rsidRPr="00EC53AA">
        <w:rPr>
          <w:rFonts w:ascii="Calibri" w:hAnsi="Calibri"/>
          <w:sz w:val="21"/>
        </w:rPr>
        <w:t xml:space="preserve"> d'un plateau avec les </w:t>
      </w:r>
      <w:proofErr w:type="spellStart"/>
      <w:r w:rsidRPr="00EC53AA">
        <w:rPr>
          <w:rFonts w:ascii="Calibri" w:hAnsi="Calibri"/>
          <w:sz w:val="21"/>
        </w:rPr>
        <w:t>gressins</w:t>
      </w:r>
      <w:proofErr w:type="spellEnd"/>
      <w:r w:rsidRPr="00EC53AA">
        <w:rPr>
          <w:rFonts w:ascii="Calibri" w:hAnsi="Calibri"/>
          <w:sz w:val="21"/>
        </w:rPr>
        <w:t xml:space="preserve"> tout </w:t>
      </w:r>
      <w:proofErr w:type="spellStart"/>
      <w:r w:rsidRPr="00EC53AA">
        <w:rPr>
          <w:rFonts w:ascii="Calibri" w:hAnsi="Calibri"/>
          <w:sz w:val="21"/>
        </w:rPr>
        <w:t>autour</w:t>
      </w:r>
      <w:proofErr w:type="spellEnd"/>
      <w:r w:rsidRPr="00EC53AA">
        <w:rPr>
          <w:rFonts w:ascii="Calibri" w:hAnsi="Calibri"/>
          <w:sz w:val="21"/>
        </w:rPr>
        <w:t>.</w:t>
      </w:r>
    </w:p>
    <w:p w14:paraId="2368FCBF" w14:textId="77777777" w:rsidR="00EC53AA" w:rsidRDefault="00EC53AA" w:rsidP="00EC53AA">
      <w:pPr>
        <w:spacing w:before="80" w:after="120"/>
        <w:ind w:left="283"/>
        <w:rPr>
          <w:rFonts w:ascii="Calibri" w:hAnsi="Calibri"/>
          <w:i/>
          <w:color w:val="6B4C11"/>
          <w:sz w:val="20"/>
        </w:rPr>
      </w:pPr>
      <w:r w:rsidRPr="00EC53AA">
        <w:rPr>
          <w:rFonts w:ascii="Segoe UI Emoji" w:hAnsi="Segoe UI Emoji" w:cs="Segoe UI Emoji"/>
          <w:i/>
          <w:color w:val="6B4C11"/>
          <w:sz w:val="20"/>
        </w:rPr>
        <w:t>💡</w:t>
      </w:r>
      <w:r w:rsidRPr="00EC53AA">
        <w:rPr>
          <w:rFonts w:ascii="Calibri" w:hAnsi="Calibri"/>
          <w:i/>
          <w:color w:val="6B4C11"/>
          <w:sz w:val="20"/>
        </w:rPr>
        <w:t xml:space="preserve"> </w:t>
      </w:r>
      <w:proofErr w:type="gramStart"/>
      <w:r w:rsidRPr="00EC53AA">
        <w:rPr>
          <w:rFonts w:ascii="Calibri" w:hAnsi="Calibri"/>
          <w:i/>
          <w:color w:val="6B4C11"/>
          <w:sz w:val="20"/>
        </w:rPr>
        <w:t>Conseil :</w:t>
      </w:r>
      <w:proofErr w:type="gramEnd"/>
      <w:r w:rsidRPr="00EC53AA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Idéal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pour </w:t>
      </w:r>
      <w:proofErr w:type="spellStart"/>
      <w:proofErr w:type="gramStart"/>
      <w:r w:rsidRPr="00EC53AA">
        <w:rPr>
          <w:rFonts w:ascii="Calibri" w:hAnsi="Calibri"/>
          <w:i/>
          <w:color w:val="6B4C11"/>
          <w:sz w:val="20"/>
        </w:rPr>
        <w:t>l'apéritif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!</w:t>
      </w:r>
      <w:proofErr w:type="gramEnd"/>
      <w:r w:rsidRPr="00EC53AA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Variez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les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huiles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selon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EC53AA">
        <w:rPr>
          <w:rFonts w:ascii="Calibri" w:hAnsi="Calibri"/>
          <w:i/>
          <w:color w:val="6B4C11"/>
          <w:sz w:val="20"/>
        </w:rPr>
        <w:t>votre</w:t>
      </w:r>
      <w:proofErr w:type="spellEnd"/>
      <w:r w:rsidRPr="00EC53AA">
        <w:rPr>
          <w:rFonts w:ascii="Calibri" w:hAnsi="Calibri"/>
          <w:i/>
          <w:color w:val="6B4C11"/>
          <w:sz w:val="20"/>
        </w:rPr>
        <w:t xml:space="preserve"> goût et la saison.</w:t>
      </w:r>
    </w:p>
    <w:p w14:paraId="600F4B82" w14:textId="77777777" w:rsidR="00EC53AA" w:rsidRPr="00EC53AA" w:rsidRDefault="00EC53AA" w:rsidP="00EC53AA">
      <w:pPr>
        <w:spacing w:before="80" w:after="120"/>
        <w:ind w:left="283"/>
      </w:pPr>
    </w:p>
    <w:p w14:paraId="1AACBAC2" w14:textId="6B351503" w:rsidR="00172C4E" w:rsidRPr="00EC53AA" w:rsidRDefault="00EC53AA">
      <w:pPr>
        <w:pBdr>
          <w:bottom w:val="single" w:sz="12" w:space="4" w:color="C0392B"/>
        </w:pBdr>
        <w:spacing w:before="360" w:after="120"/>
      </w:pPr>
      <w:r w:rsidRPr="00EC53AA">
        <w:rPr>
          <w:rFonts w:ascii="Calibri" w:hAnsi="Calibri"/>
          <w:b/>
          <w:sz w:val="40"/>
        </w:rPr>
        <w:lastRenderedPageBreak/>
        <w:t>FARINES</w:t>
      </w:r>
      <w:r>
        <w:rPr>
          <w:rFonts w:ascii="Calibri" w:hAnsi="Calibri"/>
          <w:b/>
          <w:sz w:val="40"/>
        </w:rPr>
        <w:t xml:space="preserve"> DE POIS CHICHE</w:t>
      </w:r>
    </w:p>
    <w:p w14:paraId="4702C7ED" w14:textId="6E4483E6" w:rsidR="00B42C50" w:rsidRDefault="00B42C50">
      <w:pPr>
        <w:spacing w:before="280" w:after="80"/>
        <w:rPr>
          <w:rFonts w:ascii="Calibri" w:hAnsi="Calibri"/>
          <w:i/>
          <w:color w:val="888888"/>
          <w:sz w:val="20"/>
        </w:rPr>
      </w:pPr>
      <w:proofErr w:type="spellStart"/>
      <w:r>
        <w:rPr>
          <w:rFonts w:ascii="Calibri" w:hAnsi="Calibri"/>
          <w:b/>
          <w:color w:val="C0392B"/>
          <w:sz w:val="28"/>
        </w:rPr>
        <w:t>Socca</w:t>
      </w:r>
      <w:proofErr w:type="spellEnd"/>
      <w:r>
        <w:rPr>
          <w:rFonts w:ascii="Calibri" w:hAnsi="Calibri"/>
          <w:b/>
          <w:color w:val="C0392B"/>
          <w:sz w:val="28"/>
        </w:rPr>
        <w:t xml:space="preserve"> </w:t>
      </w:r>
      <w:proofErr w:type="gramStart"/>
      <w:r>
        <w:rPr>
          <w:rFonts w:ascii="Calibri" w:hAnsi="Calibri"/>
          <w:b/>
          <w:color w:val="C0392B"/>
          <w:sz w:val="28"/>
        </w:rPr>
        <w:t xml:space="preserve">Nicoise </w:t>
      </w:r>
      <w:r>
        <w:rPr>
          <w:rFonts w:ascii="Calibri" w:hAnsi="Calibri"/>
          <w:i/>
          <w:color w:val="888888"/>
          <w:sz w:val="20"/>
        </w:rPr>
        <w:t>⏱ 30</w:t>
      </w:r>
      <w:proofErr w:type="gramEnd"/>
      <w:r>
        <w:rPr>
          <w:rFonts w:ascii="Calibri" w:hAnsi="Calibri"/>
          <w:i/>
          <w:color w:val="888888"/>
          <w:sz w:val="20"/>
        </w:rPr>
        <w:t xml:space="preserve"> min</w:t>
      </w:r>
    </w:p>
    <w:p w14:paraId="004F1A5D" w14:textId="77777777" w:rsidR="00B42C50" w:rsidRPr="00B42C50" w:rsidRDefault="00B42C50" w:rsidP="00B42C50">
      <w:pPr>
        <w:spacing w:before="160" w:after="40"/>
      </w:pPr>
      <w:proofErr w:type="spellStart"/>
      <w:r w:rsidRPr="00B42C50">
        <w:rPr>
          <w:rFonts w:ascii="Calibri" w:hAnsi="Calibri"/>
          <w:b/>
          <w:color w:val="5A2D0C"/>
        </w:rPr>
        <w:t>Ingrédients</w:t>
      </w:r>
      <w:proofErr w:type="spellEnd"/>
      <w:r w:rsidRPr="00B42C50">
        <w:rPr>
          <w:rFonts w:ascii="Calibri" w:hAnsi="Calibri"/>
          <w:b/>
          <w:color w:val="5A2D0C"/>
        </w:rPr>
        <w:t xml:space="preserve"> (4 </w:t>
      </w:r>
      <w:proofErr w:type="spellStart"/>
      <w:r w:rsidRPr="00B42C50">
        <w:rPr>
          <w:rFonts w:ascii="Calibri" w:hAnsi="Calibri"/>
          <w:b/>
          <w:color w:val="5A2D0C"/>
        </w:rPr>
        <w:t>personnes</w:t>
      </w:r>
      <w:proofErr w:type="spellEnd"/>
      <w:r w:rsidRPr="00B42C50">
        <w:rPr>
          <w:rFonts w:ascii="Calibri" w:hAnsi="Calibri"/>
          <w:b/>
          <w:color w:val="5A2D0C"/>
        </w:rPr>
        <w:t>)</w:t>
      </w:r>
    </w:p>
    <w:p w14:paraId="75B30599" w14:textId="5E2028DC" w:rsidR="00B42C50" w:rsidRPr="00B42C50" w:rsidRDefault="00B42C50" w:rsidP="00B42C50">
      <w:pPr>
        <w:pStyle w:val="Paragraphedeliste"/>
        <w:numPr>
          <w:ilvl w:val="0"/>
          <w:numId w:val="12"/>
        </w:numPr>
        <w:tabs>
          <w:tab w:val="num" w:pos="360"/>
        </w:tabs>
        <w:spacing w:before="20" w:after="20"/>
      </w:pPr>
      <w:r w:rsidRPr="00B42C50">
        <w:rPr>
          <w:rFonts w:ascii="Calibri" w:hAnsi="Calibri"/>
          <w:sz w:val="21"/>
        </w:rPr>
        <w:t xml:space="preserve">250 g de </w:t>
      </w:r>
      <w:proofErr w:type="spellStart"/>
      <w:r w:rsidRPr="00B42C50">
        <w:rPr>
          <w:rFonts w:ascii="Calibri" w:hAnsi="Calibri"/>
          <w:sz w:val="21"/>
        </w:rPr>
        <w:t>farine</w:t>
      </w:r>
      <w:proofErr w:type="spellEnd"/>
      <w:r w:rsidRPr="00B42C50">
        <w:rPr>
          <w:rFonts w:ascii="Calibri" w:hAnsi="Calibri"/>
          <w:sz w:val="21"/>
        </w:rPr>
        <w:t xml:space="preserve"> de pois </w:t>
      </w:r>
      <w:proofErr w:type="spellStart"/>
      <w:r w:rsidRPr="00B42C50">
        <w:rPr>
          <w:rFonts w:ascii="Calibri" w:hAnsi="Calibri"/>
          <w:sz w:val="21"/>
        </w:rPr>
        <w:t>chiche</w:t>
      </w:r>
      <w:proofErr w:type="spellEnd"/>
    </w:p>
    <w:p w14:paraId="6FEAB80A" w14:textId="1F352775" w:rsidR="00B42C50" w:rsidRPr="00B42C50" w:rsidRDefault="00B42C50" w:rsidP="00B42C50">
      <w:pPr>
        <w:pStyle w:val="Paragraphedeliste"/>
        <w:numPr>
          <w:ilvl w:val="0"/>
          <w:numId w:val="12"/>
        </w:numPr>
        <w:tabs>
          <w:tab w:val="num" w:pos="360"/>
        </w:tabs>
        <w:spacing w:before="20" w:after="20"/>
      </w:pPr>
      <w:r w:rsidRPr="00B42C50">
        <w:rPr>
          <w:rFonts w:ascii="Calibri" w:hAnsi="Calibri"/>
          <w:sz w:val="21"/>
        </w:rPr>
        <w:t xml:space="preserve">500 ml d'eau </w:t>
      </w:r>
      <w:proofErr w:type="spellStart"/>
      <w:r w:rsidRPr="00B42C50">
        <w:rPr>
          <w:rFonts w:ascii="Calibri" w:hAnsi="Calibri"/>
          <w:sz w:val="21"/>
        </w:rPr>
        <w:t>tiède</w:t>
      </w:r>
      <w:proofErr w:type="spellEnd"/>
    </w:p>
    <w:p w14:paraId="1AA350CB" w14:textId="14102552" w:rsidR="00B42C50" w:rsidRPr="00B42C50" w:rsidRDefault="00B42C50" w:rsidP="00B42C50">
      <w:pPr>
        <w:pStyle w:val="Paragraphedeliste"/>
        <w:numPr>
          <w:ilvl w:val="0"/>
          <w:numId w:val="12"/>
        </w:numPr>
        <w:tabs>
          <w:tab w:val="num" w:pos="360"/>
        </w:tabs>
        <w:spacing w:before="20" w:after="20"/>
      </w:pPr>
      <w:r w:rsidRPr="00B42C50">
        <w:rPr>
          <w:rFonts w:ascii="Calibri" w:hAnsi="Calibri"/>
          <w:sz w:val="21"/>
        </w:rPr>
        <w:t xml:space="preserve">3 c. à soupe </w:t>
      </w:r>
      <w:proofErr w:type="spellStart"/>
      <w:r w:rsidRPr="00B42C50">
        <w:rPr>
          <w:rFonts w:ascii="Calibri" w:hAnsi="Calibri"/>
          <w:sz w:val="21"/>
        </w:rPr>
        <w:t>d'huile</w:t>
      </w:r>
      <w:proofErr w:type="spellEnd"/>
      <w:r w:rsidRPr="00B42C50">
        <w:rPr>
          <w:rFonts w:ascii="Calibri" w:hAnsi="Calibri"/>
          <w:sz w:val="21"/>
        </w:rPr>
        <w:t xml:space="preserve"> </w:t>
      </w:r>
      <w:proofErr w:type="spellStart"/>
      <w:r w:rsidRPr="00B42C50">
        <w:rPr>
          <w:rFonts w:ascii="Calibri" w:hAnsi="Calibri"/>
          <w:sz w:val="21"/>
        </w:rPr>
        <w:t>d'olive</w:t>
      </w:r>
      <w:proofErr w:type="spellEnd"/>
      <w:r w:rsidRPr="00B42C50">
        <w:rPr>
          <w:rFonts w:ascii="Calibri" w:hAnsi="Calibri"/>
          <w:sz w:val="21"/>
        </w:rPr>
        <w:t xml:space="preserve"> BPBQ</w:t>
      </w:r>
    </w:p>
    <w:p w14:paraId="065F4AA6" w14:textId="10D7E25F" w:rsidR="00B42C50" w:rsidRPr="00B42C50" w:rsidRDefault="00B42C50" w:rsidP="00B42C50">
      <w:pPr>
        <w:pStyle w:val="Paragraphedeliste"/>
        <w:numPr>
          <w:ilvl w:val="0"/>
          <w:numId w:val="12"/>
        </w:numPr>
        <w:tabs>
          <w:tab w:val="num" w:pos="360"/>
        </w:tabs>
        <w:spacing w:before="20" w:after="20"/>
      </w:pPr>
      <w:r w:rsidRPr="00B42C50">
        <w:rPr>
          <w:rFonts w:ascii="Calibri" w:hAnsi="Calibri"/>
          <w:sz w:val="21"/>
        </w:rPr>
        <w:t xml:space="preserve">1 c. à café de </w:t>
      </w:r>
      <w:proofErr w:type="spellStart"/>
      <w:r w:rsidRPr="00B42C50">
        <w:rPr>
          <w:rFonts w:ascii="Calibri" w:hAnsi="Calibri"/>
          <w:sz w:val="21"/>
        </w:rPr>
        <w:t>sel</w:t>
      </w:r>
      <w:proofErr w:type="spellEnd"/>
    </w:p>
    <w:p w14:paraId="642E9722" w14:textId="77777777" w:rsidR="00B42C50" w:rsidRPr="00B42C50" w:rsidRDefault="00B42C50" w:rsidP="00B42C50">
      <w:pPr>
        <w:pStyle w:val="Paragraphedeliste"/>
        <w:numPr>
          <w:ilvl w:val="0"/>
          <w:numId w:val="12"/>
        </w:numPr>
        <w:tabs>
          <w:tab w:val="num" w:pos="360"/>
        </w:tabs>
        <w:spacing w:before="20" w:after="20"/>
        <w:rPr>
          <w:rFonts w:ascii="Open Sans" w:eastAsia="Times New Roman" w:hAnsi="Open Sans" w:cs="Open Sans"/>
          <w:color w:val="666666"/>
          <w:sz w:val="24"/>
          <w:szCs w:val="24"/>
          <w:lang w:val="fr-FR" w:eastAsia="fr-FR"/>
        </w:rPr>
      </w:pPr>
      <w:r w:rsidRPr="00B42C50">
        <w:rPr>
          <w:rFonts w:ascii="Calibri" w:hAnsi="Calibri"/>
          <w:sz w:val="21"/>
        </w:rPr>
        <w:t xml:space="preserve">Poivre noir </w:t>
      </w:r>
    </w:p>
    <w:p w14:paraId="30C2D987" w14:textId="3C2B4CD0" w:rsidR="00B42C50" w:rsidRDefault="00B42C50" w:rsidP="00B42C50">
      <w:pPr>
        <w:spacing w:before="20" w:after="20"/>
        <w:rPr>
          <w:rFonts w:ascii="Calibri" w:hAnsi="Calibri"/>
          <w:b/>
          <w:color w:val="5A2D0C"/>
        </w:rPr>
      </w:pPr>
      <w:proofErr w:type="spellStart"/>
      <w:r w:rsidRPr="00B42C50">
        <w:rPr>
          <w:rFonts w:ascii="Calibri" w:hAnsi="Calibri"/>
          <w:b/>
          <w:color w:val="5A2D0C"/>
        </w:rPr>
        <w:t>Préparation</w:t>
      </w:r>
      <w:proofErr w:type="spellEnd"/>
    </w:p>
    <w:p w14:paraId="41E23BFD" w14:textId="4A8C5F5D" w:rsidR="00B42C50" w:rsidRDefault="00B42C50" w:rsidP="00B42C50">
      <w:pPr>
        <w:spacing w:before="20" w:after="20"/>
        <w:rPr>
          <w:rFonts w:ascii="Calibri" w:hAnsi="Calibri"/>
          <w:b/>
          <w:color w:val="5A2D0C"/>
        </w:rPr>
      </w:pPr>
      <w:r>
        <w:rPr>
          <w:rFonts w:ascii="Calibri" w:hAnsi="Calibri"/>
          <w:b/>
          <w:color w:val="5A2D0C"/>
        </w:rPr>
        <w:t xml:space="preserve">     </w:t>
      </w:r>
      <w:r>
        <w:rPr>
          <w:rFonts w:ascii="Calibri" w:hAnsi="Calibri"/>
          <w:b/>
          <w:color w:val="C0392B"/>
          <w:sz w:val="21"/>
        </w:rPr>
        <w:t xml:space="preserve">1. </w:t>
      </w:r>
      <w:proofErr w:type="spellStart"/>
      <w:r>
        <w:rPr>
          <w:rFonts w:ascii="Calibri" w:hAnsi="Calibri"/>
          <w:b/>
          <w:color w:val="5A2D0C"/>
        </w:rPr>
        <w:t>Préchauffez</w:t>
      </w:r>
      <w:proofErr w:type="spellEnd"/>
      <w:r>
        <w:rPr>
          <w:rFonts w:ascii="Calibri" w:hAnsi="Calibri"/>
          <w:b/>
          <w:color w:val="5A2D0C"/>
        </w:rPr>
        <w:t xml:space="preserve"> le four 15 minutes à 275° C</w:t>
      </w:r>
    </w:p>
    <w:p w14:paraId="7C78F4F6" w14:textId="5124DA30" w:rsidR="00B42C50" w:rsidRDefault="00B42C50" w:rsidP="00B42C5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>
        <w:rPr>
          <w:rFonts w:ascii="Calibri" w:hAnsi="Calibri"/>
          <w:sz w:val="21"/>
        </w:rPr>
        <w:t>Mélangez</w:t>
      </w:r>
      <w:proofErr w:type="spellEnd"/>
      <w:r>
        <w:rPr>
          <w:rFonts w:ascii="Calibri" w:hAnsi="Calibri"/>
          <w:sz w:val="21"/>
        </w:rPr>
        <w:t xml:space="preserve"> la </w:t>
      </w:r>
      <w:proofErr w:type="spellStart"/>
      <w:r>
        <w:rPr>
          <w:rFonts w:ascii="Calibri" w:hAnsi="Calibri"/>
          <w:sz w:val="21"/>
        </w:rPr>
        <w:t>farine</w:t>
      </w:r>
      <w:proofErr w:type="spellEnd"/>
      <w:r>
        <w:rPr>
          <w:rFonts w:ascii="Calibri" w:hAnsi="Calibri"/>
          <w:sz w:val="21"/>
        </w:rPr>
        <w:t xml:space="preserve"> de pois </w:t>
      </w:r>
      <w:proofErr w:type="spellStart"/>
      <w:r>
        <w:rPr>
          <w:rFonts w:ascii="Calibri" w:hAnsi="Calibri"/>
          <w:sz w:val="21"/>
        </w:rPr>
        <w:t>chiche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l'huile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d’olive</w:t>
      </w:r>
      <w:proofErr w:type="spellEnd"/>
      <w:r>
        <w:rPr>
          <w:rFonts w:ascii="Calibri" w:hAnsi="Calibri"/>
          <w:sz w:val="21"/>
        </w:rPr>
        <w:t xml:space="preserve"> et le </w:t>
      </w:r>
      <w:proofErr w:type="spellStart"/>
      <w:r>
        <w:rPr>
          <w:rFonts w:ascii="Calibri" w:hAnsi="Calibri"/>
          <w:sz w:val="21"/>
        </w:rPr>
        <w:t>sel</w:t>
      </w:r>
      <w:proofErr w:type="spellEnd"/>
      <w:r>
        <w:rPr>
          <w:rFonts w:ascii="Calibri" w:hAnsi="Calibri"/>
          <w:sz w:val="21"/>
        </w:rPr>
        <w:t xml:space="preserve"> dans un </w:t>
      </w:r>
      <w:proofErr w:type="spellStart"/>
      <w:r>
        <w:rPr>
          <w:rFonts w:ascii="Calibri" w:hAnsi="Calibri"/>
          <w:sz w:val="21"/>
        </w:rPr>
        <w:t>saladier</w:t>
      </w:r>
      <w:proofErr w:type="spellEnd"/>
      <w:r>
        <w:rPr>
          <w:rFonts w:ascii="Calibri" w:hAnsi="Calibri"/>
          <w:sz w:val="21"/>
        </w:rPr>
        <w:t xml:space="preserve">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l’eau</w:t>
      </w:r>
      <w:proofErr w:type="spellEnd"/>
      <w:r>
        <w:rPr>
          <w:rFonts w:ascii="Calibri" w:hAnsi="Calibri"/>
          <w:sz w:val="21"/>
        </w:rPr>
        <w:t xml:space="preserve"> au fur et à </w:t>
      </w:r>
      <w:proofErr w:type="spellStart"/>
      <w:r>
        <w:rPr>
          <w:rFonts w:ascii="Calibri" w:hAnsi="Calibri"/>
          <w:sz w:val="21"/>
        </w:rPr>
        <w:t>mesure</w:t>
      </w:r>
      <w:proofErr w:type="spellEnd"/>
      <w:r>
        <w:rPr>
          <w:rFonts w:ascii="Calibri" w:hAnsi="Calibri"/>
          <w:sz w:val="21"/>
        </w:rPr>
        <w:t xml:space="preserve"> pour ne pas former de </w:t>
      </w:r>
      <w:proofErr w:type="spellStart"/>
      <w:r>
        <w:rPr>
          <w:rFonts w:ascii="Calibri" w:hAnsi="Calibri"/>
          <w:sz w:val="21"/>
        </w:rPr>
        <w:t>grumeaux</w:t>
      </w:r>
      <w:proofErr w:type="spellEnd"/>
      <w:r>
        <w:rPr>
          <w:rFonts w:ascii="Calibri" w:hAnsi="Calibri"/>
          <w:sz w:val="21"/>
        </w:rPr>
        <w:t>.</w:t>
      </w:r>
    </w:p>
    <w:p w14:paraId="7A86D993" w14:textId="40223727" w:rsidR="00B42C50" w:rsidRPr="00B42C50" w:rsidRDefault="00B42C50" w:rsidP="00B42C50">
      <w:pPr>
        <w:spacing w:before="40" w:after="40"/>
        <w:ind w:left="283"/>
        <w:rPr>
          <w:rFonts w:ascii="Calibri" w:hAnsi="Calibri"/>
          <w:bCs/>
          <w:sz w:val="21"/>
        </w:rPr>
      </w:pPr>
      <w:r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 w:rsidRPr="00B42C50">
        <w:rPr>
          <w:rFonts w:ascii="Calibri" w:hAnsi="Calibri"/>
          <w:bCs/>
          <w:sz w:val="21"/>
        </w:rPr>
        <w:t>Versez</w:t>
      </w:r>
      <w:proofErr w:type="spellEnd"/>
      <w:r w:rsidRPr="00B42C50">
        <w:rPr>
          <w:rFonts w:ascii="Calibri" w:hAnsi="Calibri"/>
          <w:bCs/>
          <w:sz w:val="21"/>
        </w:rPr>
        <w:t xml:space="preserve"> </w:t>
      </w:r>
      <w:proofErr w:type="spellStart"/>
      <w:r w:rsidRPr="00B42C50">
        <w:rPr>
          <w:rFonts w:ascii="Calibri" w:hAnsi="Calibri"/>
          <w:bCs/>
          <w:sz w:val="21"/>
        </w:rPr>
        <w:t>cette</w:t>
      </w:r>
      <w:proofErr w:type="spellEnd"/>
      <w:r w:rsidRPr="00B42C50">
        <w:rPr>
          <w:rFonts w:ascii="Calibri" w:hAnsi="Calibri"/>
          <w:bCs/>
          <w:sz w:val="21"/>
        </w:rPr>
        <w:t xml:space="preserve"> </w:t>
      </w:r>
      <w:proofErr w:type="spellStart"/>
      <w:r w:rsidRPr="00B42C50">
        <w:rPr>
          <w:rFonts w:ascii="Calibri" w:hAnsi="Calibri"/>
          <w:bCs/>
          <w:sz w:val="21"/>
        </w:rPr>
        <w:t>préparation</w:t>
      </w:r>
      <w:proofErr w:type="spellEnd"/>
      <w:r w:rsidRPr="00B42C50">
        <w:rPr>
          <w:rFonts w:ascii="Calibri" w:hAnsi="Calibri"/>
          <w:bCs/>
          <w:sz w:val="21"/>
        </w:rPr>
        <w:t xml:space="preserve"> sur </w:t>
      </w:r>
      <w:proofErr w:type="spellStart"/>
      <w:r w:rsidRPr="00B42C50">
        <w:rPr>
          <w:rFonts w:ascii="Calibri" w:hAnsi="Calibri"/>
          <w:bCs/>
          <w:sz w:val="21"/>
        </w:rPr>
        <w:t>une</w:t>
      </w:r>
      <w:proofErr w:type="spellEnd"/>
      <w:r w:rsidRPr="00B42C50">
        <w:rPr>
          <w:rFonts w:ascii="Calibri" w:hAnsi="Calibri"/>
          <w:bCs/>
          <w:sz w:val="21"/>
        </w:rPr>
        <w:t xml:space="preserve"> plaque bien </w:t>
      </w:r>
      <w:proofErr w:type="spellStart"/>
      <w:r w:rsidRPr="00B42C50">
        <w:rPr>
          <w:rFonts w:ascii="Calibri" w:hAnsi="Calibri"/>
          <w:bCs/>
          <w:sz w:val="21"/>
        </w:rPr>
        <w:t>huilée</w:t>
      </w:r>
      <w:proofErr w:type="spellEnd"/>
      <w:r w:rsidRPr="00B42C50">
        <w:rPr>
          <w:rFonts w:ascii="Calibri" w:hAnsi="Calibri"/>
          <w:bCs/>
          <w:sz w:val="21"/>
        </w:rPr>
        <w:t xml:space="preserve"> (</w:t>
      </w:r>
      <w:proofErr w:type="spellStart"/>
      <w:r w:rsidRPr="00B42C50">
        <w:rPr>
          <w:rFonts w:ascii="Calibri" w:hAnsi="Calibri"/>
          <w:bCs/>
          <w:sz w:val="21"/>
        </w:rPr>
        <w:t>l’épaisseur</w:t>
      </w:r>
      <w:proofErr w:type="spellEnd"/>
      <w:r w:rsidRPr="00B42C50">
        <w:rPr>
          <w:rFonts w:ascii="Calibri" w:hAnsi="Calibri"/>
          <w:bCs/>
          <w:sz w:val="21"/>
        </w:rPr>
        <w:t xml:space="preserve"> ne doit pas </w:t>
      </w:r>
      <w:proofErr w:type="spellStart"/>
      <w:r w:rsidRPr="00B42C50">
        <w:rPr>
          <w:rFonts w:ascii="Calibri" w:hAnsi="Calibri"/>
          <w:bCs/>
          <w:sz w:val="21"/>
        </w:rPr>
        <w:t>excéder</w:t>
      </w:r>
      <w:proofErr w:type="spellEnd"/>
      <w:r w:rsidRPr="00B42C50">
        <w:rPr>
          <w:rFonts w:ascii="Calibri" w:hAnsi="Calibri"/>
          <w:bCs/>
          <w:sz w:val="21"/>
        </w:rPr>
        <w:t xml:space="preserve"> 3mm</w:t>
      </w:r>
    </w:p>
    <w:p w14:paraId="7529BB5E" w14:textId="4D0C45EA" w:rsidR="00B42C50" w:rsidRDefault="00B42C50" w:rsidP="00B42C5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 w:rsidRPr="00B42C50">
        <w:rPr>
          <w:rFonts w:ascii="Calibri" w:hAnsi="Calibri"/>
          <w:bCs/>
          <w:sz w:val="21"/>
        </w:rPr>
        <w:t>Placez</w:t>
      </w:r>
      <w:proofErr w:type="spellEnd"/>
      <w:r w:rsidRPr="00B42C50">
        <w:rPr>
          <w:rFonts w:ascii="Calibri" w:hAnsi="Calibri"/>
          <w:bCs/>
          <w:sz w:val="21"/>
        </w:rPr>
        <w:t xml:space="preserve"> la plaque </w:t>
      </w:r>
      <w:proofErr w:type="spellStart"/>
      <w:r w:rsidRPr="00B42C50">
        <w:rPr>
          <w:rFonts w:ascii="Calibri" w:hAnsi="Calibri"/>
          <w:bCs/>
          <w:sz w:val="21"/>
        </w:rPr>
        <w:t>en</w:t>
      </w:r>
      <w:proofErr w:type="spellEnd"/>
      <w:r w:rsidRPr="00B42C50">
        <w:rPr>
          <w:rFonts w:ascii="Calibri" w:hAnsi="Calibri"/>
          <w:bCs/>
          <w:sz w:val="21"/>
        </w:rPr>
        <w:t xml:space="preserve"> haut du four.</w:t>
      </w:r>
    </w:p>
    <w:p w14:paraId="5D0601FA" w14:textId="486B4B4D" w:rsidR="00B42C50" w:rsidRDefault="00B42C50" w:rsidP="00B42C50">
      <w:pPr>
        <w:spacing w:before="40" w:after="40"/>
        <w:ind w:left="283"/>
      </w:pPr>
      <w:r w:rsidRPr="00B42C50">
        <w:rPr>
          <w:rFonts w:ascii="Calibri" w:hAnsi="Calibri"/>
          <w:b/>
          <w:color w:val="C0392B"/>
          <w:sz w:val="21"/>
        </w:rPr>
        <w:t>5.</w:t>
      </w:r>
      <w:r>
        <w:rPr>
          <w:rFonts w:ascii="Calibri" w:hAnsi="Calibri"/>
          <w:b/>
          <w:color w:val="C0392B"/>
          <w:sz w:val="21"/>
        </w:rPr>
        <w:t xml:space="preserve"> </w:t>
      </w:r>
      <w:proofErr w:type="spellStart"/>
      <w:r w:rsidRPr="00B42C50">
        <w:rPr>
          <w:rFonts w:ascii="Calibri" w:hAnsi="Calibri"/>
          <w:bCs/>
          <w:sz w:val="21"/>
        </w:rPr>
        <w:t>Comptez</w:t>
      </w:r>
      <w:proofErr w:type="spellEnd"/>
      <w:r w:rsidRPr="00B42C50">
        <w:rPr>
          <w:rFonts w:ascii="Calibri" w:hAnsi="Calibri"/>
          <w:bCs/>
          <w:sz w:val="21"/>
        </w:rPr>
        <w:t xml:space="preserve"> 2 minutes </w:t>
      </w:r>
      <w:proofErr w:type="spellStart"/>
      <w:r w:rsidRPr="00B42C50">
        <w:rPr>
          <w:rFonts w:ascii="Calibri" w:hAnsi="Calibri"/>
          <w:bCs/>
          <w:sz w:val="21"/>
        </w:rPr>
        <w:t>puis</w:t>
      </w:r>
      <w:proofErr w:type="spellEnd"/>
      <w:r w:rsidRPr="00B42C50">
        <w:rPr>
          <w:rFonts w:ascii="Calibri" w:hAnsi="Calibri"/>
          <w:bCs/>
          <w:sz w:val="21"/>
        </w:rPr>
        <w:t xml:space="preserve"> passer </w:t>
      </w:r>
      <w:proofErr w:type="spellStart"/>
      <w:r w:rsidRPr="00B42C50">
        <w:rPr>
          <w:rFonts w:ascii="Calibri" w:hAnsi="Calibri"/>
          <w:bCs/>
          <w:sz w:val="21"/>
        </w:rPr>
        <w:t>en</w:t>
      </w:r>
      <w:proofErr w:type="spellEnd"/>
      <w:r w:rsidRPr="00B42C50">
        <w:rPr>
          <w:rFonts w:ascii="Calibri" w:hAnsi="Calibri"/>
          <w:bCs/>
          <w:sz w:val="21"/>
        </w:rPr>
        <w:t xml:space="preserve"> mode « grill ».</w:t>
      </w:r>
    </w:p>
    <w:p w14:paraId="4A86C556" w14:textId="5005D54F" w:rsidR="00B42C50" w:rsidRPr="00B42C50" w:rsidRDefault="00B42C50" w:rsidP="00B42C50">
      <w:pPr>
        <w:spacing w:before="40" w:after="40"/>
        <w:ind w:left="283"/>
        <w:rPr>
          <w:bCs/>
        </w:rPr>
      </w:pPr>
      <w:r w:rsidRPr="00B42C50">
        <w:rPr>
          <w:rFonts w:ascii="Calibri" w:hAnsi="Calibri"/>
          <w:b/>
          <w:color w:val="C0392B"/>
          <w:sz w:val="21"/>
        </w:rPr>
        <w:t>6.</w:t>
      </w:r>
      <w:r>
        <w:rPr>
          <w:rFonts w:ascii="Calibri" w:hAnsi="Calibri"/>
          <w:b/>
          <w:color w:val="C0392B"/>
          <w:sz w:val="21"/>
        </w:rPr>
        <w:t xml:space="preserve"> </w:t>
      </w:r>
      <w:r w:rsidRPr="00B42C50">
        <w:rPr>
          <w:rFonts w:ascii="Calibri" w:hAnsi="Calibri"/>
          <w:bCs/>
          <w:sz w:val="21"/>
        </w:rPr>
        <w:t xml:space="preserve">Laissez </w:t>
      </w:r>
      <w:proofErr w:type="spellStart"/>
      <w:r w:rsidRPr="00B42C50">
        <w:rPr>
          <w:rFonts w:ascii="Calibri" w:hAnsi="Calibri"/>
          <w:bCs/>
          <w:sz w:val="21"/>
        </w:rPr>
        <w:t>cuire</w:t>
      </w:r>
      <w:proofErr w:type="spellEnd"/>
      <w:r w:rsidRPr="00B42C50">
        <w:rPr>
          <w:rFonts w:ascii="Calibri" w:hAnsi="Calibri"/>
          <w:bCs/>
          <w:sz w:val="21"/>
        </w:rPr>
        <w:t xml:space="preserve"> 7 minutes de plus. La </w:t>
      </w:r>
      <w:proofErr w:type="spellStart"/>
      <w:r w:rsidRPr="00B42C50">
        <w:rPr>
          <w:rFonts w:ascii="Calibri" w:hAnsi="Calibri"/>
          <w:bCs/>
          <w:sz w:val="21"/>
        </w:rPr>
        <w:t>socca</w:t>
      </w:r>
      <w:proofErr w:type="spellEnd"/>
      <w:r w:rsidRPr="00B42C50">
        <w:rPr>
          <w:rFonts w:ascii="Calibri" w:hAnsi="Calibri"/>
          <w:bCs/>
          <w:sz w:val="21"/>
        </w:rPr>
        <w:t xml:space="preserve"> doit </w:t>
      </w:r>
      <w:proofErr w:type="spellStart"/>
      <w:r w:rsidRPr="00B42C50">
        <w:rPr>
          <w:rFonts w:ascii="Calibri" w:hAnsi="Calibri"/>
          <w:bCs/>
          <w:sz w:val="21"/>
        </w:rPr>
        <w:t>être</w:t>
      </w:r>
      <w:proofErr w:type="spellEnd"/>
      <w:r w:rsidRPr="00B42C50">
        <w:rPr>
          <w:rFonts w:ascii="Calibri" w:hAnsi="Calibri"/>
          <w:bCs/>
          <w:sz w:val="21"/>
        </w:rPr>
        <w:t xml:space="preserve"> bien dorée.</w:t>
      </w:r>
    </w:p>
    <w:p w14:paraId="2F4D5533" w14:textId="16998C9F" w:rsidR="00B42C50" w:rsidRDefault="00B42C50" w:rsidP="00B42C50">
      <w:pPr>
        <w:spacing w:before="40" w:after="40"/>
        <w:ind w:left="283"/>
      </w:pPr>
      <w:r w:rsidRPr="00B42C50">
        <w:rPr>
          <w:rFonts w:ascii="Calibri" w:hAnsi="Calibri"/>
          <w:b/>
          <w:color w:val="C0392B"/>
          <w:sz w:val="21"/>
        </w:rPr>
        <w:t>7.</w:t>
      </w:r>
      <w:r>
        <w:rPr>
          <w:rFonts w:ascii="Calibri" w:hAnsi="Calibri"/>
          <w:bCs/>
          <w:sz w:val="21"/>
        </w:rPr>
        <w:t xml:space="preserve"> </w:t>
      </w:r>
      <w:proofErr w:type="spellStart"/>
      <w:r w:rsidRPr="00B42C50">
        <w:rPr>
          <w:rFonts w:ascii="Calibri" w:hAnsi="Calibri"/>
          <w:bCs/>
          <w:sz w:val="21"/>
        </w:rPr>
        <w:t>Sortez</w:t>
      </w:r>
      <w:proofErr w:type="spellEnd"/>
      <w:r w:rsidRPr="00B42C50">
        <w:rPr>
          <w:rFonts w:ascii="Calibri" w:hAnsi="Calibri"/>
          <w:bCs/>
          <w:sz w:val="21"/>
        </w:rPr>
        <w:t xml:space="preserve"> la plaque du four, </w:t>
      </w:r>
      <w:proofErr w:type="spellStart"/>
      <w:r w:rsidRPr="00B42C50">
        <w:rPr>
          <w:rFonts w:ascii="Calibri" w:hAnsi="Calibri"/>
          <w:bCs/>
          <w:sz w:val="21"/>
        </w:rPr>
        <w:t>coupez</w:t>
      </w:r>
      <w:proofErr w:type="spellEnd"/>
      <w:r w:rsidRPr="00B42C50">
        <w:rPr>
          <w:rFonts w:ascii="Calibri" w:hAnsi="Calibri"/>
          <w:bCs/>
          <w:sz w:val="21"/>
        </w:rPr>
        <w:t xml:space="preserve"> la </w:t>
      </w:r>
      <w:proofErr w:type="spellStart"/>
      <w:r w:rsidRPr="00B42C50">
        <w:rPr>
          <w:rFonts w:ascii="Calibri" w:hAnsi="Calibri"/>
          <w:bCs/>
          <w:sz w:val="21"/>
        </w:rPr>
        <w:t>Socca</w:t>
      </w:r>
      <w:proofErr w:type="spellEnd"/>
      <w:r w:rsidRPr="00B42C50">
        <w:rPr>
          <w:rFonts w:ascii="Calibri" w:hAnsi="Calibri"/>
          <w:bCs/>
          <w:sz w:val="21"/>
        </w:rPr>
        <w:t xml:space="preserve"> </w:t>
      </w:r>
      <w:proofErr w:type="spellStart"/>
      <w:r w:rsidRPr="00B42C50">
        <w:rPr>
          <w:rFonts w:ascii="Calibri" w:hAnsi="Calibri"/>
          <w:bCs/>
          <w:sz w:val="21"/>
        </w:rPr>
        <w:t>en</w:t>
      </w:r>
      <w:proofErr w:type="spellEnd"/>
      <w:r w:rsidRPr="00B42C50">
        <w:rPr>
          <w:rFonts w:ascii="Calibri" w:hAnsi="Calibri"/>
          <w:bCs/>
          <w:sz w:val="21"/>
        </w:rPr>
        <w:t xml:space="preserve"> portions, </w:t>
      </w:r>
      <w:proofErr w:type="spellStart"/>
      <w:r w:rsidRPr="00B42C50">
        <w:rPr>
          <w:rFonts w:ascii="Calibri" w:hAnsi="Calibri"/>
          <w:bCs/>
          <w:sz w:val="21"/>
        </w:rPr>
        <w:t>saupoudrez</w:t>
      </w:r>
      <w:proofErr w:type="spellEnd"/>
      <w:r w:rsidRPr="00B42C50">
        <w:rPr>
          <w:rFonts w:ascii="Calibri" w:hAnsi="Calibri"/>
          <w:bCs/>
          <w:sz w:val="21"/>
        </w:rPr>
        <w:t xml:space="preserve">-les de poivre et </w:t>
      </w:r>
      <w:proofErr w:type="spellStart"/>
      <w:r w:rsidRPr="00B42C50">
        <w:rPr>
          <w:rFonts w:ascii="Calibri" w:hAnsi="Calibri"/>
          <w:bCs/>
          <w:sz w:val="21"/>
        </w:rPr>
        <w:t>dégustez</w:t>
      </w:r>
      <w:proofErr w:type="spellEnd"/>
      <w:r w:rsidRPr="00B42C50">
        <w:rPr>
          <w:rFonts w:ascii="Calibri" w:hAnsi="Calibri"/>
          <w:bCs/>
          <w:sz w:val="21"/>
        </w:rPr>
        <w:t xml:space="preserve"> </w:t>
      </w:r>
      <w:proofErr w:type="spellStart"/>
      <w:r w:rsidRPr="00B42C50">
        <w:rPr>
          <w:rFonts w:ascii="Calibri" w:hAnsi="Calibri"/>
          <w:bCs/>
          <w:sz w:val="21"/>
        </w:rPr>
        <w:t>immédiatement</w:t>
      </w:r>
      <w:proofErr w:type="spellEnd"/>
      <w:r w:rsidRPr="00B42C50">
        <w:rPr>
          <w:rFonts w:ascii="Calibri" w:hAnsi="Calibri"/>
          <w:bCs/>
          <w:sz w:val="21"/>
        </w:rPr>
        <w:t>.</w:t>
      </w:r>
    </w:p>
    <w:p w14:paraId="44CA6104" w14:textId="77777777" w:rsidR="00B42C50" w:rsidRDefault="00B42C50" w:rsidP="00B42C50">
      <w:pPr>
        <w:spacing w:before="80" w:after="120"/>
        <w:ind w:left="283"/>
      </w:pPr>
      <w:r>
        <w:rPr>
          <w:rFonts w:ascii="Segoe UI Emoji" w:hAnsi="Segoe UI Emoji" w:cs="Segoe UI Emoji"/>
          <w:i/>
          <w:color w:val="6B4C11"/>
          <w:sz w:val="20"/>
        </w:rPr>
        <w:t>💡</w:t>
      </w:r>
      <w:r>
        <w:rPr>
          <w:rFonts w:ascii="Calibri" w:hAnsi="Calibri"/>
          <w:i/>
          <w:color w:val="6B4C11"/>
          <w:sz w:val="20"/>
        </w:rPr>
        <w:t xml:space="preserve">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Servez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directement</w:t>
      </w:r>
      <w:proofErr w:type="spellEnd"/>
      <w:r>
        <w:rPr>
          <w:rFonts w:ascii="Calibri" w:hAnsi="Calibri"/>
          <w:i/>
          <w:color w:val="6B4C11"/>
          <w:sz w:val="20"/>
        </w:rPr>
        <w:t xml:space="preserve"> sur la plaque </w:t>
      </w:r>
      <w:proofErr w:type="spellStart"/>
      <w:r>
        <w:rPr>
          <w:rFonts w:ascii="Calibri" w:hAnsi="Calibri"/>
          <w:i/>
          <w:color w:val="6B4C11"/>
          <w:sz w:val="20"/>
        </w:rPr>
        <w:t>chaude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découpée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en</w:t>
      </w:r>
      <w:proofErr w:type="spellEnd"/>
      <w:r>
        <w:rPr>
          <w:rFonts w:ascii="Calibri" w:hAnsi="Calibri"/>
          <w:i/>
          <w:color w:val="6B4C11"/>
          <w:sz w:val="20"/>
        </w:rPr>
        <w:t xml:space="preserve"> triangles </w:t>
      </w:r>
      <w:proofErr w:type="spellStart"/>
      <w:r>
        <w:rPr>
          <w:rFonts w:ascii="Calibri" w:hAnsi="Calibri"/>
          <w:i/>
          <w:color w:val="6B4C11"/>
          <w:sz w:val="20"/>
        </w:rPr>
        <w:t>irréguliers</w:t>
      </w:r>
      <w:proofErr w:type="spellEnd"/>
      <w:r>
        <w:rPr>
          <w:rFonts w:ascii="Calibri" w:hAnsi="Calibri"/>
          <w:i/>
          <w:color w:val="6B4C11"/>
          <w:sz w:val="20"/>
        </w:rPr>
        <w:t>.</w:t>
      </w:r>
    </w:p>
    <w:p w14:paraId="0A1BE3F3" w14:textId="77777777" w:rsidR="00B42C50" w:rsidRDefault="00B42C50" w:rsidP="00B42C50">
      <w:pPr>
        <w:spacing w:before="20" w:after="20"/>
        <w:rPr>
          <w:rFonts w:ascii="Calibri" w:hAnsi="Calibri"/>
          <w:b/>
          <w:color w:val="5A2D0C"/>
        </w:rPr>
      </w:pPr>
    </w:p>
    <w:p w14:paraId="6F857446" w14:textId="0E18C28F" w:rsidR="00172C4E" w:rsidRDefault="00000000">
      <w:pPr>
        <w:spacing w:before="280" w:after="80"/>
      </w:pPr>
      <w:proofErr w:type="spellStart"/>
      <w:r>
        <w:rPr>
          <w:rFonts w:ascii="Calibri" w:hAnsi="Calibri"/>
          <w:b/>
          <w:color w:val="C0392B"/>
          <w:sz w:val="28"/>
        </w:rPr>
        <w:t>Socca</w:t>
      </w:r>
      <w:proofErr w:type="spellEnd"/>
      <w:r>
        <w:rPr>
          <w:rFonts w:ascii="Calibri" w:hAnsi="Calibri"/>
          <w:b/>
          <w:color w:val="C0392B"/>
          <w:sz w:val="28"/>
        </w:rPr>
        <w:t xml:space="preserve"> à </w:t>
      </w:r>
      <w:proofErr w:type="spellStart"/>
      <w:r>
        <w:rPr>
          <w:rFonts w:ascii="Calibri" w:hAnsi="Calibri"/>
          <w:b/>
          <w:color w:val="C0392B"/>
          <w:sz w:val="28"/>
        </w:rPr>
        <w:t>l'huile</w:t>
      </w:r>
      <w:proofErr w:type="spellEnd"/>
      <w:r>
        <w:rPr>
          <w:rFonts w:ascii="Calibri" w:hAnsi="Calibri"/>
          <w:b/>
          <w:color w:val="C0392B"/>
          <w:sz w:val="28"/>
        </w:rPr>
        <w:t xml:space="preserve"> </w:t>
      </w:r>
      <w:proofErr w:type="spellStart"/>
      <w:r>
        <w:rPr>
          <w:rFonts w:ascii="Calibri" w:hAnsi="Calibri"/>
          <w:b/>
          <w:color w:val="C0392B"/>
          <w:sz w:val="28"/>
        </w:rPr>
        <w:t>d'ail</w:t>
      </w:r>
      <w:proofErr w:type="spellEnd"/>
      <w:r>
        <w:rPr>
          <w:rFonts w:ascii="Calibri" w:hAnsi="Calibri"/>
          <w:i/>
          <w:color w:val="888888"/>
          <w:sz w:val="20"/>
        </w:rPr>
        <w:t xml:space="preserve">  ⏱ 30 min</w:t>
      </w:r>
    </w:p>
    <w:p w14:paraId="6DCA8C6D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(4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0E7A1A20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250 g de </w:t>
      </w:r>
      <w:proofErr w:type="spellStart"/>
      <w:r>
        <w:rPr>
          <w:rFonts w:ascii="Calibri" w:hAnsi="Calibri"/>
          <w:sz w:val="21"/>
        </w:rPr>
        <w:t>farine</w:t>
      </w:r>
      <w:proofErr w:type="spellEnd"/>
      <w:r>
        <w:rPr>
          <w:rFonts w:ascii="Calibri" w:hAnsi="Calibri"/>
          <w:sz w:val="21"/>
        </w:rPr>
        <w:t xml:space="preserve"> de pois </w:t>
      </w:r>
      <w:proofErr w:type="spellStart"/>
      <w:r>
        <w:rPr>
          <w:rFonts w:ascii="Calibri" w:hAnsi="Calibri"/>
          <w:sz w:val="21"/>
        </w:rPr>
        <w:t>chiche</w:t>
      </w:r>
      <w:proofErr w:type="spellEnd"/>
    </w:p>
    <w:p w14:paraId="7D490015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500 ml d'eau </w:t>
      </w:r>
      <w:proofErr w:type="spellStart"/>
      <w:r>
        <w:rPr>
          <w:rFonts w:ascii="Calibri" w:hAnsi="Calibri"/>
          <w:sz w:val="21"/>
        </w:rPr>
        <w:t>tiède</w:t>
      </w:r>
      <w:proofErr w:type="spellEnd"/>
    </w:p>
    <w:p w14:paraId="74952A40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3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d'ail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aromatisée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1982C693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c. à café de </w:t>
      </w:r>
      <w:proofErr w:type="spellStart"/>
      <w:r>
        <w:rPr>
          <w:rFonts w:ascii="Calibri" w:hAnsi="Calibri"/>
          <w:sz w:val="21"/>
        </w:rPr>
        <w:t>sel</w:t>
      </w:r>
      <w:proofErr w:type="spellEnd"/>
    </w:p>
    <w:p w14:paraId="4908A97A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Poivre noir </w:t>
      </w:r>
      <w:proofErr w:type="spellStart"/>
      <w:r>
        <w:rPr>
          <w:rFonts w:ascii="Calibri" w:hAnsi="Calibri"/>
          <w:sz w:val="21"/>
        </w:rPr>
        <w:t>fraîchement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moulu</w:t>
      </w:r>
      <w:proofErr w:type="spellEnd"/>
    </w:p>
    <w:p w14:paraId="6C5A9060" w14:textId="77777777" w:rsidR="00172C4E" w:rsidRDefault="00000000">
      <w:pPr>
        <w:pStyle w:val="Listepuces"/>
        <w:spacing w:before="20" w:after="20"/>
        <w:ind w:left="567"/>
      </w:pPr>
      <w:proofErr w:type="spellStart"/>
      <w:r>
        <w:rPr>
          <w:rFonts w:ascii="Calibri" w:hAnsi="Calibri"/>
          <w:sz w:val="21"/>
        </w:rPr>
        <w:t>Romarin</w:t>
      </w:r>
      <w:proofErr w:type="spellEnd"/>
      <w:r>
        <w:rPr>
          <w:rFonts w:ascii="Calibri" w:hAnsi="Calibri"/>
          <w:sz w:val="21"/>
        </w:rPr>
        <w:t xml:space="preserve"> frais (</w:t>
      </w:r>
      <w:proofErr w:type="spellStart"/>
      <w:r>
        <w:rPr>
          <w:rFonts w:ascii="Calibri" w:hAnsi="Calibri"/>
          <w:sz w:val="21"/>
        </w:rPr>
        <w:t>optionnel</w:t>
      </w:r>
      <w:proofErr w:type="spellEnd"/>
      <w:r>
        <w:rPr>
          <w:rFonts w:ascii="Calibri" w:hAnsi="Calibri"/>
          <w:sz w:val="21"/>
        </w:rPr>
        <w:t>)</w:t>
      </w:r>
    </w:p>
    <w:p w14:paraId="696191A8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5F1DD1B1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proofErr w:type="spellStart"/>
      <w:r>
        <w:rPr>
          <w:rFonts w:ascii="Calibri" w:hAnsi="Calibri"/>
          <w:sz w:val="21"/>
        </w:rPr>
        <w:t>Mélangez</w:t>
      </w:r>
      <w:proofErr w:type="spellEnd"/>
      <w:r>
        <w:rPr>
          <w:rFonts w:ascii="Calibri" w:hAnsi="Calibri"/>
          <w:sz w:val="21"/>
        </w:rPr>
        <w:t xml:space="preserve"> la </w:t>
      </w:r>
      <w:proofErr w:type="spellStart"/>
      <w:r>
        <w:rPr>
          <w:rFonts w:ascii="Calibri" w:hAnsi="Calibri"/>
          <w:sz w:val="21"/>
        </w:rPr>
        <w:t>farine</w:t>
      </w:r>
      <w:proofErr w:type="spellEnd"/>
      <w:r>
        <w:rPr>
          <w:rFonts w:ascii="Calibri" w:hAnsi="Calibri"/>
          <w:sz w:val="21"/>
        </w:rPr>
        <w:t xml:space="preserve"> de pois </w:t>
      </w:r>
      <w:proofErr w:type="spellStart"/>
      <w:r>
        <w:rPr>
          <w:rFonts w:ascii="Calibri" w:hAnsi="Calibri"/>
          <w:sz w:val="21"/>
        </w:rPr>
        <w:t>chiche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l'eau</w:t>
      </w:r>
      <w:proofErr w:type="spellEnd"/>
      <w:r>
        <w:rPr>
          <w:rFonts w:ascii="Calibri" w:hAnsi="Calibri"/>
          <w:sz w:val="21"/>
        </w:rPr>
        <w:t xml:space="preserve"> et le </w:t>
      </w:r>
      <w:proofErr w:type="spellStart"/>
      <w:r>
        <w:rPr>
          <w:rFonts w:ascii="Calibri" w:hAnsi="Calibri"/>
          <w:sz w:val="21"/>
        </w:rPr>
        <w:t>sel</w:t>
      </w:r>
      <w:proofErr w:type="spellEnd"/>
      <w:r>
        <w:rPr>
          <w:rFonts w:ascii="Calibri" w:hAnsi="Calibri"/>
          <w:sz w:val="21"/>
        </w:rPr>
        <w:t xml:space="preserve"> dans un </w:t>
      </w:r>
      <w:proofErr w:type="spellStart"/>
      <w:r>
        <w:rPr>
          <w:rFonts w:ascii="Calibri" w:hAnsi="Calibri"/>
          <w:sz w:val="21"/>
        </w:rPr>
        <w:t>saladier</w:t>
      </w:r>
      <w:proofErr w:type="spellEnd"/>
      <w:r>
        <w:rPr>
          <w:rFonts w:ascii="Calibri" w:hAnsi="Calibri"/>
          <w:sz w:val="21"/>
        </w:rPr>
        <w:t xml:space="preserve">. </w:t>
      </w:r>
      <w:proofErr w:type="spellStart"/>
      <w:r>
        <w:rPr>
          <w:rFonts w:ascii="Calibri" w:hAnsi="Calibri"/>
          <w:sz w:val="21"/>
        </w:rPr>
        <w:t>Fouettez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jusqu'à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obtenir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pâte </w:t>
      </w:r>
      <w:proofErr w:type="spellStart"/>
      <w:r>
        <w:rPr>
          <w:rFonts w:ascii="Calibri" w:hAnsi="Calibri"/>
          <w:sz w:val="21"/>
        </w:rPr>
        <w:t>lisse</w:t>
      </w:r>
      <w:proofErr w:type="spellEnd"/>
      <w:r>
        <w:rPr>
          <w:rFonts w:ascii="Calibri" w:hAnsi="Calibri"/>
          <w:sz w:val="21"/>
        </w:rPr>
        <w:t xml:space="preserve"> et sans </w:t>
      </w:r>
      <w:proofErr w:type="spellStart"/>
      <w:r>
        <w:rPr>
          <w:rFonts w:ascii="Calibri" w:hAnsi="Calibri"/>
          <w:sz w:val="21"/>
        </w:rPr>
        <w:t>grumeaux</w:t>
      </w:r>
      <w:proofErr w:type="spellEnd"/>
      <w:r>
        <w:rPr>
          <w:rFonts w:ascii="Calibri" w:hAnsi="Calibri"/>
          <w:sz w:val="21"/>
        </w:rPr>
        <w:t>.</w:t>
      </w:r>
    </w:p>
    <w:p w14:paraId="16025037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>
        <w:rPr>
          <w:rFonts w:ascii="Calibri" w:hAnsi="Calibri"/>
          <w:sz w:val="21"/>
        </w:rPr>
        <w:t>Incorporez</w:t>
      </w:r>
      <w:proofErr w:type="spellEnd"/>
      <w:r>
        <w:rPr>
          <w:rFonts w:ascii="Calibri" w:hAnsi="Calibri"/>
          <w:sz w:val="21"/>
        </w:rPr>
        <w:t xml:space="preserve"> 2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d'ail</w:t>
      </w:r>
      <w:proofErr w:type="spellEnd"/>
      <w:r>
        <w:rPr>
          <w:rFonts w:ascii="Calibri" w:hAnsi="Calibri"/>
          <w:sz w:val="21"/>
        </w:rPr>
        <w:t xml:space="preserve">. Laissez </w:t>
      </w:r>
      <w:proofErr w:type="spellStart"/>
      <w:r>
        <w:rPr>
          <w:rFonts w:ascii="Calibri" w:hAnsi="Calibri"/>
          <w:sz w:val="21"/>
        </w:rPr>
        <w:t>reposer</w:t>
      </w:r>
      <w:proofErr w:type="spellEnd"/>
      <w:r>
        <w:rPr>
          <w:rFonts w:ascii="Calibri" w:hAnsi="Calibri"/>
          <w:sz w:val="21"/>
        </w:rPr>
        <w:t xml:space="preserve"> 20 min à </w:t>
      </w:r>
      <w:proofErr w:type="spellStart"/>
      <w:r>
        <w:rPr>
          <w:rFonts w:ascii="Calibri" w:hAnsi="Calibri"/>
          <w:sz w:val="21"/>
        </w:rPr>
        <w:t>température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ambiante</w:t>
      </w:r>
      <w:proofErr w:type="spellEnd"/>
      <w:r>
        <w:rPr>
          <w:rFonts w:ascii="Calibri" w:hAnsi="Calibri"/>
          <w:sz w:val="21"/>
        </w:rPr>
        <w:t>.</w:t>
      </w:r>
    </w:p>
    <w:p w14:paraId="71CC0A72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>
        <w:rPr>
          <w:rFonts w:ascii="Calibri" w:hAnsi="Calibri"/>
          <w:sz w:val="21"/>
        </w:rPr>
        <w:t>Préchauffez</w:t>
      </w:r>
      <w:proofErr w:type="spellEnd"/>
      <w:r>
        <w:rPr>
          <w:rFonts w:ascii="Calibri" w:hAnsi="Calibri"/>
          <w:sz w:val="21"/>
        </w:rPr>
        <w:t xml:space="preserve"> le four à 240 °C (</w:t>
      </w:r>
      <w:proofErr w:type="spellStart"/>
      <w:r>
        <w:rPr>
          <w:rFonts w:ascii="Calibri" w:hAnsi="Calibri"/>
          <w:sz w:val="21"/>
        </w:rPr>
        <w:t>chaleur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tournante</w:t>
      </w:r>
      <w:proofErr w:type="spellEnd"/>
      <w:r>
        <w:rPr>
          <w:rFonts w:ascii="Calibri" w:hAnsi="Calibri"/>
          <w:sz w:val="21"/>
        </w:rPr>
        <w:t xml:space="preserve">) avec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plaque à </w:t>
      </w:r>
      <w:proofErr w:type="spellStart"/>
      <w:r>
        <w:rPr>
          <w:rFonts w:ascii="Calibri" w:hAnsi="Calibri"/>
          <w:sz w:val="21"/>
        </w:rPr>
        <w:t>l'intérieur</w:t>
      </w:r>
      <w:proofErr w:type="spellEnd"/>
      <w:r>
        <w:rPr>
          <w:rFonts w:ascii="Calibri" w:hAnsi="Calibri"/>
          <w:sz w:val="21"/>
        </w:rPr>
        <w:t>.</w:t>
      </w:r>
    </w:p>
    <w:p w14:paraId="3BB9A7A8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>
        <w:rPr>
          <w:rFonts w:ascii="Calibri" w:hAnsi="Calibri"/>
          <w:sz w:val="21"/>
        </w:rPr>
        <w:t>Sortez</w:t>
      </w:r>
      <w:proofErr w:type="spellEnd"/>
      <w:r>
        <w:rPr>
          <w:rFonts w:ascii="Calibri" w:hAnsi="Calibri"/>
          <w:sz w:val="21"/>
        </w:rPr>
        <w:t xml:space="preserve"> la plaque </w:t>
      </w:r>
      <w:proofErr w:type="spellStart"/>
      <w:r>
        <w:rPr>
          <w:rFonts w:ascii="Calibri" w:hAnsi="Calibri"/>
          <w:sz w:val="21"/>
        </w:rPr>
        <w:t>chaude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huilez</w:t>
      </w:r>
      <w:proofErr w:type="spellEnd"/>
      <w:r>
        <w:rPr>
          <w:rFonts w:ascii="Calibri" w:hAnsi="Calibri"/>
          <w:sz w:val="21"/>
        </w:rPr>
        <w:t xml:space="preserve">-la </w:t>
      </w:r>
      <w:proofErr w:type="spellStart"/>
      <w:r>
        <w:rPr>
          <w:rFonts w:ascii="Calibri" w:hAnsi="Calibri"/>
          <w:sz w:val="21"/>
        </w:rPr>
        <w:t>légèrement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versez</w:t>
      </w:r>
      <w:proofErr w:type="spellEnd"/>
      <w:r>
        <w:rPr>
          <w:rFonts w:ascii="Calibri" w:hAnsi="Calibri"/>
          <w:sz w:val="21"/>
        </w:rPr>
        <w:t xml:space="preserve"> la pâte (3–4 mm </w:t>
      </w:r>
      <w:proofErr w:type="spellStart"/>
      <w:r>
        <w:rPr>
          <w:rFonts w:ascii="Calibri" w:hAnsi="Calibri"/>
          <w:sz w:val="21"/>
        </w:rPr>
        <w:t>d'épaisseur</w:t>
      </w:r>
      <w:proofErr w:type="spellEnd"/>
      <w:r>
        <w:rPr>
          <w:rFonts w:ascii="Calibri" w:hAnsi="Calibri"/>
          <w:sz w:val="21"/>
        </w:rPr>
        <w:t>).</w:t>
      </w:r>
    </w:p>
    <w:p w14:paraId="5C61B5C4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>
        <w:rPr>
          <w:rFonts w:ascii="Calibri" w:hAnsi="Calibri"/>
          <w:sz w:val="21"/>
        </w:rPr>
        <w:t>Enfournez</w:t>
      </w:r>
      <w:proofErr w:type="spellEnd"/>
      <w:r>
        <w:rPr>
          <w:rFonts w:ascii="Calibri" w:hAnsi="Calibri"/>
          <w:sz w:val="21"/>
        </w:rPr>
        <w:t xml:space="preserve"> 10–12 min </w:t>
      </w:r>
      <w:proofErr w:type="spellStart"/>
      <w:r>
        <w:rPr>
          <w:rFonts w:ascii="Calibri" w:hAnsi="Calibri"/>
          <w:sz w:val="21"/>
        </w:rPr>
        <w:t>jusqu'à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que</w:t>
      </w:r>
      <w:proofErr w:type="spellEnd"/>
      <w:r>
        <w:rPr>
          <w:rFonts w:ascii="Calibri" w:hAnsi="Calibri"/>
          <w:sz w:val="21"/>
        </w:rPr>
        <w:t xml:space="preserve"> la </w:t>
      </w:r>
      <w:proofErr w:type="spellStart"/>
      <w:r>
        <w:rPr>
          <w:rFonts w:ascii="Calibri" w:hAnsi="Calibri"/>
          <w:sz w:val="21"/>
        </w:rPr>
        <w:t>socca</w:t>
      </w:r>
      <w:proofErr w:type="spellEnd"/>
      <w:r>
        <w:rPr>
          <w:rFonts w:ascii="Calibri" w:hAnsi="Calibri"/>
          <w:sz w:val="21"/>
        </w:rPr>
        <w:t xml:space="preserve"> soit dorée et </w:t>
      </w:r>
      <w:proofErr w:type="spellStart"/>
      <w:r>
        <w:rPr>
          <w:rFonts w:ascii="Calibri" w:hAnsi="Calibri"/>
          <w:sz w:val="21"/>
        </w:rPr>
        <w:t>légèrement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croustillante</w:t>
      </w:r>
      <w:proofErr w:type="spellEnd"/>
      <w:r>
        <w:rPr>
          <w:rFonts w:ascii="Calibri" w:hAnsi="Calibri"/>
          <w:sz w:val="21"/>
        </w:rPr>
        <w:t xml:space="preserve"> sur les bords.</w:t>
      </w:r>
    </w:p>
    <w:p w14:paraId="2B8702F6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6. </w:t>
      </w:r>
      <w:proofErr w:type="spellStart"/>
      <w:r>
        <w:rPr>
          <w:rFonts w:ascii="Calibri" w:hAnsi="Calibri"/>
          <w:sz w:val="21"/>
        </w:rPr>
        <w:t>Arrosez</w:t>
      </w:r>
      <w:proofErr w:type="spellEnd"/>
      <w:r>
        <w:rPr>
          <w:rFonts w:ascii="Calibri" w:hAnsi="Calibri"/>
          <w:sz w:val="21"/>
        </w:rPr>
        <w:t xml:space="preserve"> du </w:t>
      </w:r>
      <w:proofErr w:type="spellStart"/>
      <w:r>
        <w:rPr>
          <w:rFonts w:ascii="Calibri" w:hAnsi="Calibri"/>
          <w:sz w:val="21"/>
        </w:rPr>
        <w:t>reste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d'ail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poivrez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généreusement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parsemez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romarin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servez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aussitôt</w:t>
      </w:r>
      <w:proofErr w:type="spellEnd"/>
      <w:r>
        <w:rPr>
          <w:rFonts w:ascii="Calibri" w:hAnsi="Calibri"/>
          <w:sz w:val="21"/>
        </w:rPr>
        <w:t>.</w:t>
      </w:r>
    </w:p>
    <w:p w14:paraId="75895A46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Servez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directement</w:t>
      </w:r>
      <w:proofErr w:type="spellEnd"/>
      <w:r>
        <w:rPr>
          <w:rFonts w:ascii="Calibri" w:hAnsi="Calibri"/>
          <w:i/>
          <w:color w:val="6B4C11"/>
          <w:sz w:val="20"/>
        </w:rPr>
        <w:t xml:space="preserve"> sur la plaque </w:t>
      </w:r>
      <w:proofErr w:type="spellStart"/>
      <w:r>
        <w:rPr>
          <w:rFonts w:ascii="Calibri" w:hAnsi="Calibri"/>
          <w:i/>
          <w:color w:val="6B4C11"/>
          <w:sz w:val="20"/>
        </w:rPr>
        <w:t>chaude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découpée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en</w:t>
      </w:r>
      <w:proofErr w:type="spellEnd"/>
      <w:r>
        <w:rPr>
          <w:rFonts w:ascii="Calibri" w:hAnsi="Calibri"/>
          <w:i/>
          <w:color w:val="6B4C11"/>
          <w:sz w:val="20"/>
        </w:rPr>
        <w:t xml:space="preserve"> triangles </w:t>
      </w:r>
      <w:proofErr w:type="spellStart"/>
      <w:r>
        <w:rPr>
          <w:rFonts w:ascii="Calibri" w:hAnsi="Calibri"/>
          <w:i/>
          <w:color w:val="6B4C11"/>
          <w:sz w:val="20"/>
        </w:rPr>
        <w:t>irréguliers</w:t>
      </w:r>
      <w:proofErr w:type="spellEnd"/>
      <w:r>
        <w:rPr>
          <w:rFonts w:ascii="Calibri" w:hAnsi="Calibri"/>
          <w:i/>
          <w:color w:val="6B4C11"/>
          <w:sz w:val="20"/>
        </w:rPr>
        <w:t>.</w:t>
      </w:r>
    </w:p>
    <w:p w14:paraId="31593780" w14:textId="77777777" w:rsidR="00172C4E" w:rsidRDefault="00172C4E">
      <w:pPr>
        <w:spacing w:after="120"/>
      </w:pPr>
    </w:p>
    <w:p w14:paraId="46B2FDF2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lastRenderedPageBreak/>
        <w:t>Falafels au piment</w:t>
      </w:r>
      <w:r>
        <w:rPr>
          <w:rFonts w:ascii="Calibri" w:hAnsi="Calibri"/>
          <w:i/>
          <w:color w:val="888888"/>
          <w:sz w:val="20"/>
        </w:rPr>
        <w:t xml:space="preserve">  ⏱ 45 min</w:t>
      </w:r>
    </w:p>
    <w:p w14:paraId="5BC4FB96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(4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 xml:space="preserve"> · ~16 falafels)</w:t>
      </w:r>
    </w:p>
    <w:p w14:paraId="2EF49F0E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250 g de </w:t>
      </w:r>
      <w:proofErr w:type="spellStart"/>
      <w:r>
        <w:rPr>
          <w:rFonts w:ascii="Calibri" w:hAnsi="Calibri"/>
          <w:sz w:val="21"/>
        </w:rPr>
        <w:t>farine</w:t>
      </w:r>
      <w:proofErr w:type="spellEnd"/>
      <w:r>
        <w:rPr>
          <w:rFonts w:ascii="Calibri" w:hAnsi="Calibri"/>
          <w:sz w:val="21"/>
        </w:rPr>
        <w:t xml:space="preserve"> de pois </w:t>
      </w:r>
      <w:proofErr w:type="spellStart"/>
      <w:r>
        <w:rPr>
          <w:rFonts w:ascii="Calibri" w:hAnsi="Calibri"/>
          <w:sz w:val="21"/>
        </w:rPr>
        <w:t>chiche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7986B5B2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400 g de pois </w:t>
      </w:r>
      <w:proofErr w:type="spellStart"/>
      <w:r>
        <w:rPr>
          <w:rFonts w:ascii="Calibri" w:hAnsi="Calibri"/>
          <w:sz w:val="21"/>
        </w:rPr>
        <w:t>chiches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cuits</w:t>
      </w:r>
      <w:proofErr w:type="spellEnd"/>
      <w:r>
        <w:rPr>
          <w:rFonts w:ascii="Calibri" w:hAnsi="Calibri"/>
          <w:sz w:val="21"/>
        </w:rPr>
        <w:t xml:space="preserve"> (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boîte</w:t>
      </w:r>
      <w:proofErr w:type="spellEnd"/>
      <w:r>
        <w:rPr>
          <w:rFonts w:ascii="Calibri" w:hAnsi="Calibri"/>
          <w:sz w:val="21"/>
        </w:rPr>
        <w:t xml:space="preserve">, bien </w:t>
      </w:r>
      <w:proofErr w:type="spellStart"/>
      <w:r>
        <w:rPr>
          <w:rFonts w:ascii="Calibri" w:hAnsi="Calibri"/>
          <w:sz w:val="21"/>
        </w:rPr>
        <w:t>égouttés</w:t>
      </w:r>
      <w:proofErr w:type="spellEnd"/>
      <w:r>
        <w:rPr>
          <w:rFonts w:ascii="Calibri" w:hAnsi="Calibri"/>
          <w:sz w:val="21"/>
        </w:rPr>
        <w:t>)</w:t>
      </w:r>
    </w:p>
    <w:p w14:paraId="3FF57728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</w:t>
      </w:r>
      <w:proofErr w:type="spellStart"/>
      <w:r>
        <w:rPr>
          <w:rFonts w:ascii="Calibri" w:hAnsi="Calibri"/>
          <w:sz w:val="21"/>
        </w:rPr>
        <w:t>oignon</w:t>
      </w:r>
      <w:proofErr w:type="spellEnd"/>
      <w:r>
        <w:rPr>
          <w:rFonts w:ascii="Calibri" w:hAnsi="Calibri"/>
          <w:sz w:val="21"/>
        </w:rPr>
        <w:t xml:space="preserve"> rouge </w:t>
      </w:r>
      <w:proofErr w:type="spellStart"/>
      <w:r>
        <w:rPr>
          <w:rFonts w:ascii="Calibri" w:hAnsi="Calibri"/>
          <w:sz w:val="21"/>
        </w:rPr>
        <w:t>émincé</w:t>
      </w:r>
      <w:proofErr w:type="spellEnd"/>
    </w:p>
    <w:p w14:paraId="46E91F5C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3 </w:t>
      </w:r>
      <w:proofErr w:type="spellStart"/>
      <w:r>
        <w:rPr>
          <w:rFonts w:ascii="Calibri" w:hAnsi="Calibri"/>
          <w:sz w:val="21"/>
        </w:rPr>
        <w:t>gousses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d'ail</w:t>
      </w:r>
      <w:proofErr w:type="spellEnd"/>
    </w:p>
    <w:p w14:paraId="7864E07D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1 c. à café de piment fort (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selon</w:t>
      </w:r>
      <w:proofErr w:type="spellEnd"/>
      <w:r>
        <w:rPr>
          <w:rFonts w:ascii="Calibri" w:hAnsi="Calibri"/>
          <w:sz w:val="21"/>
        </w:rPr>
        <w:t xml:space="preserve"> goût)</w:t>
      </w:r>
    </w:p>
    <w:p w14:paraId="510513F8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c. à café de cumin </w:t>
      </w:r>
      <w:proofErr w:type="spellStart"/>
      <w:r>
        <w:rPr>
          <w:rFonts w:ascii="Calibri" w:hAnsi="Calibri"/>
          <w:sz w:val="21"/>
        </w:rPr>
        <w:t>moulu</w:t>
      </w:r>
      <w:proofErr w:type="spellEnd"/>
    </w:p>
    <w:p w14:paraId="4ADBF4F9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c. à café de </w:t>
      </w:r>
      <w:proofErr w:type="spellStart"/>
      <w:r>
        <w:rPr>
          <w:rFonts w:ascii="Calibri" w:hAnsi="Calibri"/>
          <w:sz w:val="21"/>
        </w:rPr>
        <w:t>coriandre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moulue</w:t>
      </w:r>
      <w:proofErr w:type="spellEnd"/>
    </w:p>
    <w:p w14:paraId="7351D32A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Persil plat frais, </w:t>
      </w:r>
      <w:proofErr w:type="spellStart"/>
      <w:r>
        <w:rPr>
          <w:rFonts w:ascii="Calibri" w:hAnsi="Calibri"/>
          <w:sz w:val="21"/>
        </w:rPr>
        <w:t>sel</w:t>
      </w:r>
      <w:proofErr w:type="spellEnd"/>
      <w:r>
        <w:rPr>
          <w:rFonts w:ascii="Calibri" w:hAnsi="Calibri"/>
          <w:sz w:val="21"/>
        </w:rPr>
        <w:t>, poivre</w:t>
      </w:r>
    </w:p>
    <w:p w14:paraId="251EE2E1" w14:textId="77777777" w:rsidR="00172C4E" w:rsidRDefault="00000000">
      <w:pPr>
        <w:pStyle w:val="Listepuces"/>
        <w:spacing w:before="20" w:after="20"/>
        <w:ind w:left="567"/>
      </w:pPr>
      <w:proofErr w:type="spellStart"/>
      <w:r>
        <w:rPr>
          <w:rFonts w:ascii="Calibri" w:hAnsi="Calibri"/>
          <w:sz w:val="21"/>
        </w:rPr>
        <w:t>Huile</w:t>
      </w:r>
      <w:proofErr w:type="spellEnd"/>
      <w:r>
        <w:rPr>
          <w:rFonts w:ascii="Calibri" w:hAnsi="Calibri"/>
          <w:sz w:val="21"/>
        </w:rPr>
        <w:t xml:space="preserve"> pour </w:t>
      </w:r>
      <w:proofErr w:type="spellStart"/>
      <w:r>
        <w:rPr>
          <w:rFonts w:ascii="Calibri" w:hAnsi="Calibri"/>
          <w:sz w:val="21"/>
        </w:rPr>
        <w:t>friture</w:t>
      </w:r>
      <w:proofErr w:type="spellEnd"/>
    </w:p>
    <w:p w14:paraId="2CF28584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6EF8E022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r>
        <w:rPr>
          <w:rFonts w:ascii="Calibri" w:hAnsi="Calibri"/>
          <w:sz w:val="21"/>
        </w:rPr>
        <w:t xml:space="preserve">Mixez les pois </w:t>
      </w:r>
      <w:proofErr w:type="spellStart"/>
      <w:r>
        <w:rPr>
          <w:rFonts w:ascii="Calibri" w:hAnsi="Calibri"/>
          <w:sz w:val="21"/>
        </w:rPr>
        <w:t>chiches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l'oignon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l'ail</w:t>
      </w:r>
      <w:proofErr w:type="spellEnd"/>
      <w:r>
        <w:rPr>
          <w:rFonts w:ascii="Calibri" w:hAnsi="Calibri"/>
          <w:sz w:val="21"/>
        </w:rPr>
        <w:t xml:space="preserve">, les </w:t>
      </w:r>
      <w:proofErr w:type="spellStart"/>
      <w:r>
        <w:rPr>
          <w:rFonts w:ascii="Calibri" w:hAnsi="Calibri"/>
          <w:sz w:val="21"/>
        </w:rPr>
        <w:t>épices</w:t>
      </w:r>
      <w:proofErr w:type="spellEnd"/>
      <w:r>
        <w:rPr>
          <w:rFonts w:ascii="Calibri" w:hAnsi="Calibri"/>
          <w:sz w:val="21"/>
        </w:rPr>
        <w:t xml:space="preserve"> et les herbes </w:t>
      </w:r>
      <w:proofErr w:type="spellStart"/>
      <w:r>
        <w:rPr>
          <w:rFonts w:ascii="Calibri" w:hAnsi="Calibri"/>
          <w:sz w:val="21"/>
        </w:rPr>
        <w:t>jusqu'à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obtenir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pâte </w:t>
      </w:r>
      <w:proofErr w:type="spellStart"/>
      <w:r>
        <w:rPr>
          <w:rFonts w:ascii="Calibri" w:hAnsi="Calibri"/>
          <w:sz w:val="21"/>
        </w:rPr>
        <w:t>grossière</w:t>
      </w:r>
      <w:proofErr w:type="spellEnd"/>
      <w:r>
        <w:rPr>
          <w:rFonts w:ascii="Calibri" w:hAnsi="Calibri"/>
          <w:sz w:val="21"/>
        </w:rPr>
        <w:t xml:space="preserve"> (pas </w:t>
      </w:r>
      <w:proofErr w:type="spellStart"/>
      <w:r>
        <w:rPr>
          <w:rFonts w:ascii="Calibri" w:hAnsi="Calibri"/>
          <w:sz w:val="21"/>
        </w:rPr>
        <w:t>lisse</w:t>
      </w:r>
      <w:proofErr w:type="spellEnd"/>
      <w:r>
        <w:rPr>
          <w:rFonts w:ascii="Calibri" w:hAnsi="Calibri"/>
          <w:sz w:val="21"/>
        </w:rPr>
        <w:t>).</w:t>
      </w:r>
    </w:p>
    <w:p w14:paraId="5CBB679E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>
        <w:rPr>
          <w:rFonts w:ascii="Calibri" w:hAnsi="Calibri"/>
          <w:sz w:val="21"/>
        </w:rPr>
        <w:t>Incorporez</w:t>
      </w:r>
      <w:proofErr w:type="spellEnd"/>
      <w:r>
        <w:rPr>
          <w:rFonts w:ascii="Calibri" w:hAnsi="Calibri"/>
          <w:sz w:val="21"/>
        </w:rPr>
        <w:t xml:space="preserve"> la </w:t>
      </w:r>
      <w:proofErr w:type="spellStart"/>
      <w:r>
        <w:rPr>
          <w:rFonts w:ascii="Calibri" w:hAnsi="Calibri"/>
          <w:sz w:val="21"/>
        </w:rPr>
        <w:t>farine</w:t>
      </w:r>
      <w:proofErr w:type="spellEnd"/>
      <w:r>
        <w:rPr>
          <w:rFonts w:ascii="Calibri" w:hAnsi="Calibri"/>
          <w:sz w:val="21"/>
        </w:rPr>
        <w:t xml:space="preserve"> de pois </w:t>
      </w:r>
      <w:proofErr w:type="spellStart"/>
      <w:r>
        <w:rPr>
          <w:rFonts w:ascii="Calibri" w:hAnsi="Calibri"/>
          <w:sz w:val="21"/>
        </w:rPr>
        <w:t>chiche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salez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poivrez</w:t>
      </w:r>
      <w:proofErr w:type="spellEnd"/>
      <w:r>
        <w:rPr>
          <w:rFonts w:ascii="Calibri" w:hAnsi="Calibri"/>
          <w:sz w:val="21"/>
        </w:rPr>
        <w:t xml:space="preserve">. </w:t>
      </w:r>
      <w:proofErr w:type="spellStart"/>
      <w:r>
        <w:rPr>
          <w:rFonts w:ascii="Calibri" w:hAnsi="Calibri"/>
          <w:sz w:val="21"/>
        </w:rPr>
        <w:t>Formez</w:t>
      </w:r>
      <w:proofErr w:type="spellEnd"/>
      <w:r>
        <w:rPr>
          <w:rFonts w:ascii="Calibri" w:hAnsi="Calibri"/>
          <w:sz w:val="21"/>
        </w:rPr>
        <w:t xml:space="preserve"> des </w:t>
      </w:r>
      <w:proofErr w:type="spellStart"/>
      <w:r>
        <w:rPr>
          <w:rFonts w:ascii="Calibri" w:hAnsi="Calibri"/>
          <w:sz w:val="21"/>
        </w:rPr>
        <w:t>boulettes</w:t>
      </w:r>
      <w:proofErr w:type="spellEnd"/>
      <w:r>
        <w:rPr>
          <w:rFonts w:ascii="Calibri" w:hAnsi="Calibri"/>
          <w:sz w:val="21"/>
        </w:rPr>
        <w:t xml:space="preserve"> de 3 cm de </w:t>
      </w:r>
      <w:proofErr w:type="spellStart"/>
      <w:r>
        <w:rPr>
          <w:rFonts w:ascii="Calibri" w:hAnsi="Calibri"/>
          <w:sz w:val="21"/>
        </w:rPr>
        <w:t>diamètre</w:t>
      </w:r>
      <w:proofErr w:type="spellEnd"/>
      <w:r>
        <w:rPr>
          <w:rFonts w:ascii="Calibri" w:hAnsi="Calibri"/>
          <w:sz w:val="21"/>
        </w:rPr>
        <w:t>.</w:t>
      </w:r>
    </w:p>
    <w:p w14:paraId="1C830E90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>
        <w:rPr>
          <w:rFonts w:ascii="Calibri" w:hAnsi="Calibri"/>
          <w:sz w:val="21"/>
        </w:rPr>
        <w:t>Réfrigérez</w:t>
      </w:r>
      <w:proofErr w:type="spellEnd"/>
      <w:r>
        <w:rPr>
          <w:rFonts w:ascii="Calibri" w:hAnsi="Calibri"/>
          <w:sz w:val="21"/>
        </w:rPr>
        <w:t xml:space="preserve"> 15 min pour </w:t>
      </w:r>
      <w:proofErr w:type="spellStart"/>
      <w:r>
        <w:rPr>
          <w:rFonts w:ascii="Calibri" w:hAnsi="Calibri"/>
          <w:sz w:val="21"/>
        </w:rPr>
        <w:t>que</w:t>
      </w:r>
      <w:proofErr w:type="spellEnd"/>
      <w:r>
        <w:rPr>
          <w:rFonts w:ascii="Calibri" w:hAnsi="Calibri"/>
          <w:sz w:val="21"/>
        </w:rPr>
        <w:t xml:space="preserve"> les falafels se </w:t>
      </w:r>
      <w:proofErr w:type="spellStart"/>
      <w:r>
        <w:rPr>
          <w:rFonts w:ascii="Calibri" w:hAnsi="Calibri"/>
          <w:sz w:val="21"/>
        </w:rPr>
        <w:t>tiennent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mieux</w:t>
      </w:r>
      <w:proofErr w:type="spellEnd"/>
      <w:r>
        <w:rPr>
          <w:rFonts w:ascii="Calibri" w:hAnsi="Calibri"/>
          <w:sz w:val="21"/>
        </w:rPr>
        <w:t xml:space="preserve"> à la </w:t>
      </w:r>
      <w:proofErr w:type="spellStart"/>
      <w:r>
        <w:rPr>
          <w:rFonts w:ascii="Calibri" w:hAnsi="Calibri"/>
          <w:sz w:val="21"/>
        </w:rPr>
        <w:t>cuisson</w:t>
      </w:r>
      <w:proofErr w:type="spellEnd"/>
      <w:r>
        <w:rPr>
          <w:rFonts w:ascii="Calibri" w:hAnsi="Calibri"/>
          <w:sz w:val="21"/>
        </w:rPr>
        <w:t>.</w:t>
      </w:r>
    </w:p>
    <w:p w14:paraId="6AD26EF2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r>
        <w:rPr>
          <w:rFonts w:ascii="Calibri" w:hAnsi="Calibri"/>
          <w:sz w:val="21"/>
        </w:rPr>
        <w:t xml:space="preserve">Faites chauffer </w:t>
      </w:r>
      <w:proofErr w:type="spellStart"/>
      <w:r>
        <w:rPr>
          <w:rFonts w:ascii="Calibri" w:hAnsi="Calibri"/>
          <w:sz w:val="21"/>
        </w:rPr>
        <w:t>l'huile</w:t>
      </w:r>
      <w:proofErr w:type="spellEnd"/>
      <w:r>
        <w:rPr>
          <w:rFonts w:ascii="Calibri" w:hAnsi="Calibri"/>
          <w:sz w:val="21"/>
        </w:rPr>
        <w:t xml:space="preserve"> à 175 °C. Faites </w:t>
      </w:r>
      <w:proofErr w:type="spellStart"/>
      <w:r>
        <w:rPr>
          <w:rFonts w:ascii="Calibri" w:hAnsi="Calibri"/>
          <w:sz w:val="21"/>
        </w:rPr>
        <w:t>frire</w:t>
      </w:r>
      <w:proofErr w:type="spellEnd"/>
      <w:r>
        <w:rPr>
          <w:rFonts w:ascii="Calibri" w:hAnsi="Calibri"/>
          <w:sz w:val="21"/>
        </w:rPr>
        <w:t xml:space="preserve"> les falafels 3–4 min </w:t>
      </w:r>
      <w:proofErr w:type="spellStart"/>
      <w:r>
        <w:rPr>
          <w:rFonts w:ascii="Calibri" w:hAnsi="Calibri"/>
          <w:sz w:val="21"/>
        </w:rPr>
        <w:t>jusqu'à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dorure</w:t>
      </w:r>
      <w:proofErr w:type="spellEnd"/>
      <w:r>
        <w:rPr>
          <w:rFonts w:ascii="Calibri" w:hAnsi="Calibri"/>
          <w:sz w:val="21"/>
        </w:rPr>
        <w:t>.</w:t>
      </w:r>
    </w:p>
    <w:p w14:paraId="25F72271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>
        <w:rPr>
          <w:rFonts w:ascii="Calibri" w:hAnsi="Calibri"/>
          <w:sz w:val="21"/>
        </w:rPr>
        <w:t>Égouttez</w:t>
      </w:r>
      <w:proofErr w:type="spellEnd"/>
      <w:r>
        <w:rPr>
          <w:rFonts w:ascii="Calibri" w:hAnsi="Calibri"/>
          <w:sz w:val="21"/>
        </w:rPr>
        <w:t xml:space="preserve"> sur papier </w:t>
      </w:r>
      <w:proofErr w:type="spellStart"/>
      <w:r>
        <w:rPr>
          <w:rFonts w:ascii="Calibri" w:hAnsi="Calibri"/>
          <w:sz w:val="21"/>
        </w:rPr>
        <w:t>absorbant</w:t>
      </w:r>
      <w:proofErr w:type="spellEnd"/>
      <w:r>
        <w:rPr>
          <w:rFonts w:ascii="Calibri" w:hAnsi="Calibri"/>
          <w:sz w:val="21"/>
        </w:rPr>
        <w:t xml:space="preserve">. </w:t>
      </w:r>
      <w:proofErr w:type="spellStart"/>
      <w:r>
        <w:rPr>
          <w:rFonts w:ascii="Calibri" w:hAnsi="Calibri"/>
          <w:sz w:val="21"/>
        </w:rPr>
        <w:t>Servez</w:t>
      </w:r>
      <w:proofErr w:type="spellEnd"/>
      <w:r>
        <w:rPr>
          <w:rFonts w:ascii="Calibri" w:hAnsi="Calibri"/>
          <w:sz w:val="21"/>
        </w:rPr>
        <w:t xml:space="preserve"> avec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sauce yaourt-citron et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salade.</w:t>
      </w:r>
    </w:p>
    <w:p w14:paraId="14F10B84" w14:textId="77777777" w:rsidR="00172C4E" w:rsidRDefault="00000000">
      <w:pPr>
        <w:spacing w:before="80" w:after="120"/>
        <w:ind w:left="283"/>
        <w:rPr>
          <w:rFonts w:ascii="Calibri" w:hAnsi="Calibri"/>
          <w:i/>
          <w:color w:val="6B4C11"/>
          <w:sz w:val="20"/>
        </w:rPr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Pour </w:t>
      </w:r>
      <w:proofErr w:type="spellStart"/>
      <w:r>
        <w:rPr>
          <w:rFonts w:ascii="Calibri" w:hAnsi="Calibri"/>
          <w:i/>
          <w:color w:val="6B4C11"/>
          <w:sz w:val="20"/>
        </w:rPr>
        <w:t>une</w:t>
      </w:r>
      <w:proofErr w:type="spellEnd"/>
      <w:r>
        <w:rPr>
          <w:rFonts w:ascii="Calibri" w:hAnsi="Calibri"/>
          <w:i/>
          <w:color w:val="6B4C11"/>
          <w:sz w:val="20"/>
        </w:rPr>
        <w:t xml:space="preserve"> version au </w:t>
      </w:r>
      <w:proofErr w:type="gramStart"/>
      <w:r>
        <w:rPr>
          <w:rFonts w:ascii="Calibri" w:hAnsi="Calibri"/>
          <w:i/>
          <w:color w:val="6B4C11"/>
          <w:sz w:val="20"/>
        </w:rPr>
        <w:t>four :</w:t>
      </w:r>
      <w:proofErr w:type="gram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badigeonnez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d'huile</w:t>
      </w:r>
      <w:proofErr w:type="spellEnd"/>
      <w:r>
        <w:rPr>
          <w:rFonts w:ascii="Calibri" w:hAnsi="Calibri"/>
          <w:i/>
          <w:color w:val="6B4C11"/>
          <w:sz w:val="20"/>
        </w:rPr>
        <w:t xml:space="preserve"> et </w:t>
      </w:r>
      <w:proofErr w:type="spellStart"/>
      <w:r>
        <w:rPr>
          <w:rFonts w:ascii="Calibri" w:hAnsi="Calibri"/>
          <w:i/>
          <w:color w:val="6B4C11"/>
          <w:sz w:val="20"/>
        </w:rPr>
        <w:t>enfournez</w:t>
      </w:r>
      <w:proofErr w:type="spellEnd"/>
      <w:r>
        <w:rPr>
          <w:rFonts w:ascii="Calibri" w:hAnsi="Calibri"/>
          <w:i/>
          <w:color w:val="6B4C11"/>
          <w:sz w:val="20"/>
        </w:rPr>
        <w:t xml:space="preserve"> 25 min à 200 °C </w:t>
      </w:r>
      <w:proofErr w:type="spellStart"/>
      <w:r>
        <w:rPr>
          <w:rFonts w:ascii="Calibri" w:hAnsi="Calibri"/>
          <w:i/>
          <w:color w:val="6B4C11"/>
          <w:sz w:val="20"/>
        </w:rPr>
        <w:t>en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retournant</w:t>
      </w:r>
      <w:proofErr w:type="spellEnd"/>
      <w:r>
        <w:rPr>
          <w:rFonts w:ascii="Calibri" w:hAnsi="Calibri"/>
          <w:i/>
          <w:color w:val="6B4C11"/>
          <w:sz w:val="20"/>
        </w:rPr>
        <w:t xml:space="preserve"> à mi-</w:t>
      </w:r>
      <w:proofErr w:type="spellStart"/>
      <w:r>
        <w:rPr>
          <w:rFonts w:ascii="Calibri" w:hAnsi="Calibri"/>
          <w:i/>
          <w:color w:val="6B4C11"/>
          <w:sz w:val="20"/>
        </w:rPr>
        <w:t>cuisson</w:t>
      </w:r>
      <w:proofErr w:type="spellEnd"/>
      <w:r>
        <w:rPr>
          <w:rFonts w:ascii="Calibri" w:hAnsi="Calibri"/>
          <w:i/>
          <w:color w:val="6B4C11"/>
          <w:sz w:val="20"/>
        </w:rPr>
        <w:t>.</w:t>
      </w:r>
    </w:p>
    <w:p w14:paraId="06AB502A" w14:textId="77777777" w:rsidR="00EC40B7" w:rsidRDefault="00EC40B7" w:rsidP="00180946">
      <w:pPr>
        <w:spacing w:before="280" w:after="80"/>
        <w:rPr>
          <w:rFonts w:ascii="Calibri" w:hAnsi="Calibri"/>
          <w:b/>
          <w:color w:val="C0392B"/>
          <w:sz w:val="28"/>
        </w:rPr>
      </w:pPr>
    </w:p>
    <w:p w14:paraId="2A97FEAD" w14:textId="3745AA84" w:rsidR="00180946" w:rsidRPr="00180946" w:rsidRDefault="00180946" w:rsidP="00180946">
      <w:pPr>
        <w:spacing w:before="280" w:after="80"/>
      </w:pPr>
      <w:r w:rsidRPr="00180946">
        <w:rPr>
          <w:rFonts w:ascii="Calibri" w:hAnsi="Calibri"/>
          <w:b/>
          <w:color w:val="C0392B"/>
          <w:sz w:val="28"/>
        </w:rPr>
        <w:t xml:space="preserve">Houmous </w:t>
      </w:r>
      <w:proofErr w:type="spellStart"/>
      <w:r w:rsidRPr="00180946">
        <w:rPr>
          <w:rFonts w:ascii="Calibri" w:hAnsi="Calibri"/>
          <w:b/>
          <w:color w:val="C0392B"/>
          <w:sz w:val="28"/>
        </w:rPr>
        <w:t>classique</w:t>
      </w:r>
      <w:proofErr w:type="spellEnd"/>
      <w:r w:rsidRPr="00180946">
        <w:rPr>
          <w:rFonts w:ascii="Calibri" w:hAnsi="Calibri"/>
          <w:b/>
          <w:color w:val="C0392B"/>
          <w:sz w:val="28"/>
        </w:rPr>
        <w:t xml:space="preserve"> à la </w:t>
      </w:r>
      <w:proofErr w:type="spellStart"/>
      <w:r w:rsidRPr="00180946">
        <w:rPr>
          <w:rFonts w:ascii="Calibri" w:hAnsi="Calibri"/>
          <w:b/>
          <w:color w:val="C0392B"/>
          <w:sz w:val="28"/>
        </w:rPr>
        <w:t>farine</w:t>
      </w:r>
      <w:proofErr w:type="spellEnd"/>
      <w:r w:rsidRPr="00180946">
        <w:rPr>
          <w:rFonts w:ascii="Calibri" w:hAnsi="Calibri"/>
          <w:b/>
          <w:color w:val="C0392B"/>
          <w:sz w:val="28"/>
        </w:rPr>
        <w:t xml:space="preserve"> de pois </w:t>
      </w:r>
      <w:proofErr w:type="spellStart"/>
      <w:r w:rsidRPr="00180946">
        <w:rPr>
          <w:rFonts w:ascii="Calibri" w:hAnsi="Calibri"/>
          <w:b/>
          <w:color w:val="C0392B"/>
          <w:sz w:val="28"/>
        </w:rPr>
        <w:t>chiche</w:t>
      </w:r>
      <w:proofErr w:type="spellEnd"/>
      <w:r w:rsidRPr="00180946">
        <w:rPr>
          <w:rFonts w:ascii="Calibri" w:hAnsi="Calibri"/>
          <w:i/>
          <w:color w:val="888888"/>
          <w:sz w:val="20"/>
        </w:rPr>
        <w:t xml:space="preserve">  </w:t>
      </w:r>
      <w:r w:rsidRPr="00180946">
        <w:rPr>
          <w:rFonts w:ascii="Segoe UI Symbol" w:hAnsi="Segoe UI Symbol" w:cs="Segoe UI Symbol"/>
          <w:i/>
          <w:color w:val="888888"/>
          <w:sz w:val="20"/>
        </w:rPr>
        <w:t>⏱</w:t>
      </w:r>
      <w:r w:rsidRPr="00180946">
        <w:rPr>
          <w:rFonts w:ascii="Calibri" w:hAnsi="Calibri"/>
          <w:i/>
          <w:color w:val="888888"/>
          <w:sz w:val="20"/>
        </w:rPr>
        <w:t xml:space="preserve"> 15 min</w:t>
      </w:r>
    </w:p>
    <w:p w14:paraId="2411EBDF" w14:textId="77777777" w:rsidR="00180946" w:rsidRPr="00180946" w:rsidRDefault="00180946" w:rsidP="00180946">
      <w:pPr>
        <w:spacing w:before="160" w:after="40"/>
      </w:pPr>
      <w:proofErr w:type="spellStart"/>
      <w:r w:rsidRPr="00180946">
        <w:rPr>
          <w:rFonts w:ascii="Calibri" w:hAnsi="Calibri"/>
          <w:b/>
          <w:color w:val="5A2D0C"/>
        </w:rPr>
        <w:t>Ingrédients</w:t>
      </w:r>
      <w:proofErr w:type="spellEnd"/>
      <w:r w:rsidRPr="00180946">
        <w:rPr>
          <w:rFonts w:ascii="Calibri" w:hAnsi="Calibri"/>
          <w:b/>
          <w:color w:val="5A2D0C"/>
        </w:rPr>
        <w:t xml:space="preserve"> (4 </w:t>
      </w:r>
      <w:proofErr w:type="spellStart"/>
      <w:r w:rsidRPr="00180946">
        <w:rPr>
          <w:rFonts w:ascii="Calibri" w:hAnsi="Calibri"/>
          <w:b/>
          <w:color w:val="5A2D0C"/>
        </w:rPr>
        <w:t>personnes</w:t>
      </w:r>
      <w:proofErr w:type="spellEnd"/>
      <w:r w:rsidRPr="00180946">
        <w:rPr>
          <w:rFonts w:ascii="Calibri" w:hAnsi="Calibri"/>
          <w:b/>
          <w:color w:val="5A2D0C"/>
        </w:rPr>
        <w:t>)</w:t>
      </w:r>
    </w:p>
    <w:p w14:paraId="5E928641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60 g de </w:t>
      </w:r>
      <w:proofErr w:type="spellStart"/>
      <w:r w:rsidRPr="00180946">
        <w:rPr>
          <w:rFonts w:ascii="Calibri" w:hAnsi="Calibri"/>
          <w:sz w:val="21"/>
        </w:rPr>
        <w:t>farine</w:t>
      </w:r>
      <w:proofErr w:type="spellEnd"/>
      <w:r w:rsidRPr="00180946">
        <w:rPr>
          <w:rFonts w:ascii="Calibri" w:hAnsi="Calibri"/>
          <w:sz w:val="21"/>
        </w:rPr>
        <w:t xml:space="preserve"> de pois </w:t>
      </w:r>
      <w:proofErr w:type="spellStart"/>
      <w:r w:rsidRPr="00180946">
        <w:rPr>
          <w:rFonts w:ascii="Calibri" w:hAnsi="Calibri"/>
          <w:sz w:val="21"/>
        </w:rPr>
        <w:t>chiche</w:t>
      </w:r>
      <w:proofErr w:type="spellEnd"/>
      <w:r w:rsidRPr="00180946">
        <w:rPr>
          <w:rFonts w:ascii="Calibri" w:hAnsi="Calibri"/>
          <w:sz w:val="21"/>
        </w:rPr>
        <w:t xml:space="preserve"> BPBQ</w:t>
      </w:r>
    </w:p>
    <w:p w14:paraId="363546F4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240 ml d’eau </w:t>
      </w:r>
      <w:proofErr w:type="spellStart"/>
      <w:r w:rsidRPr="00180946">
        <w:rPr>
          <w:rFonts w:ascii="Calibri" w:hAnsi="Calibri"/>
          <w:sz w:val="21"/>
        </w:rPr>
        <w:t>froide</w:t>
      </w:r>
      <w:proofErr w:type="spellEnd"/>
    </w:p>
    <w:p w14:paraId="34EFC23A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>3 c. à soupe de tahini</w:t>
      </w:r>
    </w:p>
    <w:p w14:paraId="6CFAFEC3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2 c. à soupe </w:t>
      </w:r>
      <w:proofErr w:type="spellStart"/>
      <w:r w:rsidRPr="00180946">
        <w:rPr>
          <w:rFonts w:ascii="Calibri" w:hAnsi="Calibri"/>
          <w:sz w:val="21"/>
        </w:rPr>
        <w:t>d’huile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d’olive</w:t>
      </w:r>
      <w:proofErr w:type="spellEnd"/>
      <w:r w:rsidRPr="00180946">
        <w:rPr>
          <w:rFonts w:ascii="Calibri" w:hAnsi="Calibri"/>
          <w:sz w:val="21"/>
        </w:rPr>
        <w:t xml:space="preserve"> extra </w:t>
      </w:r>
      <w:proofErr w:type="spellStart"/>
      <w:r w:rsidRPr="00180946">
        <w:rPr>
          <w:rFonts w:ascii="Calibri" w:hAnsi="Calibri"/>
          <w:sz w:val="21"/>
        </w:rPr>
        <w:t>vierge</w:t>
      </w:r>
      <w:proofErr w:type="spellEnd"/>
      <w:r w:rsidRPr="00180946">
        <w:rPr>
          <w:rFonts w:ascii="Calibri" w:hAnsi="Calibri"/>
          <w:sz w:val="21"/>
        </w:rPr>
        <w:t xml:space="preserve"> BPBQ</w:t>
      </w:r>
    </w:p>
    <w:p w14:paraId="740C7AEB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>Le jus d’1 citron</w:t>
      </w:r>
    </w:p>
    <w:p w14:paraId="1DD481C9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1 </w:t>
      </w:r>
      <w:proofErr w:type="spellStart"/>
      <w:r w:rsidRPr="00180946">
        <w:rPr>
          <w:rFonts w:ascii="Calibri" w:hAnsi="Calibri"/>
          <w:sz w:val="21"/>
        </w:rPr>
        <w:t>gousse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d’ail</w:t>
      </w:r>
      <w:proofErr w:type="spellEnd"/>
    </w:p>
    <w:p w14:paraId="7C83AB98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1 c. à café de </w:t>
      </w:r>
      <w:proofErr w:type="spellStart"/>
      <w:r w:rsidRPr="00180946">
        <w:rPr>
          <w:rFonts w:ascii="Calibri" w:hAnsi="Calibri"/>
          <w:sz w:val="21"/>
        </w:rPr>
        <w:t>sel</w:t>
      </w:r>
      <w:proofErr w:type="spellEnd"/>
      <w:r w:rsidRPr="00180946">
        <w:rPr>
          <w:rFonts w:ascii="Calibri" w:hAnsi="Calibri"/>
          <w:sz w:val="21"/>
        </w:rPr>
        <w:t>, paprika pour le service</w:t>
      </w:r>
    </w:p>
    <w:p w14:paraId="625AF388" w14:textId="77777777" w:rsidR="00180946" w:rsidRPr="00180946" w:rsidRDefault="00180946" w:rsidP="00180946">
      <w:pPr>
        <w:spacing w:before="160" w:after="40"/>
      </w:pPr>
      <w:proofErr w:type="spellStart"/>
      <w:r w:rsidRPr="00180946">
        <w:rPr>
          <w:rFonts w:ascii="Calibri" w:hAnsi="Calibri"/>
          <w:b/>
          <w:color w:val="5A2D0C"/>
        </w:rPr>
        <w:t>Préparation</w:t>
      </w:r>
      <w:proofErr w:type="spellEnd"/>
    </w:p>
    <w:p w14:paraId="563D986C" w14:textId="77777777" w:rsidR="00180946" w:rsidRPr="00180946" w:rsidRDefault="00180946" w:rsidP="00180946">
      <w:pPr>
        <w:spacing w:before="40" w:after="40"/>
        <w:ind w:left="283"/>
      </w:pPr>
      <w:r w:rsidRPr="00180946">
        <w:rPr>
          <w:rFonts w:ascii="Calibri" w:hAnsi="Calibri"/>
          <w:b/>
          <w:color w:val="C0392B"/>
          <w:sz w:val="21"/>
        </w:rPr>
        <w:t xml:space="preserve">1. </w:t>
      </w:r>
      <w:r w:rsidRPr="00180946">
        <w:rPr>
          <w:rFonts w:ascii="Calibri" w:hAnsi="Calibri"/>
          <w:sz w:val="21"/>
        </w:rPr>
        <w:t xml:space="preserve">Dans </w:t>
      </w:r>
      <w:proofErr w:type="spellStart"/>
      <w:r w:rsidRPr="00180946">
        <w:rPr>
          <w:rFonts w:ascii="Calibri" w:hAnsi="Calibri"/>
          <w:sz w:val="21"/>
        </w:rPr>
        <w:t>une</w:t>
      </w:r>
      <w:proofErr w:type="spellEnd"/>
      <w:r w:rsidRPr="00180946">
        <w:rPr>
          <w:rFonts w:ascii="Calibri" w:hAnsi="Calibri"/>
          <w:sz w:val="21"/>
        </w:rPr>
        <w:t xml:space="preserve"> casserole, </w:t>
      </w:r>
      <w:proofErr w:type="spellStart"/>
      <w:r w:rsidRPr="00180946">
        <w:rPr>
          <w:rFonts w:ascii="Calibri" w:hAnsi="Calibri"/>
          <w:sz w:val="21"/>
        </w:rPr>
        <w:t>délayez</w:t>
      </w:r>
      <w:proofErr w:type="spellEnd"/>
      <w:r w:rsidRPr="00180946">
        <w:rPr>
          <w:rFonts w:ascii="Calibri" w:hAnsi="Calibri"/>
          <w:sz w:val="21"/>
        </w:rPr>
        <w:t xml:space="preserve"> la </w:t>
      </w:r>
      <w:proofErr w:type="spellStart"/>
      <w:r w:rsidRPr="00180946">
        <w:rPr>
          <w:rFonts w:ascii="Calibri" w:hAnsi="Calibri"/>
          <w:sz w:val="21"/>
        </w:rPr>
        <w:t>farine</w:t>
      </w:r>
      <w:proofErr w:type="spellEnd"/>
      <w:r w:rsidRPr="00180946">
        <w:rPr>
          <w:rFonts w:ascii="Calibri" w:hAnsi="Calibri"/>
          <w:sz w:val="21"/>
        </w:rPr>
        <w:t xml:space="preserve"> de pois </w:t>
      </w:r>
      <w:proofErr w:type="spellStart"/>
      <w:r w:rsidRPr="00180946">
        <w:rPr>
          <w:rFonts w:ascii="Calibri" w:hAnsi="Calibri"/>
          <w:sz w:val="21"/>
        </w:rPr>
        <w:t>chiche</w:t>
      </w:r>
      <w:proofErr w:type="spellEnd"/>
      <w:r w:rsidRPr="00180946">
        <w:rPr>
          <w:rFonts w:ascii="Calibri" w:hAnsi="Calibri"/>
          <w:sz w:val="21"/>
        </w:rPr>
        <w:t xml:space="preserve"> dans </w:t>
      </w:r>
      <w:proofErr w:type="spellStart"/>
      <w:r w:rsidRPr="00180946">
        <w:rPr>
          <w:rFonts w:ascii="Calibri" w:hAnsi="Calibri"/>
          <w:sz w:val="21"/>
        </w:rPr>
        <w:t>l’eau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froide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en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fouettant</w:t>
      </w:r>
      <w:proofErr w:type="spellEnd"/>
      <w:r w:rsidRPr="00180946">
        <w:rPr>
          <w:rFonts w:ascii="Calibri" w:hAnsi="Calibri"/>
          <w:sz w:val="21"/>
        </w:rPr>
        <w:t xml:space="preserve"> pour </w:t>
      </w:r>
      <w:proofErr w:type="spellStart"/>
      <w:r w:rsidRPr="00180946">
        <w:rPr>
          <w:rFonts w:ascii="Calibri" w:hAnsi="Calibri"/>
          <w:sz w:val="21"/>
        </w:rPr>
        <w:t>éviter</w:t>
      </w:r>
      <w:proofErr w:type="spellEnd"/>
      <w:r w:rsidRPr="00180946">
        <w:rPr>
          <w:rFonts w:ascii="Calibri" w:hAnsi="Calibri"/>
          <w:sz w:val="21"/>
        </w:rPr>
        <w:t xml:space="preserve"> les </w:t>
      </w:r>
      <w:proofErr w:type="spellStart"/>
      <w:r w:rsidRPr="00180946">
        <w:rPr>
          <w:rFonts w:ascii="Calibri" w:hAnsi="Calibri"/>
          <w:sz w:val="21"/>
        </w:rPr>
        <w:t>grumeaux</w:t>
      </w:r>
      <w:proofErr w:type="spellEnd"/>
      <w:r w:rsidRPr="00180946">
        <w:rPr>
          <w:rFonts w:ascii="Calibri" w:hAnsi="Calibri"/>
          <w:sz w:val="21"/>
        </w:rPr>
        <w:t>.</w:t>
      </w:r>
    </w:p>
    <w:p w14:paraId="140D5648" w14:textId="77777777" w:rsidR="00180946" w:rsidRPr="00180946" w:rsidRDefault="00180946" w:rsidP="00180946">
      <w:pPr>
        <w:spacing w:before="40" w:after="40"/>
        <w:ind w:left="283"/>
      </w:pPr>
      <w:r w:rsidRPr="00180946">
        <w:rPr>
          <w:rFonts w:ascii="Calibri" w:hAnsi="Calibri"/>
          <w:b/>
          <w:color w:val="C0392B"/>
          <w:sz w:val="21"/>
        </w:rPr>
        <w:t xml:space="preserve">2. </w:t>
      </w:r>
      <w:r w:rsidRPr="00180946">
        <w:rPr>
          <w:rFonts w:ascii="Calibri" w:hAnsi="Calibri"/>
          <w:sz w:val="21"/>
        </w:rPr>
        <w:t xml:space="preserve">Faites </w:t>
      </w:r>
      <w:proofErr w:type="spellStart"/>
      <w:r w:rsidRPr="00180946">
        <w:rPr>
          <w:rFonts w:ascii="Calibri" w:hAnsi="Calibri"/>
          <w:sz w:val="21"/>
        </w:rPr>
        <w:t>cuire</w:t>
      </w:r>
      <w:proofErr w:type="spellEnd"/>
      <w:r w:rsidRPr="00180946">
        <w:rPr>
          <w:rFonts w:ascii="Calibri" w:hAnsi="Calibri"/>
          <w:sz w:val="21"/>
        </w:rPr>
        <w:t xml:space="preserve"> à feu moyen </w:t>
      </w:r>
      <w:proofErr w:type="spellStart"/>
      <w:r w:rsidRPr="00180946">
        <w:rPr>
          <w:rFonts w:ascii="Calibri" w:hAnsi="Calibri"/>
          <w:sz w:val="21"/>
        </w:rPr>
        <w:t>en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remuant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constamment</w:t>
      </w:r>
      <w:proofErr w:type="spellEnd"/>
      <w:r w:rsidRPr="00180946">
        <w:rPr>
          <w:rFonts w:ascii="Calibri" w:hAnsi="Calibri"/>
          <w:sz w:val="21"/>
        </w:rPr>
        <w:t xml:space="preserve"> pendant 5 à 7 min </w:t>
      </w:r>
      <w:proofErr w:type="spellStart"/>
      <w:r w:rsidRPr="00180946">
        <w:rPr>
          <w:rFonts w:ascii="Calibri" w:hAnsi="Calibri"/>
          <w:sz w:val="21"/>
        </w:rPr>
        <w:t>jusqu’à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obtenir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une</w:t>
      </w:r>
      <w:proofErr w:type="spellEnd"/>
      <w:r w:rsidRPr="00180946">
        <w:rPr>
          <w:rFonts w:ascii="Calibri" w:hAnsi="Calibri"/>
          <w:sz w:val="21"/>
        </w:rPr>
        <w:t xml:space="preserve"> pâte </w:t>
      </w:r>
      <w:proofErr w:type="spellStart"/>
      <w:r w:rsidRPr="00180946">
        <w:rPr>
          <w:rFonts w:ascii="Calibri" w:hAnsi="Calibri"/>
          <w:sz w:val="21"/>
        </w:rPr>
        <w:t>épaisse</w:t>
      </w:r>
      <w:proofErr w:type="spellEnd"/>
      <w:r w:rsidRPr="00180946">
        <w:rPr>
          <w:rFonts w:ascii="Calibri" w:hAnsi="Calibri"/>
          <w:sz w:val="21"/>
        </w:rPr>
        <w:t xml:space="preserve"> qui se </w:t>
      </w:r>
      <w:proofErr w:type="spellStart"/>
      <w:r w:rsidRPr="00180946">
        <w:rPr>
          <w:rFonts w:ascii="Calibri" w:hAnsi="Calibri"/>
          <w:sz w:val="21"/>
        </w:rPr>
        <w:t>détache</w:t>
      </w:r>
      <w:proofErr w:type="spellEnd"/>
      <w:r w:rsidRPr="00180946">
        <w:rPr>
          <w:rFonts w:ascii="Calibri" w:hAnsi="Calibri"/>
          <w:sz w:val="21"/>
        </w:rPr>
        <w:t xml:space="preserve"> des </w:t>
      </w:r>
      <w:proofErr w:type="spellStart"/>
      <w:r w:rsidRPr="00180946">
        <w:rPr>
          <w:rFonts w:ascii="Calibri" w:hAnsi="Calibri"/>
          <w:sz w:val="21"/>
        </w:rPr>
        <w:t>parois</w:t>
      </w:r>
      <w:proofErr w:type="spellEnd"/>
      <w:r w:rsidRPr="00180946">
        <w:rPr>
          <w:rFonts w:ascii="Calibri" w:hAnsi="Calibri"/>
          <w:sz w:val="21"/>
        </w:rPr>
        <w:t>.</w:t>
      </w:r>
    </w:p>
    <w:p w14:paraId="5EB3C2F9" w14:textId="77777777" w:rsidR="00180946" w:rsidRPr="00180946" w:rsidRDefault="00180946" w:rsidP="00180946">
      <w:pPr>
        <w:spacing w:before="40" w:after="40"/>
        <w:ind w:left="283"/>
      </w:pPr>
      <w:r w:rsidRPr="00180946">
        <w:rPr>
          <w:rFonts w:ascii="Calibri" w:hAnsi="Calibri"/>
          <w:b/>
          <w:color w:val="C0392B"/>
          <w:sz w:val="21"/>
        </w:rPr>
        <w:t xml:space="preserve">3. </w:t>
      </w:r>
      <w:r w:rsidRPr="00180946">
        <w:rPr>
          <w:rFonts w:ascii="Calibri" w:hAnsi="Calibri"/>
          <w:sz w:val="21"/>
        </w:rPr>
        <w:t xml:space="preserve">Laissez </w:t>
      </w:r>
      <w:proofErr w:type="spellStart"/>
      <w:r w:rsidRPr="00180946">
        <w:rPr>
          <w:rFonts w:ascii="Calibri" w:hAnsi="Calibri"/>
          <w:sz w:val="21"/>
        </w:rPr>
        <w:t>tiédir</w:t>
      </w:r>
      <w:proofErr w:type="spellEnd"/>
      <w:r w:rsidRPr="00180946">
        <w:rPr>
          <w:rFonts w:ascii="Calibri" w:hAnsi="Calibri"/>
          <w:sz w:val="21"/>
        </w:rPr>
        <w:t xml:space="preserve"> 5 min, </w:t>
      </w:r>
      <w:proofErr w:type="spellStart"/>
      <w:r w:rsidRPr="00180946">
        <w:rPr>
          <w:rFonts w:ascii="Calibri" w:hAnsi="Calibri"/>
          <w:sz w:val="21"/>
        </w:rPr>
        <w:t>puis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mixez</w:t>
      </w:r>
      <w:proofErr w:type="spellEnd"/>
      <w:r w:rsidRPr="00180946">
        <w:rPr>
          <w:rFonts w:ascii="Calibri" w:hAnsi="Calibri"/>
          <w:sz w:val="21"/>
        </w:rPr>
        <w:t xml:space="preserve"> avec le tahini, le jus de citron, </w:t>
      </w:r>
      <w:proofErr w:type="spellStart"/>
      <w:r w:rsidRPr="00180946">
        <w:rPr>
          <w:rFonts w:ascii="Calibri" w:hAnsi="Calibri"/>
          <w:sz w:val="21"/>
        </w:rPr>
        <w:t>l’ail</w:t>
      </w:r>
      <w:proofErr w:type="spellEnd"/>
      <w:r w:rsidRPr="00180946">
        <w:rPr>
          <w:rFonts w:ascii="Calibri" w:hAnsi="Calibri"/>
          <w:sz w:val="21"/>
        </w:rPr>
        <w:t xml:space="preserve"> et le </w:t>
      </w:r>
      <w:proofErr w:type="spellStart"/>
      <w:r w:rsidRPr="00180946">
        <w:rPr>
          <w:rFonts w:ascii="Calibri" w:hAnsi="Calibri"/>
          <w:sz w:val="21"/>
        </w:rPr>
        <w:t>sel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jusqu’à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obtenir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une</w:t>
      </w:r>
      <w:proofErr w:type="spellEnd"/>
      <w:r w:rsidRPr="00180946">
        <w:rPr>
          <w:rFonts w:ascii="Calibri" w:hAnsi="Calibri"/>
          <w:sz w:val="21"/>
        </w:rPr>
        <w:t xml:space="preserve"> texture </w:t>
      </w:r>
      <w:proofErr w:type="spellStart"/>
      <w:r w:rsidRPr="00180946">
        <w:rPr>
          <w:rFonts w:ascii="Calibri" w:hAnsi="Calibri"/>
          <w:sz w:val="21"/>
        </w:rPr>
        <w:t>lisse</w:t>
      </w:r>
      <w:proofErr w:type="spellEnd"/>
      <w:r w:rsidRPr="00180946">
        <w:rPr>
          <w:rFonts w:ascii="Calibri" w:hAnsi="Calibri"/>
          <w:sz w:val="21"/>
        </w:rPr>
        <w:t xml:space="preserve"> et </w:t>
      </w:r>
      <w:proofErr w:type="spellStart"/>
      <w:r w:rsidRPr="00180946">
        <w:rPr>
          <w:rFonts w:ascii="Calibri" w:hAnsi="Calibri"/>
          <w:sz w:val="21"/>
        </w:rPr>
        <w:t>crémeuse</w:t>
      </w:r>
      <w:proofErr w:type="spellEnd"/>
      <w:r w:rsidRPr="00180946">
        <w:rPr>
          <w:rFonts w:ascii="Calibri" w:hAnsi="Calibri"/>
          <w:sz w:val="21"/>
        </w:rPr>
        <w:t>.</w:t>
      </w:r>
    </w:p>
    <w:p w14:paraId="314BBADA" w14:textId="77777777" w:rsidR="00180946" w:rsidRPr="00180946" w:rsidRDefault="00180946" w:rsidP="00180946">
      <w:pPr>
        <w:spacing w:before="40" w:after="40"/>
        <w:ind w:left="283"/>
      </w:pPr>
      <w:r w:rsidRPr="00180946"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 w:rsidRPr="00180946">
        <w:rPr>
          <w:rFonts w:ascii="Calibri" w:hAnsi="Calibri"/>
          <w:sz w:val="21"/>
        </w:rPr>
        <w:t>Versez</w:t>
      </w:r>
      <w:proofErr w:type="spellEnd"/>
      <w:r w:rsidRPr="00180946">
        <w:rPr>
          <w:rFonts w:ascii="Calibri" w:hAnsi="Calibri"/>
          <w:sz w:val="21"/>
        </w:rPr>
        <w:t xml:space="preserve"> dans un </w:t>
      </w:r>
      <w:proofErr w:type="spellStart"/>
      <w:r w:rsidRPr="00180946">
        <w:rPr>
          <w:rFonts w:ascii="Calibri" w:hAnsi="Calibri"/>
          <w:sz w:val="21"/>
        </w:rPr>
        <w:t>bol</w:t>
      </w:r>
      <w:proofErr w:type="spellEnd"/>
      <w:r w:rsidRPr="00180946">
        <w:rPr>
          <w:rFonts w:ascii="Calibri" w:hAnsi="Calibri"/>
          <w:sz w:val="21"/>
        </w:rPr>
        <w:t xml:space="preserve">, </w:t>
      </w:r>
      <w:proofErr w:type="spellStart"/>
      <w:r w:rsidRPr="00180946">
        <w:rPr>
          <w:rFonts w:ascii="Calibri" w:hAnsi="Calibri"/>
          <w:sz w:val="21"/>
        </w:rPr>
        <w:t>arrosez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d’huile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d’olive</w:t>
      </w:r>
      <w:proofErr w:type="spellEnd"/>
      <w:r w:rsidRPr="00180946">
        <w:rPr>
          <w:rFonts w:ascii="Calibri" w:hAnsi="Calibri"/>
          <w:sz w:val="21"/>
        </w:rPr>
        <w:t xml:space="preserve">, </w:t>
      </w:r>
      <w:proofErr w:type="spellStart"/>
      <w:r w:rsidRPr="00180946">
        <w:rPr>
          <w:rFonts w:ascii="Calibri" w:hAnsi="Calibri"/>
          <w:sz w:val="21"/>
        </w:rPr>
        <w:t>saupoudrez</w:t>
      </w:r>
      <w:proofErr w:type="spellEnd"/>
      <w:r w:rsidRPr="00180946">
        <w:rPr>
          <w:rFonts w:ascii="Calibri" w:hAnsi="Calibri"/>
          <w:sz w:val="21"/>
        </w:rPr>
        <w:t xml:space="preserve"> de paprika et </w:t>
      </w:r>
      <w:proofErr w:type="spellStart"/>
      <w:r w:rsidRPr="00180946">
        <w:rPr>
          <w:rFonts w:ascii="Calibri" w:hAnsi="Calibri"/>
          <w:sz w:val="21"/>
        </w:rPr>
        <w:t>servez</w:t>
      </w:r>
      <w:proofErr w:type="spellEnd"/>
      <w:r w:rsidRPr="00180946">
        <w:rPr>
          <w:rFonts w:ascii="Calibri" w:hAnsi="Calibri"/>
          <w:sz w:val="21"/>
        </w:rPr>
        <w:t xml:space="preserve"> avec du pain pita </w:t>
      </w:r>
      <w:proofErr w:type="spellStart"/>
      <w:r w:rsidRPr="00180946">
        <w:rPr>
          <w:rFonts w:ascii="Calibri" w:hAnsi="Calibri"/>
          <w:sz w:val="21"/>
        </w:rPr>
        <w:t>ou</w:t>
      </w:r>
      <w:proofErr w:type="spellEnd"/>
      <w:r w:rsidRPr="00180946">
        <w:rPr>
          <w:rFonts w:ascii="Calibri" w:hAnsi="Calibri"/>
          <w:sz w:val="21"/>
        </w:rPr>
        <w:t xml:space="preserve"> des </w:t>
      </w:r>
      <w:proofErr w:type="spellStart"/>
      <w:r w:rsidRPr="00180946">
        <w:rPr>
          <w:rFonts w:ascii="Calibri" w:hAnsi="Calibri"/>
          <w:sz w:val="21"/>
        </w:rPr>
        <w:t>légumes</w:t>
      </w:r>
      <w:proofErr w:type="spellEnd"/>
      <w:r w:rsidRPr="00180946">
        <w:rPr>
          <w:rFonts w:ascii="Calibri" w:hAnsi="Calibri"/>
          <w:sz w:val="21"/>
        </w:rPr>
        <w:t xml:space="preserve"> crudités.</w:t>
      </w:r>
    </w:p>
    <w:p w14:paraId="414C025B" w14:textId="77777777" w:rsidR="00180946" w:rsidRPr="00180946" w:rsidRDefault="00180946" w:rsidP="00180946">
      <w:pPr>
        <w:spacing w:before="80" w:after="120"/>
        <w:ind w:left="283"/>
      </w:pPr>
      <w:r w:rsidRPr="00180946">
        <w:rPr>
          <w:rFonts w:ascii="Segoe UI Emoji" w:hAnsi="Segoe UI Emoji" w:cs="Segoe UI Emoji"/>
          <w:i/>
          <w:color w:val="6B4C11"/>
          <w:sz w:val="20"/>
        </w:rPr>
        <w:t>💡</w:t>
      </w:r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gramStart"/>
      <w:r w:rsidRPr="00180946">
        <w:rPr>
          <w:rFonts w:ascii="Calibri" w:hAnsi="Calibri"/>
          <w:i/>
          <w:color w:val="6B4C11"/>
          <w:sz w:val="20"/>
        </w:rPr>
        <w:t>Conseil :</w:t>
      </w:r>
      <w:proofErr w:type="gramEnd"/>
      <w:r w:rsidRPr="00180946">
        <w:rPr>
          <w:rFonts w:ascii="Calibri" w:hAnsi="Calibri"/>
          <w:i/>
          <w:color w:val="6B4C11"/>
          <w:sz w:val="20"/>
        </w:rPr>
        <w:t xml:space="preserve"> La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farine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de pois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chiche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cuite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donne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un houmous sans pois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chiches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en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boîte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— texture plus fine et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saveur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plus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douce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.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Ajustez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la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consistance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avec un filet d’eau.</w:t>
      </w:r>
    </w:p>
    <w:p w14:paraId="0279E124" w14:textId="77777777" w:rsidR="001958FA" w:rsidRDefault="001958FA" w:rsidP="00180946">
      <w:pPr>
        <w:spacing w:before="280" w:after="80"/>
        <w:rPr>
          <w:rFonts w:ascii="Calibri" w:hAnsi="Calibri"/>
          <w:b/>
          <w:color w:val="C0392B"/>
          <w:sz w:val="28"/>
        </w:rPr>
      </w:pPr>
    </w:p>
    <w:p w14:paraId="1C0329A3" w14:textId="175A68F9" w:rsidR="00180946" w:rsidRPr="00180946" w:rsidRDefault="00180946" w:rsidP="00180946">
      <w:pPr>
        <w:spacing w:before="280" w:after="80"/>
      </w:pPr>
      <w:r w:rsidRPr="00180946">
        <w:rPr>
          <w:rFonts w:ascii="Calibri" w:hAnsi="Calibri"/>
          <w:b/>
          <w:color w:val="C0392B"/>
          <w:sz w:val="28"/>
        </w:rPr>
        <w:t xml:space="preserve">Houmous à </w:t>
      </w:r>
      <w:proofErr w:type="spellStart"/>
      <w:r w:rsidRPr="00180946">
        <w:rPr>
          <w:rFonts w:ascii="Calibri" w:hAnsi="Calibri"/>
          <w:b/>
          <w:color w:val="C0392B"/>
          <w:sz w:val="28"/>
        </w:rPr>
        <w:t>l’huile</w:t>
      </w:r>
      <w:proofErr w:type="spellEnd"/>
      <w:r w:rsidRPr="00180946">
        <w:rPr>
          <w:rFonts w:ascii="Calibri" w:hAnsi="Calibri"/>
          <w:b/>
          <w:color w:val="C0392B"/>
          <w:sz w:val="28"/>
        </w:rPr>
        <w:t xml:space="preserve"> </w:t>
      </w:r>
      <w:proofErr w:type="spellStart"/>
      <w:r w:rsidRPr="00180946">
        <w:rPr>
          <w:rFonts w:ascii="Calibri" w:hAnsi="Calibri"/>
          <w:b/>
          <w:color w:val="C0392B"/>
          <w:sz w:val="28"/>
        </w:rPr>
        <w:t>d’ail</w:t>
      </w:r>
      <w:proofErr w:type="spellEnd"/>
      <w:r w:rsidRPr="00180946">
        <w:rPr>
          <w:rFonts w:ascii="Calibri" w:hAnsi="Calibri"/>
          <w:b/>
          <w:color w:val="C0392B"/>
          <w:sz w:val="28"/>
        </w:rPr>
        <w:t xml:space="preserve"> </w:t>
      </w:r>
      <w:proofErr w:type="spellStart"/>
      <w:r w:rsidRPr="00180946">
        <w:rPr>
          <w:rFonts w:ascii="Calibri" w:hAnsi="Calibri"/>
          <w:b/>
          <w:color w:val="C0392B"/>
          <w:sz w:val="28"/>
        </w:rPr>
        <w:t>rôti</w:t>
      </w:r>
      <w:proofErr w:type="spellEnd"/>
      <w:r w:rsidRPr="00180946">
        <w:rPr>
          <w:rFonts w:ascii="Calibri" w:hAnsi="Calibri"/>
          <w:i/>
          <w:color w:val="888888"/>
          <w:sz w:val="20"/>
        </w:rPr>
        <w:t xml:space="preserve">  </w:t>
      </w:r>
      <w:r w:rsidRPr="00180946">
        <w:rPr>
          <w:rFonts w:ascii="Segoe UI Symbol" w:hAnsi="Segoe UI Symbol" w:cs="Segoe UI Symbol"/>
          <w:i/>
          <w:color w:val="888888"/>
          <w:sz w:val="20"/>
        </w:rPr>
        <w:t>⏱</w:t>
      </w:r>
      <w:r w:rsidRPr="00180946">
        <w:rPr>
          <w:rFonts w:ascii="Calibri" w:hAnsi="Calibri"/>
          <w:i/>
          <w:color w:val="888888"/>
          <w:sz w:val="20"/>
        </w:rPr>
        <w:t xml:space="preserve"> 20 min</w:t>
      </w:r>
    </w:p>
    <w:p w14:paraId="40611E1E" w14:textId="77777777" w:rsidR="00180946" w:rsidRPr="00180946" w:rsidRDefault="00180946" w:rsidP="00180946">
      <w:pPr>
        <w:spacing w:before="160" w:after="40"/>
      </w:pPr>
      <w:proofErr w:type="spellStart"/>
      <w:r w:rsidRPr="00180946">
        <w:rPr>
          <w:rFonts w:ascii="Calibri" w:hAnsi="Calibri"/>
          <w:b/>
          <w:color w:val="5A2D0C"/>
        </w:rPr>
        <w:t>Ingrédients</w:t>
      </w:r>
      <w:proofErr w:type="spellEnd"/>
      <w:r w:rsidRPr="00180946">
        <w:rPr>
          <w:rFonts w:ascii="Calibri" w:hAnsi="Calibri"/>
          <w:b/>
          <w:color w:val="5A2D0C"/>
        </w:rPr>
        <w:t xml:space="preserve"> (4 </w:t>
      </w:r>
      <w:proofErr w:type="spellStart"/>
      <w:r w:rsidRPr="00180946">
        <w:rPr>
          <w:rFonts w:ascii="Calibri" w:hAnsi="Calibri"/>
          <w:b/>
          <w:color w:val="5A2D0C"/>
        </w:rPr>
        <w:t>personnes</w:t>
      </w:r>
      <w:proofErr w:type="spellEnd"/>
      <w:r w:rsidRPr="00180946">
        <w:rPr>
          <w:rFonts w:ascii="Calibri" w:hAnsi="Calibri"/>
          <w:b/>
          <w:color w:val="5A2D0C"/>
        </w:rPr>
        <w:t>)</w:t>
      </w:r>
    </w:p>
    <w:p w14:paraId="68CD3ECF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60 g de </w:t>
      </w:r>
      <w:proofErr w:type="spellStart"/>
      <w:r w:rsidRPr="00180946">
        <w:rPr>
          <w:rFonts w:ascii="Calibri" w:hAnsi="Calibri"/>
          <w:sz w:val="21"/>
        </w:rPr>
        <w:t>farine</w:t>
      </w:r>
      <w:proofErr w:type="spellEnd"/>
      <w:r w:rsidRPr="00180946">
        <w:rPr>
          <w:rFonts w:ascii="Calibri" w:hAnsi="Calibri"/>
          <w:sz w:val="21"/>
        </w:rPr>
        <w:t xml:space="preserve"> de pois </w:t>
      </w:r>
      <w:proofErr w:type="spellStart"/>
      <w:r w:rsidRPr="00180946">
        <w:rPr>
          <w:rFonts w:ascii="Calibri" w:hAnsi="Calibri"/>
          <w:sz w:val="21"/>
        </w:rPr>
        <w:t>chiche</w:t>
      </w:r>
      <w:proofErr w:type="spellEnd"/>
      <w:r w:rsidRPr="00180946">
        <w:rPr>
          <w:rFonts w:ascii="Calibri" w:hAnsi="Calibri"/>
          <w:sz w:val="21"/>
        </w:rPr>
        <w:t xml:space="preserve"> BPBQ</w:t>
      </w:r>
    </w:p>
    <w:p w14:paraId="24EF8A34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240 ml d’eau </w:t>
      </w:r>
      <w:proofErr w:type="spellStart"/>
      <w:r w:rsidRPr="00180946">
        <w:rPr>
          <w:rFonts w:ascii="Calibri" w:hAnsi="Calibri"/>
          <w:sz w:val="21"/>
        </w:rPr>
        <w:t>froide</w:t>
      </w:r>
      <w:proofErr w:type="spellEnd"/>
    </w:p>
    <w:p w14:paraId="1495C229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>3 c. à soupe de tahini</w:t>
      </w:r>
    </w:p>
    <w:p w14:paraId="50466D7E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3 c. à soupe </w:t>
      </w:r>
      <w:proofErr w:type="spellStart"/>
      <w:r w:rsidRPr="00180946">
        <w:rPr>
          <w:rFonts w:ascii="Calibri" w:hAnsi="Calibri"/>
          <w:sz w:val="21"/>
        </w:rPr>
        <w:t>d’huile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d’ail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aromatisée</w:t>
      </w:r>
      <w:proofErr w:type="spellEnd"/>
      <w:r w:rsidRPr="00180946">
        <w:rPr>
          <w:rFonts w:ascii="Calibri" w:hAnsi="Calibri"/>
          <w:sz w:val="21"/>
        </w:rPr>
        <w:t xml:space="preserve"> BPBQ</w:t>
      </w:r>
    </w:p>
    <w:p w14:paraId="38E3695E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>Le jus d’1 citron</w:t>
      </w:r>
    </w:p>
    <w:p w14:paraId="074E18E3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Sel, cumin </w:t>
      </w:r>
      <w:proofErr w:type="spellStart"/>
      <w:r w:rsidRPr="00180946">
        <w:rPr>
          <w:rFonts w:ascii="Calibri" w:hAnsi="Calibri"/>
          <w:sz w:val="21"/>
        </w:rPr>
        <w:t>moulu</w:t>
      </w:r>
      <w:proofErr w:type="spellEnd"/>
      <w:r w:rsidRPr="00180946">
        <w:rPr>
          <w:rFonts w:ascii="Calibri" w:hAnsi="Calibri"/>
          <w:sz w:val="21"/>
        </w:rPr>
        <w:t xml:space="preserve"> pour le service</w:t>
      </w:r>
    </w:p>
    <w:p w14:paraId="5A1D78DB" w14:textId="77777777" w:rsidR="00180946" w:rsidRPr="00180946" w:rsidRDefault="00180946" w:rsidP="00180946">
      <w:pPr>
        <w:spacing w:before="160" w:after="40"/>
      </w:pPr>
      <w:proofErr w:type="spellStart"/>
      <w:r w:rsidRPr="00180946">
        <w:rPr>
          <w:rFonts w:ascii="Calibri" w:hAnsi="Calibri"/>
          <w:b/>
          <w:color w:val="5A2D0C"/>
        </w:rPr>
        <w:t>Préparation</w:t>
      </w:r>
      <w:proofErr w:type="spellEnd"/>
    </w:p>
    <w:p w14:paraId="37B252D5" w14:textId="77777777" w:rsidR="00180946" w:rsidRPr="00180946" w:rsidRDefault="00180946" w:rsidP="00180946">
      <w:pPr>
        <w:spacing w:before="40" w:after="40"/>
        <w:ind w:left="283"/>
      </w:pPr>
      <w:r w:rsidRPr="00180946">
        <w:rPr>
          <w:rFonts w:ascii="Calibri" w:hAnsi="Calibri"/>
          <w:b/>
          <w:color w:val="C0392B"/>
          <w:sz w:val="21"/>
        </w:rPr>
        <w:t xml:space="preserve">1. </w:t>
      </w:r>
      <w:proofErr w:type="spellStart"/>
      <w:r w:rsidRPr="00180946">
        <w:rPr>
          <w:rFonts w:ascii="Calibri" w:hAnsi="Calibri"/>
          <w:sz w:val="21"/>
        </w:rPr>
        <w:t>Délayez</w:t>
      </w:r>
      <w:proofErr w:type="spellEnd"/>
      <w:r w:rsidRPr="00180946">
        <w:rPr>
          <w:rFonts w:ascii="Calibri" w:hAnsi="Calibri"/>
          <w:sz w:val="21"/>
        </w:rPr>
        <w:t xml:space="preserve"> la </w:t>
      </w:r>
      <w:proofErr w:type="spellStart"/>
      <w:r w:rsidRPr="00180946">
        <w:rPr>
          <w:rFonts w:ascii="Calibri" w:hAnsi="Calibri"/>
          <w:sz w:val="21"/>
        </w:rPr>
        <w:t>farine</w:t>
      </w:r>
      <w:proofErr w:type="spellEnd"/>
      <w:r w:rsidRPr="00180946">
        <w:rPr>
          <w:rFonts w:ascii="Calibri" w:hAnsi="Calibri"/>
          <w:sz w:val="21"/>
        </w:rPr>
        <w:t xml:space="preserve"> de pois </w:t>
      </w:r>
      <w:proofErr w:type="spellStart"/>
      <w:r w:rsidRPr="00180946">
        <w:rPr>
          <w:rFonts w:ascii="Calibri" w:hAnsi="Calibri"/>
          <w:sz w:val="21"/>
        </w:rPr>
        <w:t>chiche</w:t>
      </w:r>
      <w:proofErr w:type="spellEnd"/>
      <w:r w:rsidRPr="00180946">
        <w:rPr>
          <w:rFonts w:ascii="Calibri" w:hAnsi="Calibri"/>
          <w:sz w:val="21"/>
        </w:rPr>
        <w:t xml:space="preserve"> dans </w:t>
      </w:r>
      <w:proofErr w:type="spellStart"/>
      <w:r w:rsidRPr="00180946">
        <w:rPr>
          <w:rFonts w:ascii="Calibri" w:hAnsi="Calibri"/>
          <w:sz w:val="21"/>
        </w:rPr>
        <w:t>l’eau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froide</w:t>
      </w:r>
      <w:proofErr w:type="spellEnd"/>
      <w:r w:rsidRPr="00180946">
        <w:rPr>
          <w:rFonts w:ascii="Calibri" w:hAnsi="Calibri"/>
          <w:sz w:val="21"/>
        </w:rPr>
        <w:t xml:space="preserve"> dans </w:t>
      </w:r>
      <w:proofErr w:type="spellStart"/>
      <w:r w:rsidRPr="00180946">
        <w:rPr>
          <w:rFonts w:ascii="Calibri" w:hAnsi="Calibri"/>
          <w:sz w:val="21"/>
        </w:rPr>
        <w:t>une</w:t>
      </w:r>
      <w:proofErr w:type="spellEnd"/>
      <w:r w:rsidRPr="00180946">
        <w:rPr>
          <w:rFonts w:ascii="Calibri" w:hAnsi="Calibri"/>
          <w:sz w:val="21"/>
        </w:rPr>
        <w:t xml:space="preserve"> casserole. Faites </w:t>
      </w:r>
      <w:proofErr w:type="spellStart"/>
      <w:r w:rsidRPr="00180946">
        <w:rPr>
          <w:rFonts w:ascii="Calibri" w:hAnsi="Calibri"/>
          <w:sz w:val="21"/>
        </w:rPr>
        <w:t>cuire</w:t>
      </w:r>
      <w:proofErr w:type="spellEnd"/>
      <w:r w:rsidRPr="00180946">
        <w:rPr>
          <w:rFonts w:ascii="Calibri" w:hAnsi="Calibri"/>
          <w:sz w:val="21"/>
        </w:rPr>
        <w:t xml:space="preserve"> à feu moyen </w:t>
      </w:r>
      <w:proofErr w:type="spellStart"/>
      <w:r w:rsidRPr="00180946">
        <w:rPr>
          <w:rFonts w:ascii="Calibri" w:hAnsi="Calibri"/>
          <w:sz w:val="21"/>
        </w:rPr>
        <w:t>en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remuant</w:t>
      </w:r>
      <w:proofErr w:type="spellEnd"/>
      <w:r w:rsidRPr="00180946">
        <w:rPr>
          <w:rFonts w:ascii="Calibri" w:hAnsi="Calibri"/>
          <w:sz w:val="21"/>
        </w:rPr>
        <w:t xml:space="preserve"> 5 à 7 min </w:t>
      </w:r>
      <w:proofErr w:type="spellStart"/>
      <w:r w:rsidRPr="00180946">
        <w:rPr>
          <w:rFonts w:ascii="Calibri" w:hAnsi="Calibri"/>
          <w:sz w:val="21"/>
        </w:rPr>
        <w:t>jusqu’à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épaississement</w:t>
      </w:r>
      <w:proofErr w:type="spellEnd"/>
      <w:r w:rsidRPr="00180946">
        <w:rPr>
          <w:rFonts w:ascii="Calibri" w:hAnsi="Calibri"/>
          <w:sz w:val="21"/>
        </w:rPr>
        <w:t>.</w:t>
      </w:r>
    </w:p>
    <w:p w14:paraId="4F209716" w14:textId="77777777" w:rsidR="00180946" w:rsidRPr="00180946" w:rsidRDefault="00180946" w:rsidP="00180946">
      <w:pPr>
        <w:spacing w:before="40" w:after="40"/>
        <w:ind w:left="283"/>
      </w:pPr>
      <w:r w:rsidRPr="00180946">
        <w:rPr>
          <w:rFonts w:ascii="Calibri" w:hAnsi="Calibri"/>
          <w:b/>
          <w:color w:val="C0392B"/>
          <w:sz w:val="21"/>
        </w:rPr>
        <w:t xml:space="preserve">2. </w:t>
      </w:r>
      <w:r w:rsidRPr="00180946">
        <w:rPr>
          <w:rFonts w:ascii="Calibri" w:hAnsi="Calibri"/>
          <w:sz w:val="21"/>
        </w:rPr>
        <w:t xml:space="preserve">Laissez </w:t>
      </w:r>
      <w:proofErr w:type="spellStart"/>
      <w:r w:rsidRPr="00180946">
        <w:rPr>
          <w:rFonts w:ascii="Calibri" w:hAnsi="Calibri"/>
          <w:sz w:val="21"/>
        </w:rPr>
        <w:t>tiédir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puis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mixez</w:t>
      </w:r>
      <w:proofErr w:type="spellEnd"/>
      <w:r w:rsidRPr="00180946">
        <w:rPr>
          <w:rFonts w:ascii="Calibri" w:hAnsi="Calibri"/>
          <w:sz w:val="21"/>
        </w:rPr>
        <w:t xml:space="preserve"> avec le tahini, 2 c. à soupe </w:t>
      </w:r>
      <w:proofErr w:type="spellStart"/>
      <w:r w:rsidRPr="00180946">
        <w:rPr>
          <w:rFonts w:ascii="Calibri" w:hAnsi="Calibri"/>
          <w:sz w:val="21"/>
        </w:rPr>
        <w:t>d’huile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d’ail</w:t>
      </w:r>
      <w:proofErr w:type="spellEnd"/>
      <w:r w:rsidRPr="00180946">
        <w:rPr>
          <w:rFonts w:ascii="Calibri" w:hAnsi="Calibri"/>
          <w:sz w:val="21"/>
        </w:rPr>
        <w:t xml:space="preserve">, le jus de citron et le </w:t>
      </w:r>
      <w:proofErr w:type="spellStart"/>
      <w:r w:rsidRPr="00180946">
        <w:rPr>
          <w:rFonts w:ascii="Calibri" w:hAnsi="Calibri"/>
          <w:sz w:val="21"/>
        </w:rPr>
        <w:t>sel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jusqu’à</w:t>
      </w:r>
      <w:proofErr w:type="spellEnd"/>
      <w:r w:rsidRPr="00180946">
        <w:rPr>
          <w:rFonts w:ascii="Calibri" w:hAnsi="Calibri"/>
          <w:sz w:val="21"/>
        </w:rPr>
        <w:t xml:space="preserve"> texture </w:t>
      </w:r>
      <w:proofErr w:type="spellStart"/>
      <w:r w:rsidRPr="00180946">
        <w:rPr>
          <w:rFonts w:ascii="Calibri" w:hAnsi="Calibri"/>
          <w:sz w:val="21"/>
        </w:rPr>
        <w:t>lisse</w:t>
      </w:r>
      <w:proofErr w:type="spellEnd"/>
      <w:r w:rsidRPr="00180946">
        <w:rPr>
          <w:rFonts w:ascii="Calibri" w:hAnsi="Calibri"/>
          <w:sz w:val="21"/>
        </w:rPr>
        <w:t>.</w:t>
      </w:r>
    </w:p>
    <w:p w14:paraId="3050FB70" w14:textId="77777777" w:rsidR="00180946" w:rsidRPr="00180946" w:rsidRDefault="00180946" w:rsidP="00180946">
      <w:pPr>
        <w:spacing w:before="40" w:after="40"/>
        <w:ind w:left="283"/>
      </w:pPr>
      <w:r w:rsidRPr="00180946"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 w:rsidRPr="00180946">
        <w:rPr>
          <w:rFonts w:ascii="Calibri" w:hAnsi="Calibri"/>
          <w:sz w:val="21"/>
        </w:rPr>
        <w:t>Dressez</w:t>
      </w:r>
      <w:proofErr w:type="spellEnd"/>
      <w:r w:rsidRPr="00180946">
        <w:rPr>
          <w:rFonts w:ascii="Calibri" w:hAnsi="Calibri"/>
          <w:sz w:val="21"/>
        </w:rPr>
        <w:t xml:space="preserve"> dans un </w:t>
      </w:r>
      <w:proofErr w:type="spellStart"/>
      <w:r w:rsidRPr="00180946">
        <w:rPr>
          <w:rFonts w:ascii="Calibri" w:hAnsi="Calibri"/>
          <w:sz w:val="21"/>
        </w:rPr>
        <w:t>bol</w:t>
      </w:r>
      <w:proofErr w:type="spellEnd"/>
      <w:r w:rsidRPr="00180946">
        <w:rPr>
          <w:rFonts w:ascii="Calibri" w:hAnsi="Calibri"/>
          <w:sz w:val="21"/>
        </w:rPr>
        <w:t xml:space="preserve">, </w:t>
      </w:r>
      <w:proofErr w:type="spellStart"/>
      <w:r w:rsidRPr="00180946">
        <w:rPr>
          <w:rFonts w:ascii="Calibri" w:hAnsi="Calibri"/>
          <w:sz w:val="21"/>
        </w:rPr>
        <w:t>arrosez</w:t>
      </w:r>
      <w:proofErr w:type="spellEnd"/>
      <w:r w:rsidRPr="00180946">
        <w:rPr>
          <w:rFonts w:ascii="Calibri" w:hAnsi="Calibri"/>
          <w:sz w:val="21"/>
        </w:rPr>
        <w:t xml:space="preserve"> de la c. à soupe </w:t>
      </w:r>
      <w:proofErr w:type="spellStart"/>
      <w:r w:rsidRPr="00180946">
        <w:rPr>
          <w:rFonts w:ascii="Calibri" w:hAnsi="Calibri"/>
          <w:sz w:val="21"/>
        </w:rPr>
        <w:t>d’huile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d’ail</w:t>
      </w:r>
      <w:proofErr w:type="spellEnd"/>
      <w:r w:rsidRPr="00180946">
        <w:rPr>
          <w:rFonts w:ascii="Calibri" w:hAnsi="Calibri"/>
          <w:sz w:val="21"/>
        </w:rPr>
        <w:t xml:space="preserve"> restante, </w:t>
      </w:r>
      <w:proofErr w:type="spellStart"/>
      <w:r w:rsidRPr="00180946">
        <w:rPr>
          <w:rFonts w:ascii="Calibri" w:hAnsi="Calibri"/>
          <w:sz w:val="21"/>
        </w:rPr>
        <w:t>saupoudrez</w:t>
      </w:r>
      <w:proofErr w:type="spellEnd"/>
      <w:r w:rsidRPr="00180946">
        <w:rPr>
          <w:rFonts w:ascii="Calibri" w:hAnsi="Calibri"/>
          <w:sz w:val="21"/>
        </w:rPr>
        <w:t xml:space="preserve"> de cumin et </w:t>
      </w:r>
      <w:proofErr w:type="spellStart"/>
      <w:r w:rsidRPr="00180946">
        <w:rPr>
          <w:rFonts w:ascii="Calibri" w:hAnsi="Calibri"/>
          <w:sz w:val="21"/>
        </w:rPr>
        <w:t>servez</w:t>
      </w:r>
      <w:proofErr w:type="spellEnd"/>
      <w:r w:rsidRPr="00180946">
        <w:rPr>
          <w:rFonts w:ascii="Calibri" w:hAnsi="Calibri"/>
          <w:sz w:val="21"/>
        </w:rPr>
        <w:t xml:space="preserve"> avec des </w:t>
      </w:r>
      <w:proofErr w:type="spellStart"/>
      <w:r w:rsidRPr="00180946">
        <w:rPr>
          <w:rFonts w:ascii="Calibri" w:hAnsi="Calibri"/>
          <w:sz w:val="21"/>
        </w:rPr>
        <w:t>gressins</w:t>
      </w:r>
      <w:proofErr w:type="spellEnd"/>
      <w:r w:rsidRPr="00180946">
        <w:rPr>
          <w:rFonts w:ascii="Calibri" w:hAnsi="Calibri"/>
          <w:sz w:val="21"/>
        </w:rPr>
        <w:t xml:space="preserve"> BPBQ.</w:t>
      </w:r>
    </w:p>
    <w:p w14:paraId="2DCAC65D" w14:textId="77777777" w:rsidR="00180946" w:rsidRPr="00180946" w:rsidRDefault="00180946" w:rsidP="00180946">
      <w:pPr>
        <w:spacing w:before="80" w:after="120"/>
        <w:ind w:left="283"/>
      </w:pPr>
      <w:r w:rsidRPr="00180946">
        <w:rPr>
          <w:rFonts w:ascii="Segoe UI Emoji" w:hAnsi="Segoe UI Emoji" w:cs="Segoe UI Emoji"/>
          <w:i/>
          <w:color w:val="6B4C11"/>
          <w:sz w:val="20"/>
        </w:rPr>
        <w:t>💡</w:t>
      </w:r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gramStart"/>
      <w:r w:rsidRPr="00180946">
        <w:rPr>
          <w:rFonts w:ascii="Calibri" w:hAnsi="Calibri"/>
          <w:i/>
          <w:color w:val="6B4C11"/>
          <w:sz w:val="20"/>
        </w:rPr>
        <w:t>Conseil :</w:t>
      </w:r>
      <w:proofErr w:type="gramEnd"/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L’huile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d’ail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aromatisée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BPBQ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apporte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une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saveur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ronde et profonde sans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l’âcreté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de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l’ail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cru —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idéal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pour un houmous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équilibré</w:t>
      </w:r>
      <w:proofErr w:type="spellEnd"/>
      <w:r w:rsidRPr="00180946">
        <w:rPr>
          <w:rFonts w:ascii="Calibri" w:hAnsi="Calibri"/>
          <w:i/>
          <w:color w:val="6B4C11"/>
          <w:sz w:val="20"/>
        </w:rPr>
        <w:t>.</w:t>
      </w:r>
    </w:p>
    <w:p w14:paraId="5728ACFC" w14:textId="77777777" w:rsidR="00180946" w:rsidRPr="00180946" w:rsidRDefault="00180946" w:rsidP="00180946">
      <w:pPr>
        <w:spacing w:before="280" w:after="80"/>
        <w:rPr>
          <w:rFonts w:ascii="Calibri" w:hAnsi="Calibri"/>
          <w:b/>
          <w:color w:val="C0392B"/>
          <w:sz w:val="28"/>
        </w:rPr>
      </w:pPr>
    </w:p>
    <w:p w14:paraId="5173D0CE" w14:textId="77777777" w:rsidR="00EC53AA" w:rsidRDefault="00EC53AA" w:rsidP="00180946">
      <w:pPr>
        <w:spacing w:before="280" w:after="80"/>
        <w:rPr>
          <w:rFonts w:ascii="Calibri" w:hAnsi="Calibri"/>
          <w:b/>
          <w:color w:val="C0392B"/>
          <w:sz w:val="28"/>
        </w:rPr>
      </w:pPr>
    </w:p>
    <w:p w14:paraId="4E811929" w14:textId="7B42EC65" w:rsidR="00180946" w:rsidRPr="00180946" w:rsidRDefault="00180946" w:rsidP="00180946">
      <w:pPr>
        <w:spacing w:before="280" w:after="80"/>
      </w:pPr>
      <w:r w:rsidRPr="00180946">
        <w:rPr>
          <w:rFonts w:ascii="Calibri" w:hAnsi="Calibri"/>
          <w:b/>
          <w:color w:val="C0392B"/>
          <w:sz w:val="28"/>
        </w:rPr>
        <w:t>Houmous rouge au piment &amp; basilic</w:t>
      </w:r>
      <w:r w:rsidRPr="00180946">
        <w:rPr>
          <w:rFonts w:ascii="Calibri" w:hAnsi="Calibri"/>
          <w:i/>
          <w:color w:val="888888"/>
          <w:sz w:val="20"/>
        </w:rPr>
        <w:t xml:space="preserve">  </w:t>
      </w:r>
      <w:r w:rsidRPr="00180946">
        <w:rPr>
          <w:rFonts w:ascii="Segoe UI Symbol" w:hAnsi="Segoe UI Symbol" w:cs="Segoe UI Symbol"/>
          <w:i/>
          <w:color w:val="888888"/>
          <w:sz w:val="20"/>
        </w:rPr>
        <w:t>⏱</w:t>
      </w:r>
      <w:r w:rsidRPr="00180946">
        <w:rPr>
          <w:rFonts w:ascii="Calibri" w:hAnsi="Calibri"/>
          <w:i/>
          <w:color w:val="888888"/>
          <w:sz w:val="20"/>
        </w:rPr>
        <w:t xml:space="preserve"> 20 min</w:t>
      </w:r>
    </w:p>
    <w:p w14:paraId="49AF1D06" w14:textId="77777777" w:rsidR="00180946" w:rsidRPr="00180946" w:rsidRDefault="00180946" w:rsidP="00180946">
      <w:pPr>
        <w:spacing w:before="160" w:after="40"/>
      </w:pPr>
      <w:proofErr w:type="spellStart"/>
      <w:r w:rsidRPr="00180946">
        <w:rPr>
          <w:rFonts w:ascii="Calibri" w:hAnsi="Calibri"/>
          <w:b/>
          <w:color w:val="5A2D0C"/>
        </w:rPr>
        <w:t>Ingrédients</w:t>
      </w:r>
      <w:proofErr w:type="spellEnd"/>
      <w:r w:rsidRPr="00180946">
        <w:rPr>
          <w:rFonts w:ascii="Calibri" w:hAnsi="Calibri"/>
          <w:b/>
          <w:color w:val="5A2D0C"/>
        </w:rPr>
        <w:t xml:space="preserve"> (4 </w:t>
      </w:r>
      <w:proofErr w:type="spellStart"/>
      <w:r w:rsidRPr="00180946">
        <w:rPr>
          <w:rFonts w:ascii="Calibri" w:hAnsi="Calibri"/>
          <w:b/>
          <w:color w:val="5A2D0C"/>
        </w:rPr>
        <w:t>personnes</w:t>
      </w:r>
      <w:proofErr w:type="spellEnd"/>
      <w:r w:rsidRPr="00180946">
        <w:rPr>
          <w:rFonts w:ascii="Calibri" w:hAnsi="Calibri"/>
          <w:b/>
          <w:color w:val="5A2D0C"/>
        </w:rPr>
        <w:t>)</w:t>
      </w:r>
    </w:p>
    <w:p w14:paraId="5DF954EE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60 g de </w:t>
      </w:r>
      <w:proofErr w:type="spellStart"/>
      <w:r w:rsidRPr="00180946">
        <w:rPr>
          <w:rFonts w:ascii="Calibri" w:hAnsi="Calibri"/>
          <w:sz w:val="21"/>
        </w:rPr>
        <w:t>farine</w:t>
      </w:r>
      <w:proofErr w:type="spellEnd"/>
      <w:r w:rsidRPr="00180946">
        <w:rPr>
          <w:rFonts w:ascii="Calibri" w:hAnsi="Calibri"/>
          <w:sz w:val="21"/>
        </w:rPr>
        <w:t xml:space="preserve"> de pois </w:t>
      </w:r>
      <w:proofErr w:type="spellStart"/>
      <w:r w:rsidRPr="00180946">
        <w:rPr>
          <w:rFonts w:ascii="Calibri" w:hAnsi="Calibri"/>
          <w:sz w:val="21"/>
        </w:rPr>
        <w:t>chiche</w:t>
      </w:r>
      <w:proofErr w:type="spellEnd"/>
      <w:r w:rsidRPr="00180946">
        <w:rPr>
          <w:rFonts w:ascii="Calibri" w:hAnsi="Calibri"/>
          <w:sz w:val="21"/>
        </w:rPr>
        <w:t xml:space="preserve"> BPBQ</w:t>
      </w:r>
    </w:p>
    <w:p w14:paraId="413C21ED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240 ml d’eau </w:t>
      </w:r>
      <w:proofErr w:type="spellStart"/>
      <w:r w:rsidRPr="00180946">
        <w:rPr>
          <w:rFonts w:ascii="Calibri" w:hAnsi="Calibri"/>
          <w:sz w:val="21"/>
        </w:rPr>
        <w:t>froide</w:t>
      </w:r>
      <w:proofErr w:type="spellEnd"/>
    </w:p>
    <w:p w14:paraId="3AEE576A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>2 c. à soupe de tahini</w:t>
      </w:r>
    </w:p>
    <w:p w14:paraId="649C60F0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2 c. à soupe </w:t>
      </w:r>
      <w:proofErr w:type="spellStart"/>
      <w:r w:rsidRPr="00180946">
        <w:rPr>
          <w:rFonts w:ascii="Calibri" w:hAnsi="Calibri"/>
          <w:sz w:val="21"/>
        </w:rPr>
        <w:t>d’huile</w:t>
      </w:r>
      <w:proofErr w:type="spellEnd"/>
      <w:r w:rsidRPr="00180946">
        <w:rPr>
          <w:rFonts w:ascii="Calibri" w:hAnsi="Calibri"/>
          <w:sz w:val="21"/>
        </w:rPr>
        <w:t xml:space="preserve"> au basilic </w:t>
      </w:r>
      <w:proofErr w:type="spellStart"/>
      <w:r w:rsidRPr="00180946">
        <w:rPr>
          <w:rFonts w:ascii="Calibri" w:hAnsi="Calibri"/>
          <w:sz w:val="21"/>
        </w:rPr>
        <w:t>aromatisée</w:t>
      </w:r>
      <w:proofErr w:type="spellEnd"/>
      <w:r w:rsidRPr="00180946">
        <w:rPr>
          <w:rFonts w:ascii="Calibri" w:hAnsi="Calibri"/>
          <w:sz w:val="21"/>
        </w:rPr>
        <w:t xml:space="preserve"> BPBQ</w:t>
      </w:r>
    </w:p>
    <w:p w14:paraId="5E3FB273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>1 c. à café de piment fort (</w:t>
      </w:r>
      <w:proofErr w:type="spellStart"/>
      <w:r w:rsidRPr="00180946">
        <w:rPr>
          <w:rFonts w:ascii="Calibri" w:hAnsi="Calibri"/>
          <w:sz w:val="21"/>
        </w:rPr>
        <w:t>ou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selon</w:t>
      </w:r>
      <w:proofErr w:type="spellEnd"/>
      <w:r w:rsidRPr="00180946">
        <w:rPr>
          <w:rFonts w:ascii="Calibri" w:hAnsi="Calibri"/>
          <w:sz w:val="21"/>
        </w:rPr>
        <w:t xml:space="preserve"> goût)</w:t>
      </w:r>
    </w:p>
    <w:p w14:paraId="4CADC8C2" w14:textId="77777777" w:rsidR="00180946" w:rsidRPr="00180946" w:rsidRDefault="00180946" w:rsidP="00180946">
      <w:pPr>
        <w:tabs>
          <w:tab w:val="num" w:pos="360"/>
        </w:tabs>
        <w:spacing w:before="20" w:after="20"/>
        <w:ind w:left="567" w:hanging="360"/>
        <w:contextualSpacing/>
      </w:pPr>
      <w:r w:rsidRPr="00180946">
        <w:rPr>
          <w:rFonts w:ascii="Calibri" w:hAnsi="Calibri"/>
          <w:sz w:val="21"/>
        </w:rPr>
        <w:t xml:space="preserve">Le jus d’1 citron, 1 </w:t>
      </w:r>
      <w:proofErr w:type="spellStart"/>
      <w:r w:rsidRPr="00180946">
        <w:rPr>
          <w:rFonts w:ascii="Calibri" w:hAnsi="Calibri"/>
          <w:sz w:val="21"/>
        </w:rPr>
        <w:t>gousse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d’ail</w:t>
      </w:r>
      <w:proofErr w:type="spellEnd"/>
      <w:r w:rsidRPr="00180946">
        <w:rPr>
          <w:rFonts w:ascii="Calibri" w:hAnsi="Calibri"/>
          <w:sz w:val="21"/>
        </w:rPr>
        <w:t xml:space="preserve">, </w:t>
      </w:r>
      <w:proofErr w:type="spellStart"/>
      <w:r w:rsidRPr="00180946">
        <w:rPr>
          <w:rFonts w:ascii="Calibri" w:hAnsi="Calibri"/>
          <w:sz w:val="21"/>
        </w:rPr>
        <w:t>sel</w:t>
      </w:r>
      <w:proofErr w:type="spellEnd"/>
    </w:p>
    <w:p w14:paraId="41FB924B" w14:textId="77777777" w:rsidR="00180946" w:rsidRPr="00180946" w:rsidRDefault="00180946" w:rsidP="00180946">
      <w:pPr>
        <w:spacing w:before="160" w:after="40"/>
      </w:pPr>
      <w:proofErr w:type="spellStart"/>
      <w:r w:rsidRPr="00180946">
        <w:rPr>
          <w:rFonts w:ascii="Calibri" w:hAnsi="Calibri"/>
          <w:b/>
          <w:color w:val="5A2D0C"/>
        </w:rPr>
        <w:t>Préparation</w:t>
      </w:r>
      <w:proofErr w:type="spellEnd"/>
    </w:p>
    <w:p w14:paraId="6B281C96" w14:textId="77777777" w:rsidR="00180946" w:rsidRPr="00180946" w:rsidRDefault="00180946" w:rsidP="00180946">
      <w:pPr>
        <w:spacing w:before="40" w:after="40"/>
        <w:ind w:left="283"/>
      </w:pPr>
      <w:r w:rsidRPr="00180946">
        <w:rPr>
          <w:rFonts w:ascii="Calibri" w:hAnsi="Calibri"/>
          <w:b/>
          <w:color w:val="C0392B"/>
          <w:sz w:val="21"/>
        </w:rPr>
        <w:t xml:space="preserve">1. </w:t>
      </w:r>
      <w:proofErr w:type="spellStart"/>
      <w:r w:rsidRPr="00180946">
        <w:rPr>
          <w:rFonts w:ascii="Calibri" w:hAnsi="Calibri"/>
          <w:sz w:val="21"/>
        </w:rPr>
        <w:t>Délayez</w:t>
      </w:r>
      <w:proofErr w:type="spellEnd"/>
      <w:r w:rsidRPr="00180946">
        <w:rPr>
          <w:rFonts w:ascii="Calibri" w:hAnsi="Calibri"/>
          <w:sz w:val="21"/>
        </w:rPr>
        <w:t xml:space="preserve"> la </w:t>
      </w:r>
      <w:proofErr w:type="spellStart"/>
      <w:r w:rsidRPr="00180946">
        <w:rPr>
          <w:rFonts w:ascii="Calibri" w:hAnsi="Calibri"/>
          <w:sz w:val="21"/>
        </w:rPr>
        <w:t>farine</w:t>
      </w:r>
      <w:proofErr w:type="spellEnd"/>
      <w:r w:rsidRPr="00180946">
        <w:rPr>
          <w:rFonts w:ascii="Calibri" w:hAnsi="Calibri"/>
          <w:sz w:val="21"/>
        </w:rPr>
        <w:t xml:space="preserve"> de pois </w:t>
      </w:r>
      <w:proofErr w:type="spellStart"/>
      <w:r w:rsidRPr="00180946">
        <w:rPr>
          <w:rFonts w:ascii="Calibri" w:hAnsi="Calibri"/>
          <w:sz w:val="21"/>
        </w:rPr>
        <w:t>chiche</w:t>
      </w:r>
      <w:proofErr w:type="spellEnd"/>
      <w:r w:rsidRPr="00180946">
        <w:rPr>
          <w:rFonts w:ascii="Calibri" w:hAnsi="Calibri"/>
          <w:sz w:val="21"/>
        </w:rPr>
        <w:t xml:space="preserve"> dans </w:t>
      </w:r>
      <w:proofErr w:type="spellStart"/>
      <w:r w:rsidRPr="00180946">
        <w:rPr>
          <w:rFonts w:ascii="Calibri" w:hAnsi="Calibri"/>
          <w:sz w:val="21"/>
        </w:rPr>
        <w:t>l’eau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froide</w:t>
      </w:r>
      <w:proofErr w:type="spellEnd"/>
      <w:r w:rsidRPr="00180946">
        <w:rPr>
          <w:rFonts w:ascii="Calibri" w:hAnsi="Calibri"/>
          <w:sz w:val="21"/>
        </w:rPr>
        <w:t xml:space="preserve">. </w:t>
      </w:r>
      <w:proofErr w:type="spellStart"/>
      <w:r w:rsidRPr="00180946">
        <w:rPr>
          <w:rFonts w:ascii="Calibri" w:hAnsi="Calibri"/>
          <w:sz w:val="21"/>
        </w:rPr>
        <w:t>Cuisez</w:t>
      </w:r>
      <w:proofErr w:type="spellEnd"/>
      <w:r w:rsidRPr="00180946">
        <w:rPr>
          <w:rFonts w:ascii="Calibri" w:hAnsi="Calibri"/>
          <w:sz w:val="21"/>
        </w:rPr>
        <w:t xml:space="preserve"> à feu moyen </w:t>
      </w:r>
      <w:proofErr w:type="spellStart"/>
      <w:r w:rsidRPr="00180946">
        <w:rPr>
          <w:rFonts w:ascii="Calibri" w:hAnsi="Calibri"/>
          <w:sz w:val="21"/>
        </w:rPr>
        <w:t>en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remuant</w:t>
      </w:r>
      <w:proofErr w:type="spellEnd"/>
      <w:r w:rsidRPr="00180946">
        <w:rPr>
          <w:rFonts w:ascii="Calibri" w:hAnsi="Calibri"/>
          <w:sz w:val="21"/>
        </w:rPr>
        <w:t xml:space="preserve"> 5 à 7 min </w:t>
      </w:r>
      <w:proofErr w:type="spellStart"/>
      <w:r w:rsidRPr="00180946">
        <w:rPr>
          <w:rFonts w:ascii="Calibri" w:hAnsi="Calibri"/>
          <w:sz w:val="21"/>
        </w:rPr>
        <w:t>jusqu’à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épaississement</w:t>
      </w:r>
      <w:proofErr w:type="spellEnd"/>
      <w:r w:rsidRPr="00180946">
        <w:rPr>
          <w:rFonts w:ascii="Calibri" w:hAnsi="Calibri"/>
          <w:sz w:val="21"/>
        </w:rPr>
        <w:t>.</w:t>
      </w:r>
    </w:p>
    <w:p w14:paraId="7CDDA26C" w14:textId="77777777" w:rsidR="00180946" w:rsidRPr="00180946" w:rsidRDefault="00180946" w:rsidP="00180946">
      <w:pPr>
        <w:spacing w:before="40" w:after="40"/>
        <w:ind w:left="283"/>
      </w:pPr>
      <w:r w:rsidRPr="00180946">
        <w:rPr>
          <w:rFonts w:ascii="Calibri" w:hAnsi="Calibri"/>
          <w:b/>
          <w:color w:val="C0392B"/>
          <w:sz w:val="21"/>
        </w:rPr>
        <w:t xml:space="preserve">2. </w:t>
      </w:r>
      <w:r w:rsidRPr="00180946">
        <w:rPr>
          <w:rFonts w:ascii="Calibri" w:hAnsi="Calibri"/>
          <w:sz w:val="21"/>
        </w:rPr>
        <w:t xml:space="preserve">Laissez </w:t>
      </w:r>
      <w:proofErr w:type="spellStart"/>
      <w:r w:rsidRPr="00180946">
        <w:rPr>
          <w:rFonts w:ascii="Calibri" w:hAnsi="Calibri"/>
          <w:sz w:val="21"/>
        </w:rPr>
        <w:t>tiédir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puis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mixez</w:t>
      </w:r>
      <w:proofErr w:type="spellEnd"/>
      <w:r w:rsidRPr="00180946">
        <w:rPr>
          <w:rFonts w:ascii="Calibri" w:hAnsi="Calibri"/>
          <w:sz w:val="21"/>
        </w:rPr>
        <w:t xml:space="preserve"> avec le tahini, le jus de citron, </w:t>
      </w:r>
      <w:proofErr w:type="spellStart"/>
      <w:r w:rsidRPr="00180946">
        <w:rPr>
          <w:rFonts w:ascii="Calibri" w:hAnsi="Calibri"/>
          <w:sz w:val="21"/>
        </w:rPr>
        <w:t>l’ail</w:t>
      </w:r>
      <w:proofErr w:type="spellEnd"/>
      <w:r w:rsidRPr="00180946">
        <w:rPr>
          <w:rFonts w:ascii="Calibri" w:hAnsi="Calibri"/>
          <w:sz w:val="21"/>
        </w:rPr>
        <w:t>, le piment et le sel.</w:t>
      </w:r>
    </w:p>
    <w:p w14:paraId="5DACF3DB" w14:textId="77777777" w:rsidR="00180946" w:rsidRPr="00180946" w:rsidRDefault="00180946" w:rsidP="00180946">
      <w:pPr>
        <w:spacing w:before="40" w:after="40"/>
        <w:ind w:left="283"/>
      </w:pPr>
      <w:r w:rsidRPr="00180946"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 w:rsidRPr="00180946">
        <w:rPr>
          <w:rFonts w:ascii="Calibri" w:hAnsi="Calibri"/>
          <w:sz w:val="21"/>
        </w:rPr>
        <w:t>Versez</w:t>
      </w:r>
      <w:proofErr w:type="spellEnd"/>
      <w:r w:rsidRPr="00180946">
        <w:rPr>
          <w:rFonts w:ascii="Calibri" w:hAnsi="Calibri"/>
          <w:sz w:val="21"/>
        </w:rPr>
        <w:t xml:space="preserve"> dans un </w:t>
      </w:r>
      <w:proofErr w:type="spellStart"/>
      <w:r w:rsidRPr="00180946">
        <w:rPr>
          <w:rFonts w:ascii="Calibri" w:hAnsi="Calibri"/>
          <w:sz w:val="21"/>
        </w:rPr>
        <w:t>bol</w:t>
      </w:r>
      <w:proofErr w:type="spellEnd"/>
      <w:r w:rsidRPr="00180946">
        <w:rPr>
          <w:rFonts w:ascii="Calibri" w:hAnsi="Calibri"/>
          <w:sz w:val="21"/>
        </w:rPr>
        <w:t xml:space="preserve">, </w:t>
      </w:r>
      <w:proofErr w:type="spellStart"/>
      <w:r w:rsidRPr="00180946">
        <w:rPr>
          <w:rFonts w:ascii="Calibri" w:hAnsi="Calibri"/>
          <w:sz w:val="21"/>
        </w:rPr>
        <w:t>arrosez</w:t>
      </w:r>
      <w:proofErr w:type="spellEnd"/>
      <w:r w:rsidRPr="00180946">
        <w:rPr>
          <w:rFonts w:ascii="Calibri" w:hAnsi="Calibri"/>
          <w:sz w:val="21"/>
        </w:rPr>
        <w:t xml:space="preserve"> </w:t>
      </w:r>
      <w:proofErr w:type="spellStart"/>
      <w:r w:rsidRPr="00180946">
        <w:rPr>
          <w:rFonts w:ascii="Calibri" w:hAnsi="Calibri"/>
          <w:sz w:val="21"/>
        </w:rPr>
        <w:t>d’huile</w:t>
      </w:r>
      <w:proofErr w:type="spellEnd"/>
      <w:r w:rsidRPr="00180946">
        <w:rPr>
          <w:rFonts w:ascii="Calibri" w:hAnsi="Calibri"/>
          <w:sz w:val="21"/>
        </w:rPr>
        <w:t xml:space="preserve"> au basilic, </w:t>
      </w:r>
      <w:proofErr w:type="spellStart"/>
      <w:r w:rsidRPr="00180946">
        <w:rPr>
          <w:rFonts w:ascii="Calibri" w:hAnsi="Calibri"/>
          <w:sz w:val="21"/>
        </w:rPr>
        <w:t>décorez</w:t>
      </w:r>
      <w:proofErr w:type="spellEnd"/>
      <w:r w:rsidRPr="00180946">
        <w:rPr>
          <w:rFonts w:ascii="Calibri" w:hAnsi="Calibri"/>
          <w:sz w:val="21"/>
        </w:rPr>
        <w:t xml:space="preserve"> de </w:t>
      </w:r>
      <w:proofErr w:type="spellStart"/>
      <w:r w:rsidRPr="00180946">
        <w:rPr>
          <w:rFonts w:ascii="Calibri" w:hAnsi="Calibri"/>
          <w:sz w:val="21"/>
        </w:rPr>
        <w:t>feuilles</w:t>
      </w:r>
      <w:proofErr w:type="spellEnd"/>
      <w:r w:rsidRPr="00180946">
        <w:rPr>
          <w:rFonts w:ascii="Calibri" w:hAnsi="Calibri"/>
          <w:sz w:val="21"/>
        </w:rPr>
        <w:t xml:space="preserve"> de basilic frais et </w:t>
      </w:r>
      <w:proofErr w:type="spellStart"/>
      <w:r w:rsidRPr="00180946">
        <w:rPr>
          <w:rFonts w:ascii="Calibri" w:hAnsi="Calibri"/>
          <w:sz w:val="21"/>
        </w:rPr>
        <w:t>servez</w:t>
      </w:r>
      <w:proofErr w:type="spellEnd"/>
      <w:r w:rsidRPr="00180946">
        <w:rPr>
          <w:rFonts w:ascii="Calibri" w:hAnsi="Calibri"/>
          <w:sz w:val="21"/>
        </w:rPr>
        <w:t xml:space="preserve"> avec des </w:t>
      </w:r>
      <w:proofErr w:type="spellStart"/>
      <w:r w:rsidRPr="00180946">
        <w:rPr>
          <w:rFonts w:ascii="Calibri" w:hAnsi="Calibri"/>
          <w:sz w:val="21"/>
        </w:rPr>
        <w:t>gressins</w:t>
      </w:r>
      <w:proofErr w:type="spellEnd"/>
      <w:r w:rsidRPr="00180946">
        <w:rPr>
          <w:rFonts w:ascii="Calibri" w:hAnsi="Calibri"/>
          <w:sz w:val="21"/>
        </w:rPr>
        <w:t xml:space="preserve"> BPBQ.</w:t>
      </w:r>
    </w:p>
    <w:p w14:paraId="4F1404AE" w14:textId="77777777" w:rsidR="00180946" w:rsidRPr="00180946" w:rsidRDefault="00180946" w:rsidP="00180946">
      <w:pPr>
        <w:spacing w:before="80" w:after="120"/>
        <w:ind w:left="283"/>
      </w:pPr>
      <w:r w:rsidRPr="00180946">
        <w:rPr>
          <w:rFonts w:ascii="Segoe UI Emoji" w:hAnsi="Segoe UI Emoji" w:cs="Segoe UI Emoji"/>
          <w:i/>
          <w:color w:val="6B4C11"/>
          <w:sz w:val="20"/>
        </w:rPr>
        <w:t>💡</w:t>
      </w:r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gramStart"/>
      <w:r w:rsidRPr="00180946">
        <w:rPr>
          <w:rFonts w:ascii="Calibri" w:hAnsi="Calibri"/>
          <w:i/>
          <w:color w:val="6B4C11"/>
          <w:sz w:val="20"/>
        </w:rPr>
        <w:t>Conseil :</w:t>
      </w:r>
      <w:proofErr w:type="gramEnd"/>
      <w:r w:rsidRPr="00180946">
        <w:rPr>
          <w:rFonts w:ascii="Calibri" w:hAnsi="Calibri"/>
          <w:i/>
          <w:color w:val="6B4C11"/>
          <w:sz w:val="20"/>
        </w:rPr>
        <w:t xml:space="preserve"> La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combinaison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piment + basilic BPBQ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crée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un accord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italo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-oriental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surprenant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, parfait pour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l’apéritif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 w:rsidRPr="00180946">
        <w:rPr>
          <w:rFonts w:ascii="Calibri" w:hAnsi="Calibri"/>
          <w:i/>
          <w:color w:val="6B4C11"/>
          <w:sz w:val="20"/>
        </w:rPr>
        <w:t>ou</w:t>
      </w:r>
      <w:proofErr w:type="spellEnd"/>
      <w:r w:rsidRPr="00180946">
        <w:rPr>
          <w:rFonts w:ascii="Calibri" w:hAnsi="Calibri"/>
          <w:i/>
          <w:color w:val="6B4C11"/>
          <w:sz w:val="20"/>
        </w:rPr>
        <w:t xml:space="preserve"> un buffet.</w:t>
      </w:r>
    </w:p>
    <w:p w14:paraId="4E04652C" w14:textId="77777777" w:rsidR="00180946" w:rsidRPr="00180946" w:rsidRDefault="00180946" w:rsidP="00180946">
      <w:pPr>
        <w:spacing w:after="120"/>
      </w:pPr>
    </w:p>
    <w:p w14:paraId="5EEA47D9" w14:textId="77777777" w:rsidR="00180946" w:rsidRDefault="00180946">
      <w:pPr>
        <w:spacing w:before="80" w:after="120"/>
        <w:ind w:left="283"/>
      </w:pPr>
    </w:p>
    <w:p w14:paraId="268262CA" w14:textId="13E29780" w:rsidR="00EC53AA" w:rsidRPr="00EC53AA" w:rsidRDefault="00EC53AA" w:rsidP="00EC53AA">
      <w:pPr>
        <w:pBdr>
          <w:bottom w:val="single" w:sz="12" w:space="4" w:color="C0392B"/>
        </w:pBdr>
        <w:spacing w:before="360" w:after="120"/>
      </w:pPr>
      <w:r w:rsidRPr="00EC53AA">
        <w:rPr>
          <w:rFonts w:ascii="Calibri" w:hAnsi="Calibri"/>
          <w:b/>
          <w:sz w:val="40"/>
        </w:rPr>
        <w:lastRenderedPageBreak/>
        <w:t>FARINES</w:t>
      </w:r>
      <w:r>
        <w:rPr>
          <w:rFonts w:ascii="Calibri" w:hAnsi="Calibri"/>
          <w:b/>
          <w:sz w:val="40"/>
        </w:rPr>
        <w:t xml:space="preserve"> DE CHATAIGNE</w:t>
      </w:r>
    </w:p>
    <w:p w14:paraId="64363800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t xml:space="preserve">Crêpes de </w:t>
      </w:r>
      <w:proofErr w:type="spellStart"/>
      <w:r>
        <w:rPr>
          <w:rFonts w:ascii="Calibri" w:hAnsi="Calibri"/>
          <w:b/>
          <w:color w:val="C0392B"/>
          <w:sz w:val="28"/>
        </w:rPr>
        <w:t>châtaigne</w:t>
      </w:r>
      <w:proofErr w:type="spellEnd"/>
      <w:r>
        <w:rPr>
          <w:rFonts w:ascii="Calibri" w:hAnsi="Calibri"/>
          <w:b/>
          <w:color w:val="C0392B"/>
          <w:sz w:val="28"/>
        </w:rPr>
        <w:t xml:space="preserve"> aux </w:t>
      </w:r>
      <w:proofErr w:type="spellStart"/>
      <w:r>
        <w:rPr>
          <w:rFonts w:ascii="Calibri" w:hAnsi="Calibri"/>
          <w:b/>
          <w:color w:val="C0392B"/>
          <w:sz w:val="28"/>
        </w:rPr>
        <w:t>légumes</w:t>
      </w:r>
      <w:proofErr w:type="spellEnd"/>
      <w:r>
        <w:rPr>
          <w:rFonts w:ascii="Calibri" w:hAnsi="Calibri"/>
          <w:b/>
          <w:color w:val="C0392B"/>
          <w:sz w:val="28"/>
        </w:rPr>
        <w:t xml:space="preserve"> </w:t>
      </w:r>
      <w:proofErr w:type="spellStart"/>
      <w:r>
        <w:rPr>
          <w:rFonts w:ascii="Calibri" w:hAnsi="Calibri"/>
          <w:b/>
          <w:color w:val="C0392B"/>
          <w:sz w:val="28"/>
        </w:rPr>
        <w:t>grillés</w:t>
      </w:r>
      <w:proofErr w:type="spellEnd"/>
      <w:r>
        <w:rPr>
          <w:rFonts w:ascii="Calibri" w:hAnsi="Calibri"/>
          <w:i/>
          <w:color w:val="888888"/>
          <w:sz w:val="20"/>
        </w:rPr>
        <w:t xml:space="preserve">  ⏱ 25 min</w:t>
      </w:r>
    </w:p>
    <w:p w14:paraId="0F0F4ADE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(4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58B7EB95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150 g de </w:t>
      </w:r>
      <w:proofErr w:type="spellStart"/>
      <w:r>
        <w:rPr>
          <w:rFonts w:ascii="Calibri" w:hAnsi="Calibri"/>
          <w:sz w:val="21"/>
        </w:rPr>
        <w:t>farine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châtaigne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22D5912B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50 g de </w:t>
      </w:r>
      <w:proofErr w:type="spellStart"/>
      <w:r>
        <w:rPr>
          <w:rFonts w:ascii="Calibri" w:hAnsi="Calibri"/>
          <w:sz w:val="21"/>
        </w:rPr>
        <w:t>farine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blé</w:t>
      </w:r>
      <w:proofErr w:type="spellEnd"/>
    </w:p>
    <w:p w14:paraId="762ED085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 </w:t>
      </w:r>
      <w:proofErr w:type="spellStart"/>
      <w:r>
        <w:rPr>
          <w:rFonts w:ascii="Calibri" w:hAnsi="Calibri"/>
          <w:sz w:val="21"/>
        </w:rPr>
        <w:t>œufs</w:t>
      </w:r>
      <w:proofErr w:type="spellEnd"/>
    </w:p>
    <w:p w14:paraId="7D027D77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400 ml de lait</w:t>
      </w:r>
    </w:p>
    <w:p w14:paraId="639447DF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d'olive</w:t>
      </w:r>
      <w:proofErr w:type="spellEnd"/>
    </w:p>
    <w:p w14:paraId="4A9629C7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</w:t>
      </w:r>
      <w:proofErr w:type="spellStart"/>
      <w:r>
        <w:rPr>
          <w:rFonts w:ascii="Calibri" w:hAnsi="Calibri"/>
          <w:sz w:val="21"/>
        </w:rPr>
        <w:t>pincée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sel</w:t>
      </w:r>
      <w:proofErr w:type="spellEnd"/>
    </w:p>
    <w:p w14:paraId="7DCD831E" w14:textId="77777777" w:rsidR="00172C4E" w:rsidRDefault="00000000">
      <w:pPr>
        <w:pStyle w:val="Listepuces"/>
        <w:spacing w:before="20" w:after="20"/>
        <w:ind w:left="567"/>
      </w:pPr>
      <w:proofErr w:type="spellStart"/>
      <w:r>
        <w:rPr>
          <w:rFonts w:ascii="Calibri" w:hAnsi="Calibri"/>
          <w:sz w:val="21"/>
        </w:rPr>
        <w:t>Légumes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grillés</w:t>
      </w:r>
      <w:proofErr w:type="spellEnd"/>
      <w:r>
        <w:rPr>
          <w:rFonts w:ascii="Calibri" w:hAnsi="Calibri"/>
          <w:sz w:val="21"/>
        </w:rPr>
        <w:t xml:space="preserve"> BPBQ (</w:t>
      </w:r>
      <w:proofErr w:type="spellStart"/>
      <w:r>
        <w:rPr>
          <w:rFonts w:ascii="Calibri" w:hAnsi="Calibri"/>
          <w:sz w:val="21"/>
        </w:rPr>
        <w:t>courgettes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poivrons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aubergines</w:t>
      </w:r>
      <w:proofErr w:type="spellEnd"/>
      <w:r>
        <w:rPr>
          <w:rFonts w:ascii="Calibri" w:hAnsi="Calibri"/>
          <w:sz w:val="21"/>
        </w:rPr>
        <w:t>)</w:t>
      </w:r>
    </w:p>
    <w:p w14:paraId="502C0F35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Ricotta 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fromage de chèvre frais</w:t>
      </w:r>
    </w:p>
    <w:p w14:paraId="45504117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32DDEB38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proofErr w:type="spellStart"/>
      <w:r>
        <w:rPr>
          <w:rFonts w:ascii="Calibri" w:hAnsi="Calibri"/>
          <w:sz w:val="21"/>
        </w:rPr>
        <w:t>Mélangez</w:t>
      </w:r>
      <w:proofErr w:type="spellEnd"/>
      <w:r>
        <w:rPr>
          <w:rFonts w:ascii="Calibri" w:hAnsi="Calibri"/>
          <w:sz w:val="21"/>
        </w:rPr>
        <w:t xml:space="preserve"> les deux </w:t>
      </w:r>
      <w:proofErr w:type="spellStart"/>
      <w:r>
        <w:rPr>
          <w:rFonts w:ascii="Calibri" w:hAnsi="Calibri"/>
          <w:sz w:val="21"/>
        </w:rPr>
        <w:t>farines</w:t>
      </w:r>
      <w:proofErr w:type="spellEnd"/>
      <w:r>
        <w:rPr>
          <w:rFonts w:ascii="Calibri" w:hAnsi="Calibri"/>
          <w:sz w:val="21"/>
        </w:rPr>
        <w:t xml:space="preserve"> et le sel.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les </w:t>
      </w:r>
      <w:proofErr w:type="spellStart"/>
      <w:r>
        <w:rPr>
          <w:rFonts w:ascii="Calibri" w:hAnsi="Calibri"/>
          <w:sz w:val="21"/>
        </w:rPr>
        <w:t>œufs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battus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puis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incorporez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progressivement</w:t>
      </w:r>
      <w:proofErr w:type="spellEnd"/>
      <w:r>
        <w:rPr>
          <w:rFonts w:ascii="Calibri" w:hAnsi="Calibri"/>
          <w:sz w:val="21"/>
        </w:rPr>
        <w:t xml:space="preserve"> le lait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fouettant</w:t>
      </w:r>
      <w:proofErr w:type="spellEnd"/>
      <w:r>
        <w:rPr>
          <w:rFonts w:ascii="Calibri" w:hAnsi="Calibri"/>
          <w:sz w:val="21"/>
        </w:rPr>
        <w:t>.</w:t>
      </w:r>
    </w:p>
    <w:p w14:paraId="06959159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l'huile</w:t>
      </w:r>
      <w:proofErr w:type="spellEnd"/>
      <w:r>
        <w:rPr>
          <w:rFonts w:ascii="Calibri" w:hAnsi="Calibri"/>
          <w:sz w:val="21"/>
        </w:rPr>
        <w:t xml:space="preserve">. La pâte doit </w:t>
      </w:r>
      <w:proofErr w:type="spellStart"/>
      <w:r>
        <w:rPr>
          <w:rFonts w:ascii="Calibri" w:hAnsi="Calibri"/>
          <w:sz w:val="21"/>
        </w:rPr>
        <w:t>être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fluide</w:t>
      </w:r>
      <w:proofErr w:type="spellEnd"/>
      <w:r>
        <w:rPr>
          <w:rFonts w:ascii="Calibri" w:hAnsi="Calibri"/>
          <w:sz w:val="21"/>
        </w:rPr>
        <w:t xml:space="preserve">. Laissez </w:t>
      </w:r>
      <w:proofErr w:type="spellStart"/>
      <w:r>
        <w:rPr>
          <w:rFonts w:ascii="Calibri" w:hAnsi="Calibri"/>
          <w:sz w:val="21"/>
        </w:rPr>
        <w:t>reposer</w:t>
      </w:r>
      <w:proofErr w:type="spellEnd"/>
      <w:r>
        <w:rPr>
          <w:rFonts w:ascii="Calibri" w:hAnsi="Calibri"/>
          <w:sz w:val="21"/>
        </w:rPr>
        <w:t xml:space="preserve"> 10 min.</w:t>
      </w:r>
    </w:p>
    <w:p w14:paraId="32F5BA2E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r>
        <w:rPr>
          <w:rFonts w:ascii="Calibri" w:hAnsi="Calibri"/>
          <w:sz w:val="21"/>
        </w:rPr>
        <w:t xml:space="preserve">Faites </w:t>
      </w:r>
      <w:proofErr w:type="spellStart"/>
      <w:r>
        <w:rPr>
          <w:rFonts w:ascii="Calibri" w:hAnsi="Calibri"/>
          <w:sz w:val="21"/>
        </w:rPr>
        <w:t>cuire</w:t>
      </w:r>
      <w:proofErr w:type="spellEnd"/>
      <w:r>
        <w:rPr>
          <w:rFonts w:ascii="Calibri" w:hAnsi="Calibri"/>
          <w:sz w:val="21"/>
        </w:rPr>
        <w:t xml:space="preserve"> les crêpes dans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poêle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chaude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légèrement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huilée</w:t>
      </w:r>
      <w:proofErr w:type="spellEnd"/>
      <w:r>
        <w:rPr>
          <w:rFonts w:ascii="Calibri" w:hAnsi="Calibri"/>
          <w:sz w:val="21"/>
        </w:rPr>
        <w:t>, 2 min par face.</w:t>
      </w:r>
    </w:p>
    <w:p w14:paraId="17F44F0E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>
        <w:rPr>
          <w:rFonts w:ascii="Calibri" w:hAnsi="Calibri"/>
          <w:sz w:val="21"/>
        </w:rPr>
        <w:t>Garnissez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chaque</w:t>
      </w:r>
      <w:proofErr w:type="spellEnd"/>
      <w:r>
        <w:rPr>
          <w:rFonts w:ascii="Calibri" w:hAnsi="Calibri"/>
          <w:sz w:val="21"/>
        </w:rPr>
        <w:t xml:space="preserve"> crêpe de </w:t>
      </w:r>
      <w:proofErr w:type="spellStart"/>
      <w:r>
        <w:rPr>
          <w:rFonts w:ascii="Calibri" w:hAnsi="Calibri"/>
          <w:sz w:val="21"/>
        </w:rPr>
        <w:t>légumes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grillés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d'une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cuillerée</w:t>
      </w:r>
      <w:proofErr w:type="spellEnd"/>
      <w:r>
        <w:rPr>
          <w:rFonts w:ascii="Calibri" w:hAnsi="Calibri"/>
          <w:sz w:val="21"/>
        </w:rPr>
        <w:t xml:space="preserve"> de ricotta. </w:t>
      </w:r>
      <w:proofErr w:type="spellStart"/>
      <w:r>
        <w:rPr>
          <w:rFonts w:ascii="Calibri" w:hAnsi="Calibri"/>
          <w:sz w:val="21"/>
        </w:rPr>
        <w:t>Roulez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servez</w:t>
      </w:r>
      <w:proofErr w:type="spellEnd"/>
      <w:r>
        <w:rPr>
          <w:rFonts w:ascii="Calibri" w:hAnsi="Calibri"/>
          <w:sz w:val="21"/>
        </w:rPr>
        <w:t>.</w:t>
      </w:r>
    </w:p>
    <w:p w14:paraId="1289857C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Ajoutez</w:t>
      </w:r>
      <w:proofErr w:type="spellEnd"/>
      <w:r>
        <w:rPr>
          <w:rFonts w:ascii="Calibri" w:hAnsi="Calibri"/>
          <w:i/>
          <w:color w:val="6B4C11"/>
          <w:sz w:val="20"/>
        </w:rPr>
        <w:t xml:space="preserve"> un filet de </w:t>
      </w:r>
      <w:proofErr w:type="spellStart"/>
      <w:r>
        <w:rPr>
          <w:rFonts w:ascii="Calibri" w:hAnsi="Calibri"/>
          <w:i/>
          <w:color w:val="6B4C11"/>
          <w:sz w:val="20"/>
        </w:rPr>
        <w:t>miel</w:t>
      </w:r>
      <w:proofErr w:type="spellEnd"/>
      <w:r>
        <w:rPr>
          <w:rFonts w:ascii="Calibri" w:hAnsi="Calibri"/>
          <w:i/>
          <w:color w:val="6B4C11"/>
          <w:sz w:val="20"/>
        </w:rPr>
        <w:t xml:space="preserve"> sur la ricotta </w:t>
      </w:r>
      <w:proofErr w:type="gramStart"/>
      <w:r>
        <w:rPr>
          <w:rFonts w:ascii="Calibri" w:hAnsi="Calibri"/>
          <w:i/>
          <w:color w:val="6B4C11"/>
          <w:sz w:val="20"/>
        </w:rPr>
        <w:t>pour</w:t>
      </w:r>
      <w:proofErr w:type="gram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une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touche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sucrée-salée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gourmande</w:t>
      </w:r>
      <w:proofErr w:type="spellEnd"/>
      <w:r>
        <w:rPr>
          <w:rFonts w:ascii="Calibri" w:hAnsi="Calibri"/>
          <w:i/>
          <w:color w:val="6B4C11"/>
          <w:sz w:val="20"/>
        </w:rPr>
        <w:t>.</w:t>
      </w:r>
    </w:p>
    <w:p w14:paraId="40D29EC5" w14:textId="77777777" w:rsidR="00172C4E" w:rsidRDefault="00172C4E">
      <w:pPr>
        <w:spacing w:after="120"/>
      </w:pPr>
    </w:p>
    <w:p w14:paraId="3F48E33C" w14:textId="77777777" w:rsidR="00EC53AA" w:rsidRDefault="00EC53AA">
      <w:pPr>
        <w:spacing w:after="120"/>
      </w:pPr>
    </w:p>
    <w:p w14:paraId="6B21B24C" w14:textId="77777777" w:rsidR="00172C4E" w:rsidRDefault="00000000">
      <w:pPr>
        <w:spacing w:before="280" w:after="80"/>
      </w:pPr>
      <w:proofErr w:type="spellStart"/>
      <w:r>
        <w:rPr>
          <w:rFonts w:ascii="Calibri" w:hAnsi="Calibri"/>
          <w:b/>
          <w:color w:val="C0392B"/>
          <w:sz w:val="28"/>
        </w:rPr>
        <w:t>Castagnaccio</w:t>
      </w:r>
      <w:proofErr w:type="spellEnd"/>
      <w:r>
        <w:rPr>
          <w:rFonts w:ascii="Calibri" w:hAnsi="Calibri"/>
          <w:b/>
          <w:color w:val="C0392B"/>
          <w:sz w:val="28"/>
        </w:rPr>
        <w:t xml:space="preserve"> </w:t>
      </w:r>
      <w:proofErr w:type="spellStart"/>
      <w:r>
        <w:rPr>
          <w:rFonts w:ascii="Calibri" w:hAnsi="Calibri"/>
          <w:b/>
          <w:color w:val="C0392B"/>
          <w:sz w:val="28"/>
        </w:rPr>
        <w:t>toscan</w:t>
      </w:r>
      <w:proofErr w:type="spellEnd"/>
      <w:r>
        <w:rPr>
          <w:rFonts w:ascii="Calibri" w:hAnsi="Calibri"/>
          <w:i/>
          <w:color w:val="888888"/>
          <w:sz w:val="20"/>
        </w:rPr>
        <w:t xml:space="preserve">  ⏱ 50 min</w:t>
      </w:r>
    </w:p>
    <w:p w14:paraId="06C1F96F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(6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5A8AD97C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300 g de </w:t>
      </w:r>
      <w:proofErr w:type="spellStart"/>
      <w:r>
        <w:rPr>
          <w:rFonts w:ascii="Calibri" w:hAnsi="Calibri"/>
          <w:sz w:val="21"/>
        </w:rPr>
        <w:t>farine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châtaigne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1BC652CD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500 ml d'eau </w:t>
      </w:r>
      <w:proofErr w:type="spellStart"/>
      <w:r>
        <w:rPr>
          <w:rFonts w:ascii="Calibri" w:hAnsi="Calibri"/>
          <w:sz w:val="21"/>
        </w:rPr>
        <w:t>froide</w:t>
      </w:r>
      <w:proofErr w:type="spellEnd"/>
    </w:p>
    <w:p w14:paraId="22633367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3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d'olive</w:t>
      </w:r>
      <w:proofErr w:type="spellEnd"/>
      <w:r>
        <w:rPr>
          <w:rFonts w:ascii="Calibri" w:hAnsi="Calibri"/>
          <w:sz w:val="21"/>
        </w:rPr>
        <w:t xml:space="preserve"> extra </w:t>
      </w:r>
      <w:proofErr w:type="spellStart"/>
      <w:r>
        <w:rPr>
          <w:rFonts w:ascii="Calibri" w:hAnsi="Calibri"/>
          <w:sz w:val="21"/>
        </w:rPr>
        <w:t>vierge</w:t>
      </w:r>
      <w:proofErr w:type="spellEnd"/>
    </w:p>
    <w:p w14:paraId="52B7C158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50 g de raisins secs (</w:t>
      </w:r>
      <w:proofErr w:type="spellStart"/>
      <w:r>
        <w:rPr>
          <w:rFonts w:ascii="Calibri" w:hAnsi="Calibri"/>
          <w:sz w:val="21"/>
        </w:rPr>
        <w:t>trempés</w:t>
      </w:r>
      <w:proofErr w:type="spellEnd"/>
      <w:r>
        <w:rPr>
          <w:rFonts w:ascii="Calibri" w:hAnsi="Calibri"/>
          <w:sz w:val="21"/>
        </w:rPr>
        <w:t xml:space="preserve"> 15 min dans </w:t>
      </w:r>
      <w:proofErr w:type="spellStart"/>
      <w:r>
        <w:rPr>
          <w:rFonts w:ascii="Calibri" w:hAnsi="Calibri"/>
          <w:sz w:val="21"/>
        </w:rPr>
        <w:t>l'eau</w:t>
      </w:r>
      <w:proofErr w:type="spellEnd"/>
      <w:r>
        <w:rPr>
          <w:rFonts w:ascii="Calibri" w:hAnsi="Calibri"/>
          <w:sz w:val="21"/>
        </w:rPr>
        <w:t>)</w:t>
      </w:r>
    </w:p>
    <w:p w14:paraId="6E813F62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40 g de </w:t>
      </w:r>
      <w:proofErr w:type="spellStart"/>
      <w:r>
        <w:rPr>
          <w:rFonts w:ascii="Calibri" w:hAnsi="Calibri"/>
          <w:sz w:val="21"/>
        </w:rPr>
        <w:t>pignons</w:t>
      </w:r>
      <w:proofErr w:type="spellEnd"/>
      <w:r>
        <w:rPr>
          <w:rFonts w:ascii="Calibri" w:hAnsi="Calibri"/>
          <w:sz w:val="21"/>
        </w:rPr>
        <w:t xml:space="preserve"> de pin</w:t>
      </w:r>
    </w:p>
    <w:p w14:paraId="6F697A73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</w:t>
      </w:r>
      <w:proofErr w:type="spellStart"/>
      <w:r>
        <w:rPr>
          <w:rFonts w:ascii="Calibri" w:hAnsi="Calibri"/>
          <w:sz w:val="21"/>
        </w:rPr>
        <w:t>branche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romarin</w:t>
      </w:r>
      <w:proofErr w:type="spellEnd"/>
      <w:r>
        <w:rPr>
          <w:rFonts w:ascii="Calibri" w:hAnsi="Calibri"/>
          <w:sz w:val="21"/>
        </w:rPr>
        <w:t xml:space="preserve"> frais</w:t>
      </w:r>
    </w:p>
    <w:p w14:paraId="3C8B84B0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</w:t>
      </w:r>
      <w:proofErr w:type="spellStart"/>
      <w:r>
        <w:rPr>
          <w:rFonts w:ascii="Calibri" w:hAnsi="Calibri"/>
          <w:sz w:val="21"/>
        </w:rPr>
        <w:t>pincée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sel</w:t>
      </w:r>
      <w:proofErr w:type="spellEnd"/>
    </w:p>
    <w:p w14:paraId="4F6E37F7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5265EB60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proofErr w:type="spellStart"/>
      <w:r>
        <w:rPr>
          <w:rFonts w:ascii="Calibri" w:hAnsi="Calibri"/>
          <w:sz w:val="21"/>
        </w:rPr>
        <w:t>Préchauffez</w:t>
      </w:r>
      <w:proofErr w:type="spellEnd"/>
      <w:r>
        <w:rPr>
          <w:rFonts w:ascii="Calibri" w:hAnsi="Calibri"/>
          <w:sz w:val="21"/>
        </w:rPr>
        <w:t xml:space="preserve"> le four à 180 °C. </w:t>
      </w:r>
      <w:proofErr w:type="spellStart"/>
      <w:r>
        <w:rPr>
          <w:rFonts w:ascii="Calibri" w:hAnsi="Calibri"/>
          <w:sz w:val="21"/>
        </w:rPr>
        <w:t>Tamisez</w:t>
      </w:r>
      <w:proofErr w:type="spellEnd"/>
      <w:r>
        <w:rPr>
          <w:rFonts w:ascii="Calibri" w:hAnsi="Calibri"/>
          <w:sz w:val="21"/>
        </w:rPr>
        <w:t xml:space="preserve"> la </w:t>
      </w:r>
      <w:proofErr w:type="spellStart"/>
      <w:r>
        <w:rPr>
          <w:rFonts w:ascii="Calibri" w:hAnsi="Calibri"/>
          <w:sz w:val="21"/>
        </w:rPr>
        <w:t>farine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châtaigne</w:t>
      </w:r>
      <w:proofErr w:type="spellEnd"/>
      <w:r>
        <w:rPr>
          <w:rFonts w:ascii="Calibri" w:hAnsi="Calibri"/>
          <w:sz w:val="21"/>
        </w:rPr>
        <w:t xml:space="preserve"> dans un </w:t>
      </w:r>
      <w:proofErr w:type="spellStart"/>
      <w:r>
        <w:rPr>
          <w:rFonts w:ascii="Calibri" w:hAnsi="Calibri"/>
          <w:sz w:val="21"/>
        </w:rPr>
        <w:t>saladier</w:t>
      </w:r>
      <w:proofErr w:type="spellEnd"/>
      <w:r>
        <w:rPr>
          <w:rFonts w:ascii="Calibri" w:hAnsi="Calibri"/>
          <w:sz w:val="21"/>
        </w:rPr>
        <w:t xml:space="preserve"> avec le sel.</w:t>
      </w:r>
    </w:p>
    <w:p w14:paraId="2B03AA40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l'eau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progressivement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fouettant</w:t>
      </w:r>
      <w:proofErr w:type="spellEnd"/>
      <w:r>
        <w:rPr>
          <w:rFonts w:ascii="Calibri" w:hAnsi="Calibri"/>
          <w:sz w:val="21"/>
        </w:rPr>
        <w:t xml:space="preserve"> pour </w:t>
      </w:r>
      <w:proofErr w:type="spellStart"/>
      <w:r>
        <w:rPr>
          <w:rFonts w:ascii="Calibri" w:hAnsi="Calibri"/>
          <w:sz w:val="21"/>
        </w:rPr>
        <w:t>obtenir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pâte </w:t>
      </w:r>
      <w:proofErr w:type="spellStart"/>
      <w:r>
        <w:rPr>
          <w:rFonts w:ascii="Calibri" w:hAnsi="Calibri"/>
          <w:sz w:val="21"/>
        </w:rPr>
        <w:t>lisse</w:t>
      </w:r>
      <w:proofErr w:type="spellEnd"/>
      <w:r>
        <w:rPr>
          <w:rFonts w:ascii="Calibri" w:hAnsi="Calibri"/>
          <w:sz w:val="21"/>
        </w:rPr>
        <w:t xml:space="preserve"> et sans </w:t>
      </w:r>
      <w:proofErr w:type="spellStart"/>
      <w:r>
        <w:rPr>
          <w:rFonts w:ascii="Calibri" w:hAnsi="Calibri"/>
          <w:sz w:val="21"/>
        </w:rPr>
        <w:t>grumeaux</w:t>
      </w:r>
      <w:proofErr w:type="spellEnd"/>
      <w:r>
        <w:rPr>
          <w:rFonts w:ascii="Calibri" w:hAnsi="Calibri"/>
          <w:sz w:val="21"/>
        </w:rPr>
        <w:t xml:space="preserve"> (</w:t>
      </w:r>
      <w:proofErr w:type="spellStart"/>
      <w:r>
        <w:rPr>
          <w:rFonts w:ascii="Calibri" w:hAnsi="Calibri"/>
          <w:sz w:val="21"/>
        </w:rPr>
        <w:t>consistance</w:t>
      </w:r>
      <w:proofErr w:type="spellEnd"/>
      <w:r>
        <w:rPr>
          <w:rFonts w:ascii="Calibri" w:hAnsi="Calibri"/>
          <w:sz w:val="21"/>
        </w:rPr>
        <w:t xml:space="preserve"> de pâte à crêpes </w:t>
      </w:r>
      <w:proofErr w:type="spellStart"/>
      <w:r>
        <w:rPr>
          <w:rFonts w:ascii="Calibri" w:hAnsi="Calibri"/>
          <w:sz w:val="21"/>
        </w:rPr>
        <w:t>épaisse</w:t>
      </w:r>
      <w:proofErr w:type="spellEnd"/>
      <w:r>
        <w:rPr>
          <w:rFonts w:ascii="Calibri" w:hAnsi="Calibri"/>
          <w:sz w:val="21"/>
        </w:rPr>
        <w:t>).</w:t>
      </w:r>
    </w:p>
    <w:p w14:paraId="46A73410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>
        <w:rPr>
          <w:rFonts w:ascii="Calibri" w:hAnsi="Calibri"/>
          <w:sz w:val="21"/>
        </w:rPr>
        <w:t>Incorporez</w:t>
      </w:r>
      <w:proofErr w:type="spellEnd"/>
      <w:r>
        <w:rPr>
          <w:rFonts w:ascii="Calibri" w:hAnsi="Calibri"/>
          <w:sz w:val="21"/>
        </w:rPr>
        <w:t xml:space="preserve"> 2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d'olive</w:t>
      </w:r>
      <w:proofErr w:type="spellEnd"/>
      <w:r>
        <w:rPr>
          <w:rFonts w:ascii="Calibri" w:hAnsi="Calibri"/>
          <w:sz w:val="21"/>
        </w:rPr>
        <w:t xml:space="preserve"> et les raisins secs </w:t>
      </w:r>
      <w:proofErr w:type="spellStart"/>
      <w:r>
        <w:rPr>
          <w:rFonts w:ascii="Calibri" w:hAnsi="Calibri"/>
          <w:sz w:val="21"/>
        </w:rPr>
        <w:t>égouttés</w:t>
      </w:r>
      <w:proofErr w:type="spellEnd"/>
      <w:r>
        <w:rPr>
          <w:rFonts w:ascii="Calibri" w:hAnsi="Calibri"/>
          <w:sz w:val="21"/>
        </w:rPr>
        <w:t>.</w:t>
      </w:r>
    </w:p>
    <w:p w14:paraId="17852959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>
        <w:rPr>
          <w:rFonts w:ascii="Calibri" w:hAnsi="Calibri"/>
          <w:sz w:val="21"/>
        </w:rPr>
        <w:t>Versez</w:t>
      </w:r>
      <w:proofErr w:type="spellEnd"/>
      <w:r>
        <w:rPr>
          <w:rFonts w:ascii="Calibri" w:hAnsi="Calibri"/>
          <w:sz w:val="21"/>
        </w:rPr>
        <w:t xml:space="preserve"> dans un plat </w:t>
      </w:r>
      <w:proofErr w:type="spellStart"/>
      <w:r>
        <w:rPr>
          <w:rFonts w:ascii="Calibri" w:hAnsi="Calibri"/>
          <w:sz w:val="21"/>
        </w:rPr>
        <w:t>huilé</w:t>
      </w:r>
      <w:proofErr w:type="spellEnd"/>
      <w:r>
        <w:rPr>
          <w:rFonts w:ascii="Calibri" w:hAnsi="Calibri"/>
          <w:sz w:val="21"/>
        </w:rPr>
        <w:t xml:space="preserve"> (Ø 28 cm), sur 5–6 mm </w:t>
      </w:r>
      <w:proofErr w:type="spellStart"/>
      <w:r>
        <w:rPr>
          <w:rFonts w:ascii="Calibri" w:hAnsi="Calibri"/>
          <w:sz w:val="21"/>
        </w:rPr>
        <w:t>d'épaisseur</w:t>
      </w:r>
      <w:proofErr w:type="spellEnd"/>
      <w:r>
        <w:rPr>
          <w:rFonts w:ascii="Calibri" w:hAnsi="Calibri"/>
          <w:sz w:val="21"/>
        </w:rPr>
        <w:t>.</w:t>
      </w:r>
    </w:p>
    <w:p w14:paraId="6A900582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>
        <w:rPr>
          <w:rFonts w:ascii="Calibri" w:hAnsi="Calibri"/>
          <w:sz w:val="21"/>
        </w:rPr>
        <w:t>Parsemez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pignons</w:t>
      </w:r>
      <w:proofErr w:type="spellEnd"/>
      <w:r>
        <w:rPr>
          <w:rFonts w:ascii="Calibri" w:hAnsi="Calibri"/>
          <w:sz w:val="21"/>
        </w:rPr>
        <w:t xml:space="preserve"> de pin et </w:t>
      </w:r>
      <w:proofErr w:type="spellStart"/>
      <w:r>
        <w:rPr>
          <w:rFonts w:ascii="Calibri" w:hAnsi="Calibri"/>
          <w:sz w:val="21"/>
        </w:rPr>
        <w:t>d'aiguilles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romarin</w:t>
      </w:r>
      <w:proofErr w:type="spellEnd"/>
      <w:r>
        <w:rPr>
          <w:rFonts w:ascii="Calibri" w:hAnsi="Calibri"/>
          <w:sz w:val="21"/>
        </w:rPr>
        <w:t xml:space="preserve">. </w:t>
      </w:r>
      <w:proofErr w:type="spellStart"/>
      <w:r>
        <w:rPr>
          <w:rFonts w:ascii="Calibri" w:hAnsi="Calibri"/>
          <w:sz w:val="21"/>
        </w:rPr>
        <w:t>Arrosez</w:t>
      </w:r>
      <w:proofErr w:type="spellEnd"/>
      <w:r>
        <w:rPr>
          <w:rFonts w:ascii="Calibri" w:hAnsi="Calibri"/>
          <w:sz w:val="21"/>
        </w:rPr>
        <w:t xml:space="preserve"> du </w:t>
      </w:r>
      <w:proofErr w:type="spellStart"/>
      <w:r>
        <w:rPr>
          <w:rFonts w:ascii="Calibri" w:hAnsi="Calibri"/>
          <w:sz w:val="21"/>
        </w:rPr>
        <w:t>reste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>.</w:t>
      </w:r>
    </w:p>
    <w:p w14:paraId="323045B0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6. </w:t>
      </w:r>
      <w:proofErr w:type="spellStart"/>
      <w:r>
        <w:rPr>
          <w:rFonts w:ascii="Calibri" w:hAnsi="Calibri"/>
          <w:sz w:val="21"/>
        </w:rPr>
        <w:t>Enfournez</w:t>
      </w:r>
      <w:proofErr w:type="spellEnd"/>
      <w:r>
        <w:rPr>
          <w:rFonts w:ascii="Calibri" w:hAnsi="Calibri"/>
          <w:sz w:val="21"/>
        </w:rPr>
        <w:t xml:space="preserve"> 35–40 min. La surface doit </w:t>
      </w:r>
      <w:proofErr w:type="spellStart"/>
      <w:r>
        <w:rPr>
          <w:rFonts w:ascii="Calibri" w:hAnsi="Calibri"/>
          <w:sz w:val="21"/>
        </w:rPr>
        <w:t>être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craquelée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légèrement</w:t>
      </w:r>
      <w:proofErr w:type="spellEnd"/>
      <w:r>
        <w:rPr>
          <w:rFonts w:ascii="Calibri" w:hAnsi="Calibri"/>
          <w:sz w:val="21"/>
        </w:rPr>
        <w:t xml:space="preserve"> dorée.</w:t>
      </w:r>
    </w:p>
    <w:p w14:paraId="00EE3547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Le </w:t>
      </w:r>
      <w:proofErr w:type="spellStart"/>
      <w:r>
        <w:rPr>
          <w:rFonts w:ascii="Calibri" w:hAnsi="Calibri"/>
          <w:i/>
          <w:color w:val="6B4C11"/>
          <w:sz w:val="20"/>
        </w:rPr>
        <w:t>castagnaccio</w:t>
      </w:r>
      <w:proofErr w:type="spellEnd"/>
      <w:r>
        <w:rPr>
          <w:rFonts w:ascii="Calibri" w:hAnsi="Calibri"/>
          <w:i/>
          <w:color w:val="6B4C11"/>
          <w:sz w:val="20"/>
        </w:rPr>
        <w:t xml:space="preserve"> se </w:t>
      </w:r>
      <w:proofErr w:type="spellStart"/>
      <w:r>
        <w:rPr>
          <w:rFonts w:ascii="Calibri" w:hAnsi="Calibri"/>
          <w:i/>
          <w:color w:val="6B4C11"/>
          <w:sz w:val="20"/>
        </w:rPr>
        <w:t>déguste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tiède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ou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froid</w:t>
      </w:r>
      <w:proofErr w:type="spellEnd"/>
      <w:r>
        <w:rPr>
          <w:rFonts w:ascii="Calibri" w:hAnsi="Calibri"/>
          <w:i/>
          <w:color w:val="6B4C11"/>
          <w:sz w:val="20"/>
        </w:rPr>
        <w:t xml:space="preserve">. Il se conserve 2 </w:t>
      </w:r>
      <w:proofErr w:type="spellStart"/>
      <w:r>
        <w:rPr>
          <w:rFonts w:ascii="Calibri" w:hAnsi="Calibri"/>
          <w:i/>
          <w:color w:val="6B4C11"/>
          <w:sz w:val="20"/>
        </w:rPr>
        <w:t>jours</w:t>
      </w:r>
      <w:proofErr w:type="spellEnd"/>
      <w:r>
        <w:rPr>
          <w:rFonts w:ascii="Calibri" w:hAnsi="Calibri"/>
          <w:i/>
          <w:color w:val="6B4C11"/>
          <w:sz w:val="20"/>
        </w:rPr>
        <w:t xml:space="preserve"> dans un torchon propre.</w:t>
      </w:r>
    </w:p>
    <w:p w14:paraId="0D267BEB" w14:textId="77777777" w:rsidR="00EC53AA" w:rsidRPr="00EC53AA" w:rsidRDefault="00000000" w:rsidP="00EC53AA">
      <w:pPr>
        <w:pBdr>
          <w:bottom w:val="single" w:sz="12" w:space="4" w:color="C0392B"/>
        </w:pBdr>
        <w:spacing w:before="360" w:after="120"/>
      </w:pPr>
      <w:r>
        <w:br w:type="page"/>
      </w:r>
      <w:r w:rsidRPr="00EC53AA">
        <w:rPr>
          <w:rFonts w:ascii="Calibri" w:hAnsi="Calibri"/>
          <w:b/>
          <w:sz w:val="40"/>
        </w:rPr>
        <w:lastRenderedPageBreak/>
        <w:t>PÂTES &amp; GNOCCHI</w:t>
      </w:r>
    </w:p>
    <w:p w14:paraId="3ABBC57A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t xml:space="preserve">Gnocchi </w:t>
      </w:r>
      <w:proofErr w:type="spellStart"/>
      <w:r>
        <w:rPr>
          <w:rFonts w:ascii="Calibri" w:hAnsi="Calibri"/>
          <w:b/>
          <w:color w:val="C0392B"/>
          <w:sz w:val="28"/>
        </w:rPr>
        <w:t>poêlés</w:t>
      </w:r>
      <w:proofErr w:type="spellEnd"/>
      <w:r>
        <w:rPr>
          <w:rFonts w:ascii="Calibri" w:hAnsi="Calibri"/>
          <w:b/>
          <w:color w:val="C0392B"/>
          <w:sz w:val="28"/>
        </w:rPr>
        <w:t xml:space="preserve"> au basilic</w:t>
      </w:r>
      <w:r>
        <w:rPr>
          <w:rFonts w:ascii="Calibri" w:hAnsi="Calibri"/>
          <w:i/>
          <w:color w:val="888888"/>
          <w:sz w:val="20"/>
        </w:rPr>
        <w:t xml:space="preserve">  ⏱ 20 min</w:t>
      </w:r>
    </w:p>
    <w:p w14:paraId="50939A5B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(4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4995885F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500 g de gnocchi BPBQ</w:t>
      </w:r>
    </w:p>
    <w:p w14:paraId="089D9342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3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au basilic </w:t>
      </w:r>
      <w:proofErr w:type="spellStart"/>
      <w:r>
        <w:rPr>
          <w:rFonts w:ascii="Calibri" w:hAnsi="Calibri"/>
          <w:sz w:val="21"/>
        </w:rPr>
        <w:t>aromatisée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2027104A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 </w:t>
      </w:r>
      <w:proofErr w:type="spellStart"/>
      <w:r>
        <w:rPr>
          <w:rFonts w:ascii="Calibri" w:hAnsi="Calibri"/>
          <w:sz w:val="21"/>
        </w:rPr>
        <w:t>gousses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d'ail</w:t>
      </w:r>
      <w:proofErr w:type="spellEnd"/>
    </w:p>
    <w:p w14:paraId="15A89B09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200 g de </w:t>
      </w:r>
      <w:proofErr w:type="spellStart"/>
      <w:r>
        <w:rPr>
          <w:rFonts w:ascii="Calibri" w:hAnsi="Calibri"/>
          <w:sz w:val="21"/>
        </w:rPr>
        <w:t>tomates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cerises</w:t>
      </w:r>
      <w:proofErr w:type="spellEnd"/>
    </w:p>
    <w:p w14:paraId="00506BEF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Parmesan </w:t>
      </w:r>
      <w:proofErr w:type="spellStart"/>
      <w:r>
        <w:rPr>
          <w:rFonts w:ascii="Calibri" w:hAnsi="Calibri"/>
          <w:sz w:val="21"/>
        </w:rPr>
        <w:t>râpé</w:t>
      </w:r>
      <w:proofErr w:type="spellEnd"/>
    </w:p>
    <w:p w14:paraId="28496420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Basilic frais, </w:t>
      </w:r>
      <w:proofErr w:type="spellStart"/>
      <w:r>
        <w:rPr>
          <w:rFonts w:ascii="Calibri" w:hAnsi="Calibri"/>
          <w:sz w:val="21"/>
        </w:rPr>
        <w:t>sel</w:t>
      </w:r>
      <w:proofErr w:type="spellEnd"/>
      <w:r>
        <w:rPr>
          <w:rFonts w:ascii="Calibri" w:hAnsi="Calibri"/>
          <w:sz w:val="21"/>
        </w:rPr>
        <w:t>, poivre</w:t>
      </w:r>
    </w:p>
    <w:p w14:paraId="2292F13A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7A3CF883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r>
        <w:rPr>
          <w:rFonts w:ascii="Calibri" w:hAnsi="Calibri"/>
          <w:sz w:val="21"/>
        </w:rPr>
        <w:t xml:space="preserve">Faites </w:t>
      </w:r>
      <w:proofErr w:type="spellStart"/>
      <w:r>
        <w:rPr>
          <w:rFonts w:ascii="Calibri" w:hAnsi="Calibri"/>
          <w:sz w:val="21"/>
        </w:rPr>
        <w:t>cuire</w:t>
      </w:r>
      <w:proofErr w:type="spellEnd"/>
      <w:r>
        <w:rPr>
          <w:rFonts w:ascii="Calibri" w:hAnsi="Calibri"/>
          <w:sz w:val="21"/>
        </w:rPr>
        <w:t xml:space="preserve"> les gnocchi dans de </w:t>
      </w:r>
      <w:proofErr w:type="spellStart"/>
      <w:r>
        <w:rPr>
          <w:rFonts w:ascii="Calibri" w:hAnsi="Calibri"/>
          <w:sz w:val="21"/>
        </w:rPr>
        <w:t>l'eau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bouillante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salée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selon</w:t>
      </w:r>
      <w:proofErr w:type="spellEnd"/>
      <w:r>
        <w:rPr>
          <w:rFonts w:ascii="Calibri" w:hAnsi="Calibri"/>
          <w:sz w:val="21"/>
        </w:rPr>
        <w:t xml:space="preserve"> les instructions. </w:t>
      </w:r>
      <w:proofErr w:type="spellStart"/>
      <w:r>
        <w:rPr>
          <w:rFonts w:ascii="Calibri" w:hAnsi="Calibri"/>
          <w:sz w:val="21"/>
        </w:rPr>
        <w:t>Égouttez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dès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qu'ils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remontent</w:t>
      </w:r>
      <w:proofErr w:type="spellEnd"/>
      <w:r>
        <w:rPr>
          <w:rFonts w:ascii="Calibri" w:hAnsi="Calibri"/>
          <w:sz w:val="21"/>
        </w:rPr>
        <w:t xml:space="preserve"> à la surface.</w:t>
      </w:r>
    </w:p>
    <w:p w14:paraId="1016AD82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r>
        <w:rPr>
          <w:rFonts w:ascii="Calibri" w:hAnsi="Calibri"/>
          <w:sz w:val="21"/>
        </w:rPr>
        <w:t xml:space="preserve">Dans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grande </w:t>
      </w:r>
      <w:proofErr w:type="spellStart"/>
      <w:r>
        <w:rPr>
          <w:rFonts w:ascii="Calibri" w:hAnsi="Calibri"/>
          <w:sz w:val="21"/>
        </w:rPr>
        <w:t>poêle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chauffez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l'huile</w:t>
      </w:r>
      <w:proofErr w:type="spellEnd"/>
      <w:r>
        <w:rPr>
          <w:rFonts w:ascii="Calibri" w:hAnsi="Calibri"/>
          <w:sz w:val="21"/>
        </w:rPr>
        <w:t xml:space="preserve"> au basilic à feu </w:t>
      </w:r>
      <w:proofErr w:type="spellStart"/>
      <w:r>
        <w:rPr>
          <w:rFonts w:ascii="Calibri" w:hAnsi="Calibri"/>
          <w:sz w:val="21"/>
        </w:rPr>
        <w:t>vif</w:t>
      </w:r>
      <w:proofErr w:type="spellEnd"/>
      <w:r>
        <w:rPr>
          <w:rFonts w:ascii="Calibri" w:hAnsi="Calibri"/>
          <w:sz w:val="21"/>
        </w:rPr>
        <w:t xml:space="preserve">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les gnocchi </w:t>
      </w:r>
      <w:proofErr w:type="spellStart"/>
      <w:r>
        <w:rPr>
          <w:rFonts w:ascii="Calibri" w:hAnsi="Calibri"/>
          <w:sz w:val="21"/>
        </w:rPr>
        <w:t>égouttés</w:t>
      </w:r>
      <w:proofErr w:type="spellEnd"/>
      <w:r>
        <w:rPr>
          <w:rFonts w:ascii="Calibri" w:hAnsi="Calibri"/>
          <w:sz w:val="21"/>
        </w:rPr>
        <w:t>.</w:t>
      </w:r>
    </w:p>
    <w:p w14:paraId="510B07B4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r>
        <w:rPr>
          <w:rFonts w:ascii="Calibri" w:hAnsi="Calibri"/>
          <w:sz w:val="21"/>
        </w:rPr>
        <w:t xml:space="preserve">Faites-les </w:t>
      </w:r>
      <w:proofErr w:type="spellStart"/>
      <w:r>
        <w:rPr>
          <w:rFonts w:ascii="Calibri" w:hAnsi="Calibri"/>
          <w:sz w:val="21"/>
        </w:rPr>
        <w:t>dorer</w:t>
      </w:r>
      <w:proofErr w:type="spellEnd"/>
      <w:r>
        <w:rPr>
          <w:rFonts w:ascii="Calibri" w:hAnsi="Calibri"/>
          <w:sz w:val="21"/>
        </w:rPr>
        <w:t xml:space="preserve"> 4–5 min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les </w:t>
      </w:r>
      <w:proofErr w:type="spellStart"/>
      <w:r>
        <w:rPr>
          <w:rFonts w:ascii="Calibri" w:hAnsi="Calibri"/>
          <w:sz w:val="21"/>
        </w:rPr>
        <w:t>retournant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régulièrement</w:t>
      </w:r>
      <w:proofErr w:type="spellEnd"/>
      <w:r>
        <w:rPr>
          <w:rFonts w:ascii="Calibri" w:hAnsi="Calibri"/>
          <w:sz w:val="21"/>
        </w:rPr>
        <w:t xml:space="preserve"> pour </w:t>
      </w:r>
      <w:proofErr w:type="spellStart"/>
      <w:r>
        <w:rPr>
          <w:rFonts w:ascii="Calibri" w:hAnsi="Calibri"/>
          <w:sz w:val="21"/>
        </w:rPr>
        <w:t>obtenir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belle </w:t>
      </w:r>
      <w:proofErr w:type="spellStart"/>
      <w:r>
        <w:rPr>
          <w:rFonts w:ascii="Calibri" w:hAnsi="Calibri"/>
          <w:sz w:val="21"/>
        </w:rPr>
        <w:t>croûte</w:t>
      </w:r>
      <w:proofErr w:type="spellEnd"/>
      <w:r>
        <w:rPr>
          <w:rFonts w:ascii="Calibri" w:hAnsi="Calibri"/>
          <w:sz w:val="21"/>
        </w:rPr>
        <w:t xml:space="preserve"> dorée.</w:t>
      </w:r>
    </w:p>
    <w:p w14:paraId="2F335610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l'ail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émincé</w:t>
      </w:r>
      <w:proofErr w:type="spellEnd"/>
      <w:r>
        <w:rPr>
          <w:rFonts w:ascii="Calibri" w:hAnsi="Calibri"/>
          <w:sz w:val="21"/>
        </w:rPr>
        <w:t xml:space="preserve"> et les </w:t>
      </w:r>
      <w:proofErr w:type="spellStart"/>
      <w:r>
        <w:rPr>
          <w:rFonts w:ascii="Calibri" w:hAnsi="Calibri"/>
          <w:sz w:val="21"/>
        </w:rPr>
        <w:t>tomates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cerises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coupées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deux. </w:t>
      </w:r>
      <w:proofErr w:type="spellStart"/>
      <w:r>
        <w:rPr>
          <w:rFonts w:ascii="Calibri" w:hAnsi="Calibri"/>
          <w:sz w:val="21"/>
        </w:rPr>
        <w:t>Sautez</w:t>
      </w:r>
      <w:proofErr w:type="spellEnd"/>
      <w:r>
        <w:rPr>
          <w:rFonts w:ascii="Calibri" w:hAnsi="Calibri"/>
          <w:sz w:val="21"/>
        </w:rPr>
        <w:t xml:space="preserve"> 2 min.</w:t>
      </w:r>
    </w:p>
    <w:p w14:paraId="5F797D33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>
        <w:rPr>
          <w:rFonts w:ascii="Calibri" w:hAnsi="Calibri"/>
          <w:sz w:val="21"/>
        </w:rPr>
        <w:t>Assaisonnez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parsemez</w:t>
      </w:r>
      <w:proofErr w:type="spellEnd"/>
      <w:r>
        <w:rPr>
          <w:rFonts w:ascii="Calibri" w:hAnsi="Calibri"/>
          <w:sz w:val="21"/>
        </w:rPr>
        <w:t xml:space="preserve"> de parmesan et de basilic frais. </w:t>
      </w:r>
      <w:proofErr w:type="spellStart"/>
      <w:r>
        <w:rPr>
          <w:rFonts w:ascii="Calibri" w:hAnsi="Calibri"/>
          <w:sz w:val="21"/>
        </w:rPr>
        <w:t>Servez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immédiatement</w:t>
      </w:r>
      <w:proofErr w:type="spellEnd"/>
      <w:r>
        <w:rPr>
          <w:rFonts w:ascii="Calibri" w:hAnsi="Calibri"/>
          <w:sz w:val="21"/>
        </w:rPr>
        <w:t>.</w:t>
      </w:r>
    </w:p>
    <w:p w14:paraId="52C5021D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L'astuce</w:t>
      </w:r>
      <w:proofErr w:type="spellEnd"/>
      <w:r>
        <w:rPr>
          <w:rFonts w:ascii="Calibri" w:hAnsi="Calibri"/>
          <w:i/>
          <w:color w:val="6B4C11"/>
          <w:sz w:val="20"/>
        </w:rPr>
        <w:t xml:space="preserve"> pour des gnocchi </w:t>
      </w:r>
      <w:proofErr w:type="spellStart"/>
      <w:proofErr w:type="gramStart"/>
      <w:r>
        <w:rPr>
          <w:rFonts w:ascii="Calibri" w:hAnsi="Calibri"/>
          <w:i/>
          <w:color w:val="6B4C11"/>
          <w:sz w:val="20"/>
        </w:rPr>
        <w:t>croustillants</w:t>
      </w:r>
      <w:proofErr w:type="spellEnd"/>
      <w:r>
        <w:rPr>
          <w:rFonts w:ascii="Calibri" w:hAnsi="Calibri"/>
          <w:i/>
          <w:color w:val="6B4C11"/>
          <w:sz w:val="20"/>
        </w:rPr>
        <w:t xml:space="preserve"> :</w:t>
      </w:r>
      <w:proofErr w:type="gramEnd"/>
      <w:r>
        <w:rPr>
          <w:rFonts w:ascii="Calibri" w:hAnsi="Calibri"/>
          <w:i/>
          <w:color w:val="6B4C11"/>
          <w:sz w:val="20"/>
        </w:rPr>
        <w:t xml:space="preserve"> bien les </w:t>
      </w:r>
      <w:proofErr w:type="spellStart"/>
      <w:r>
        <w:rPr>
          <w:rFonts w:ascii="Calibri" w:hAnsi="Calibri"/>
          <w:i/>
          <w:color w:val="6B4C11"/>
          <w:sz w:val="20"/>
        </w:rPr>
        <w:t>sécher</w:t>
      </w:r>
      <w:proofErr w:type="spellEnd"/>
      <w:r>
        <w:rPr>
          <w:rFonts w:ascii="Calibri" w:hAnsi="Calibri"/>
          <w:i/>
          <w:color w:val="6B4C11"/>
          <w:sz w:val="20"/>
        </w:rPr>
        <w:t xml:space="preserve"> après </w:t>
      </w:r>
      <w:proofErr w:type="spellStart"/>
      <w:r>
        <w:rPr>
          <w:rFonts w:ascii="Calibri" w:hAnsi="Calibri"/>
          <w:i/>
          <w:color w:val="6B4C11"/>
          <w:sz w:val="20"/>
        </w:rPr>
        <w:t>cuisson</w:t>
      </w:r>
      <w:proofErr w:type="spellEnd"/>
      <w:r>
        <w:rPr>
          <w:rFonts w:ascii="Calibri" w:hAnsi="Calibri"/>
          <w:i/>
          <w:color w:val="6B4C11"/>
          <w:sz w:val="20"/>
        </w:rPr>
        <w:t xml:space="preserve"> avant de les </w:t>
      </w:r>
      <w:proofErr w:type="spellStart"/>
      <w:r>
        <w:rPr>
          <w:rFonts w:ascii="Calibri" w:hAnsi="Calibri"/>
          <w:i/>
          <w:color w:val="6B4C11"/>
          <w:sz w:val="20"/>
        </w:rPr>
        <w:t>poêler</w:t>
      </w:r>
      <w:proofErr w:type="spellEnd"/>
      <w:r>
        <w:rPr>
          <w:rFonts w:ascii="Calibri" w:hAnsi="Calibri"/>
          <w:i/>
          <w:color w:val="6B4C11"/>
          <w:sz w:val="20"/>
        </w:rPr>
        <w:t>.</w:t>
      </w:r>
    </w:p>
    <w:p w14:paraId="6AEF04A6" w14:textId="77777777" w:rsidR="00172C4E" w:rsidRDefault="00172C4E">
      <w:pPr>
        <w:spacing w:after="120"/>
      </w:pPr>
    </w:p>
    <w:p w14:paraId="6E9246A5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t xml:space="preserve">Gnocchi à la </w:t>
      </w:r>
      <w:proofErr w:type="spellStart"/>
      <w:r>
        <w:rPr>
          <w:rFonts w:ascii="Calibri" w:hAnsi="Calibri"/>
          <w:b/>
          <w:color w:val="C0392B"/>
          <w:sz w:val="28"/>
        </w:rPr>
        <w:t>réduction</w:t>
      </w:r>
      <w:proofErr w:type="spellEnd"/>
      <w:r>
        <w:rPr>
          <w:rFonts w:ascii="Calibri" w:hAnsi="Calibri"/>
          <w:b/>
          <w:color w:val="C0392B"/>
          <w:sz w:val="28"/>
        </w:rPr>
        <w:t xml:space="preserve"> </w:t>
      </w:r>
      <w:proofErr w:type="spellStart"/>
      <w:r>
        <w:rPr>
          <w:rFonts w:ascii="Calibri" w:hAnsi="Calibri"/>
          <w:b/>
          <w:color w:val="C0392B"/>
          <w:sz w:val="28"/>
        </w:rPr>
        <w:t>balsamique</w:t>
      </w:r>
      <w:proofErr w:type="spellEnd"/>
      <w:r>
        <w:rPr>
          <w:rFonts w:ascii="Calibri" w:hAnsi="Calibri"/>
          <w:b/>
          <w:color w:val="C0392B"/>
          <w:sz w:val="28"/>
        </w:rPr>
        <w:t xml:space="preserve"> &amp; roquette</w:t>
      </w:r>
      <w:r>
        <w:rPr>
          <w:rFonts w:ascii="Calibri" w:hAnsi="Calibri"/>
          <w:i/>
          <w:color w:val="888888"/>
          <w:sz w:val="20"/>
        </w:rPr>
        <w:t xml:space="preserve">  ⏱ 25 min</w:t>
      </w:r>
    </w:p>
    <w:p w14:paraId="7CAD08F8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(4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153E1AFE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500 g de gnocchi BPBQ</w:t>
      </w:r>
    </w:p>
    <w:p w14:paraId="0A9E305C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4 c. à soupe de </w:t>
      </w:r>
      <w:proofErr w:type="spellStart"/>
      <w:r>
        <w:rPr>
          <w:rFonts w:ascii="Calibri" w:hAnsi="Calibri"/>
          <w:sz w:val="21"/>
        </w:rPr>
        <w:t>vinaigre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71B1E1BB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c. à soupe de </w:t>
      </w:r>
      <w:proofErr w:type="spellStart"/>
      <w:r>
        <w:rPr>
          <w:rFonts w:ascii="Calibri" w:hAnsi="Calibri"/>
          <w:sz w:val="21"/>
        </w:rPr>
        <w:t>miel</w:t>
      </w:r>
      <w:proofErr w:type="spellEnd"/>
    </w:p>
    <w:p w14:paraId="502DB87F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d'olive</w:t>
      </w:r>
      <w:proofErr w:type="spellEnd"/>
    </w:p>
    <w:p w14:paraId="050BB9D4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80 g de roquette </w:t>
      </w:r>
      <w:proofErr w:type="spellStart"/>
      <w:r>
        <w:rPr>
          <w:rFonts w:ascii="Calibri" w:hAnsi="Calibri"/>
          <w:sz w:val="21"/>
        </w:rPr>
        <w:t>fraîche</w:t>
      </w:r>
      <w:proofErr w:type="spellEnd"/>
    </w:p>
    <w:p w14:paraId="2DE4BDC1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Parmesan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copeaux</w:t>
      </w:r>
      <w:proofErr w:type="spellEnd"/>
    </w:p>
    <w:p w14:paraId="3B505062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Noix </w:t>
      </w:r>
      <w:proofErr w:type="spellStart"/>
      <w:r>
        <w:rPr>
          <w:rFonts w:ascii="Calibri" w:hAnsi="Calibri"/>
          <w:sz w:val="21"/>
        </w:rPr>
        <w:t>concassées</w:t>
      </w:r>
      <w:proofErr w:type="spellEnd"/>
      <w:r>
        <w:rPr>
          <w:rFonts w:ascii="Calibri" w:hAnsi="Calibri"/>
          <w:sz w:val="21"/>
        </w:rPr>
        <w:t xml:space="preserve"> (</w:t>
      </w:r>
      <w:proofErr w:type="spellStart"/>
      <w:r>
        <w:rPr>
          <w:rFonts w:ascii="Calibri" w:hAnsi="Calibri"/>
          <w:sz w:val="21"/>
        </w:rPr>
        <w:t>optionnel</w:t>
      </w:r>
      <w:proofErr w:type="spellEnd"/>
      <w:r>
        <w:rPr>
          <w:rFonts w:ascii="Calibri" w:hAnsi="Calibri"/>
          <w:sz w:val="21"/>
        </w:rPr>
        <w:t>)</w:t>
      </w:r>
    </w:p>
    <w:p w14:paraId="13288D15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Sel, poivre</w:t>
      </w:r>
    </w:p>
    <w:p w14:paraId="15B90B10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76EA33A2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r>
        <w:rPr>
          <w:rFonts w:ascii="Calibri" w:hAnsi="Calibri"/>
          <w:sz w:val="21"/>
        </w:rPr>
        <w:t xml:space="preserve">Dans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petite casserole, faites </w:t>
      </w:r>
      <w:proofErr w:type="spellStart"/>
      <w:r>
        <w:rPr>
          <w:rFonts w:ascii="Calibri" w:hAnsi="Calibri"/>
          <w:sz w:val="21"/>
        </w:rPr>
        <w:t>réduire</w:t>
      </w:r>
      <w:proofErr w:type="spellEnd"/>
      <w:r>
        <w:rPr>
          <w:rFonts w:ascii="Calibri" w:hAnsi="Calibri"/>
          <w:sz w:val="21"/>
        </w:rPr>
        <w:t xml:space="preserve"> le </w:t>
      </w:r>
      <w:proofErr w:type="spellStart"/>
      <w:r>
        <w:rPr>
          <w:rFonts w:ascii="Calibri" w:hAnsi="Calibri"/>
          <w:sz w:val="21"/>
        </w:rPr>
        <w:t>vinaigre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avec le </w:t>
      </w:r>
      <w:proofErr w:type="spellStart"/>
      <w:r>
        <w:rPr>
          <w:rFonts w:ascii="Calibri" w:hAnsi="Calibri"/>
          <w:sz w:val="21"/>
        </w:rPr>
        <w:t>miel</w:t>
      </w:r>
      <w:proofErr w:type="spellEnd"/>
      <w:r>
        <w:rPr>
          <w:rFonts w:ascii="Calibri" w:hAnsi="Calibri"/>
          <w:sz w:val="21"/>
        </w:rPr>
        <w:t xml:space="preserve"> à feu moyen 5 min </w:t>
      </w:r>
      <w:proofErr w:type="spellStart"/>
      <w:r>
        <w:rPr>
          <w:rFonts w:ascii="Calibri" w:hAnsi="Calibri"/>
          <w:sz w:val="21"/>
        </w:rPr>
        <w:t>jusqu'à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obtenir</w:t>
      </w:r>
      <w:proofErr w:type="spellEnd"/>
      <w:r>
        <w:rPr>
          <w:rFonts w:ascii="Calibri" w:hAnsi="Calibri"/>
          <w:sz w:val="21"/>
        </w:rPr>
        <w:t xml:space="preserve"> un sirop </w:t>
      </w:r>
      <w:proofErr w:type="spellStart"/>
      <w:r>
        <w:rPr>
          <w:rFonts w:ascii="Calibri" w:hAnsi="Calibri"/>
          <w:sz w:val="21"/>
        </w:rPr>
        <w:t>épais</w:t>
      </w:r>
      <w:proofErr w:type="spellEnd"/>
      <w:r>
        <w:rPr>
          <w:rFonts w:ascii="Calibri" w:hAnsi="Calibri"/>
          <w:sz w:val="21"/>
        </w:rPr>
        <w:t>.</w:t>
      </w:r>
    </w:p>
    <w:p w14:paraId="11CBD15B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r>
        <w:rPr>
          <w:rFonts w:ascii="Calibri" w:hAnsi="Calibri"/>
          <w:sz w:val="21"/>
        </w:rPr>
        <w:t xml:space="preserve">Faites </w:t>
      </w:r>
      <w:proofErr w:type="spellStart"/>
      <w:r>
        <w:rPr>
          <w:rFonts w:ascii="Calibri" w:hAnsi="Calibri"/>
          <w:sz w:val="21"/>
        </w:rPr>
        <w:t>cuire</w:t>
      </w:r>
      <w:proofErr w:type="spellEnd"/>
      <w:r>
        <w:rPr>
          <w:rFonts w:ascii="Calibri" w:hAnsi="Calibri"/>
          <w:sz w:val="21"/>
        </w:rPr>
        <w:t xml:space="preserve"> les gnocchi à </w:t>
      </w:r>
      <w:proofErr w:type="spellStart"/>
      <w:r>
        <w:rPr>
          <w:rFonts w:ascii="Calibri" w:hAnsi="Calibri"/>
          <w:sz w:val="21"/>
        </w:rPr>
        <w:t>l'eau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bouillante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salée</w:t>
      </w:r>
      <w:proofErr w:type="spellEnd"/>
      <w:r>
        <w:rPr>
          <w:rFonts w:ascii="Calibri" w:hAnsi="Calibri"/>
          <w:sz w:val="21"/>
        </w:rPr>
        <w:t xml:space="preserve">. </w:t>
      </w:r>
      <w:proofErr w:type="spellStart"/>
      <w:r>
        <w:rPr>
          <w:rFonts w:ascii="Calibri" w:hAnsi="Calibri"/>
          <w:sz w:val="21"/>
        </w:rPr>
        <w:t>Égouttez</w:t>
      </w:r>
      <w:proofErr w:type="spellEnd"/>
      <w:r>
        <w:rPr>
          <w:rFonts w:ascii="Calibri" w:hAnsi="Calibri"/>
          <w:sz w:val="21"/>
        </w:rPr>
        <w:t>.</w:t>
      </w:r>
    </w:p>
    <w:p w14:paraId="532B3B24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>
        <w:rPr>
          <w:rFonts w:ascii="Calibri" w:hAnsi="Calibri"/>
          <w:sz w:val="21"/>
        </w:rPr>
        <w:t>Poêlez</w:t>
      </w:r>
      <w:proofErr w:type="spellEnd"/>
      <w:r>
        <w:rPr>
          <w:rFonts w:ascii="Calibri" w:hAnsi="Calibri"/>
          <w:sz w:val="21"/>
        </w:rPr>
        <w:t xml:space="preserve"> les gnocchi dans </w:t>
      </w:r>
      <w:proofErr w:type="spellStart"/>
      <w:r>
        <w:rPr>
          <w:rFonts w:ascii="Calibri" w:hAnsi="Calibri"/>
          <w:sz w:val="21"/>
        </w:rPr>
        <w:t>l'huile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d'olive</w:t>
      </w:r>
      <w:proofErr w:type="spellEnd"/>
      <w:r>
        <w:rPr>
          <w:rFonts w:ascii="Calibri" w:hAnsi="Calibri"/>
          <w:sz w:val="21"/>
        </w:rPr>
        <w:t xml:space="preserve"> 4–5 min </w:t>
      </w:r>
      <w:proofErr w:type="spellStart"/>
      <w:r>
        <w:rPr>
          <w:rFonts w:ascii="Calibri" w:hAnsi="Calibri"/>
          <w:sz w:val="21"/>
        </w:rPr>
        <w:t>jusqu'à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dorure</w:t>
      </w:r>
      <w:proofErr w:type="spellEnd"/>
      <w:r>
        <w:rPr>
          <w:rFonts w:ascii="Calibri" w:hAnsi="Calibri"/>
          <w:sz w:val="21"/>
        </w:rPr>
        <w:t>.</w:t>
      </w:r>
    </w:p>
    <w:p w14:paraId="3C88BEED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>
        <w:rPr>
          <w:rFonts w:ascii="Calibri" w:hAnsi="Calibri"/>
          <w:sz w:val="21"/>
        </w:rPr>
        <w:t>Dressez</w:t>
      </w:r>
      <w:proofErr w:type="spellEnd"/>
      <w:r>
        <w:rPr>
          <w:rFonts w:ascii="Calibri" w:hAnsi="Calibri"/>
          <w:sz w:val="21"/>
        </w:rPr>
        <w:t xml:space="preserve"> sur </w:t>
      </w:r>
      <w:proofErr w:type="gramStart"/>
      <w:r>
        <w:rPr>
          <w:rFonts w:ascii="Calibri" w:hAnsi="Calibri"/>
          <w:sz w:val="21"/>
        </w:rPr>
        <w:t>assiette :</w:t>
      </w:r>
      <w:proofErr w:type="gramEnd"/>
      <w:r>
        <w:rPr>
          <w:rFonts w:ascii="Calibri" w:hAnsi="Calibri"/>
          <w:sz w:val="21"/>
        </w:rPr>
        <w:t xml:space="preserve"> gnocchi, roquette, </w:t>
      </w:r>
      <w:proofErr w:type="spellStart"/>
      <w:r>
        <w:rPr>
          <w:rFonts w:ascii="Calibri" w:hAnsi="Calibri"/>
          <w:sz w:val="21"/>
        </w:rPr>
        <w:t>copeaux</w:t>
      </w:r>
      <w:proofErr w:type="spellEnd"/>
      <w:r>
        <w:rPr>
          <w:rFonts w:ascii="Calibri" w:hAnsi="Calibri"/>
          <w:sz w:val="21"/>
        </w:rPr>
        <w:t xml:space="preserve"> de parmesan, </w:t>
      </w:r>
      <w:proofErr w:type="spellStart"/>
      <w:r>
        <w:rPr>
          <w:rFonts w:ascii="Calibri" w:hAnsi="Calibri"/>
          <w:sz w:val="21"/>
        </w:rPr>
        <w:t>noix</w:t>
      </w:r>
      <w:proofErr w:type="spellEnd"/>
      <w:r>
        <w:rPr>
          <w:rFonts w:ascii="Calibri" w:hAnsi="Calibri"/>
          <w:sz w:val="21"/>
        </w:rPr>
        <w:t>.</w:t>
      </w:r>
    </w:p>
    <w:p w14:paraId="651164AF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>
        <w:rPr>
          <w:rFonts w:ascii="Calibri" w:hAnsi="Calibri"/>
          <w:sz w:val="21"/>
        </w:rPr>
        <w:t>Nappez</w:t>
      </w:r>
      <w:proofErr w:type="spellEnd"/>
      <w:r>
        <w:rPr>
          <w:rFonts w:ascii="Calibri" w:hAnsi="Calibri"/>
          <w:sz w:val="21"/>
        </w:rPr>
        <w:t xml:space="preserve"> d'un filet de </w:t>
      </w:r>
      <w:proofErr w:type="spellStart"/>
      <w:r>
        <w:rPr>
          <w:rFonts w:ascii="Calibri" w:hAnsi="Calibri"/>
          <w:sz w:val="21"/>
        </w:rPr>
        <w:t>réduction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servez</w:t>
      </w:r>
      <w:proofErr w:type="spellEnd"/>
      <w:r>
        <w:rPr>
          <w:rFonts w:ascii="Calibri" w:hAnsi="Calibri"/>
          <w:sz w:val="21"/>
        </w:rPr>
        <w:t>.</w:t>
      </w:r>
    </w:p>
    <w:p w14:paraId="67507E90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La </w:t>
      </w:r>
      <w:proofErr w:type="spellStart"/>
      <w:r>
        <w:rPr>
          <w:rFonts w:ascii="Calibri" w:hAnsi="Calibri"/>
          <w:i/>
          <w:color w:val="6B4C11"/>
          <w:sz w:val="20"/>
        </w:rPr>
        <w:t>réduction</w:t>
      </w:r>
      <w:proofErr w:type="spellEnd"/>
      <w:r>
        <w:rPr>
          <w:rFonts w:ascii="Calibri" w:hAnsi="Calibri"/>
          <w:i/>
          <w:color w:val="6B4C11"/>
          <w:sz w:val="20"/>
        </w:rPr>
        <w:t xml:space="preserve"> se </w:t>
      </w:r>
      <w:proofErr w:type="spellStart"/>
      <w:r>
        <w:rPr>
          <w:rFonts w:ascii="Calibri" w:hAnsi="Calibri"/>
          <w:i/>
          <w:color w:val="6B4C11"/>
          <w:sz w:val="20"/>
        </w:rPr>
        <w:t>prépare</w:t>
      </w:r>
      <w:proofErr w:type="spellEnd"/>
      <w:r>
        <w:rPr>
          <w:rFonts w:ascii="Calibri" w:hAnsi="Calibri"/>
          <w:i/>
          <w:color w:val="6B4C11"/>
          <w:sz w:val="20"/>
        </w:rPr>
        <w:t xml:space="preserve"> à </w:t>
      </w:r>
      <w:proofErr w:type="spellStart"/>
      <w:r>
        <w:rPr>
          <w:rFonts w:ascii="Calibri" w:hAnsi="Calibri"/>
          <w:i/>
          <w:color w:val="6B4C11"/>
          <w:sz w:val="20"/>
        </w:rPr>
        <w:t>l'avance</w:t>
      </w:r>
      <w:proofErr w:type="spellEnd"/>
      <w:r>
        <w:rPr>
          <w:rFonts w:ascii="Calibri" w:hAnsi="Calibri"/>
          <w:i/>
          <w:color w:val="6B4C11"/>
          <w:sz w:val="20"/>
        </w:rPr>
        <w:t xml:space="preserve"> et se conserve </w:t>
      </w:r>
      <w:proofErr w:type="spellStart"/>
      <w:r>
        <w:rPr>
          <w:rFonts w:ascii="Calibri" w:hAnsi="Calibri"/>
          <w:i/>
          <w:color w:val="6B4C11"/>
          <w:sz w:val="20"/>
        </w:rPr>
        <w:t>une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semaine</w:t>
      </w:r>
      <w:proofErr w:type="spellEnd"/>
      <w:r>
        <w:rPr>
          <w:rFonts w:ascii="Calibri" w:hAnsi="Calibri"/>
          <w:i/>
          <w:color w:val="6B4C11"/>
          <w:sz w:val="20"/>
        </w:rPr>
        <w:t xml:space="preserve"> au </w:t>
      </w:r>
      <w:proofErr w:type="spellStart"/>
      <w:r>
        <w:rPr>
          <w:rFonts w:ascii="Calibri" w:hAnsi="Calibri"/>
          <w:i/>
          <w:color w:val="6B4C11"/>
          <w:sz w:val="20"/>
        </w:rPr>
        <w:t>réfrigérateur</w:t>
      </w:r>
      <w:proofErr w:type="spellEnd"/>
      <w:r>
        <w:rPr>
          <w:rFonts w:ascii="Calibri" w:hAnsi="Calibri"/>
          <w:i/>
          <w:color w:val="6B4C11"/>
          <w:sz w:val="20"/>
        </w:rPr>
        <w:t>.</w:t>
      </w:r>
    </w:p>
    <w:p w14:paraId="16145739" w14:textId="77777777" w:rsidR="00172C4E" w:rsidRDefault="00172C4E">
      <w:pPr>
        <w:spacing w:after="120"/>
      </w:pPr>
    </w:p>
    <w:p w14:paraId="7DB78414" w14:textId="77777777" w:rsidR="00172C4E" w:rsidRPr="00EC53AA" w:rsidRDefault="00000000">
      <w:pPr>
        <w:pBdr>
          <w:bottom w:val="single" w:sz="12" w:space="4" w:color="C0392B"/>
        </w:pBdr>
        <w:spacing w:before="360" w:after="120"/>
      </w:pPr>
      <w:r w:rsidRPr="00EC53AA">
        <w:rPr>
          <w:rFonts w:ascii="Calibri" w:hAnsi="Calibri"/>
          <w:b/>
          <w:sz w:val="40"/>
        </w:rPr>
        <w:lastRenderedPageBreak/>
        <w:t>RIZ</w:t>
      </w:r>
    </w:p>
    <w:p w14:paraId="0452FCFD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t xml:space="preserve">Risotto carnaroli aux </w:t>
      </w:r>
      <w:proofErr w:type="spellStart"/>
      <w:r>
        <w:rPr>
          <w:rFonts w:ascii="Calibri" w:hAnsi="Calibri"/>
          <w:b/>
          <w:color w:val="C0392B"/>
          <w:sz w:val="28"/>
        </w:rPr>
        <w:t>légumes</w:t>
      </w:r>
      <w:proofErr w:type="spellEnd"/>
      <w:r>
        <w:rPr>
          <w:rFonts w:ascii="Calibri" w:hAnsi="Calibri"/>
          <w:b/>
          <w:color w:val="C0392B"/>
          <w:sz w:val="28"/>
        </w:rPr>
        <w:t xml:space="preserve"> </w:t>
      </w:r>
      <w:proofErr w:type="spellStart"/>
      <w:r>
        <w:rPr>
          <w:rFonts w:ascii="Calibri" w:hAnsi="Calibri"/>
          <w:b/>
          <w:color w:val="C0392B"/>
          <w:sz w:val="28"/>
        </w:rPr>
        <w:t>grillés</w:t>
      </w:r>
      <w:proofErr w:type="spellEnd"/>
      <w:r>
        <w:rPr>
          <w:rFonts w:ascii="Calibri" w:hAnsi="Calibri"/>
          <w:i/>
          <w:color w:val="888888"/>
          <w:sz w:val="20"/>
        </w:rPr>
        <w:t xml:space="preserve">  ⏱ 35 min</w:t>
      </w:r>
    </w:p>
    <w:p w14:paraId="7EC023FD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(4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2C3195F3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320 g de </w:t>
      </w:r>
      <w:proofErr w:type="spellStart"/>
      <w:r>
        <w:rPr>
          <w:rFonts w:ascii="Calibri" w:hAnsi="Calibri"/>
          <w:sz w:val="21"/>
        </w:rPr>
        <w:t>riz</w:t>
      </w:r>
      <w:proofErr w:type="spellEnd"/>
      <w:r>
        <w:rPr>
          <w:rFonts w:ascii="Calibri" w:hAnsi="Calibri"/>
          <w:sz w:val="21"/>
        </w:rPr>
        <w:t xml:space="preserve"> carnaroli BPBQ</w:t>
      </w:r>
    </w:p>
    <w:p w14:paraId="05525AA1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pot de </w:t>
      </w:r>
      <w:proofErr w:type="spellStart"/>
      <w:r>
        <w:rPr>
          <w:rFonts w:ascii="Calibri" w:hAnsi="Calibri"/>
          <w:sz w:val="21"/>
        </w:rPr>
        <w:t>légumes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grillés</w:t>
      </w:r>
      <w:proofErr w:type="spellEnd"/>
      <w:r>
        <w:rPr>
          <w:rFonts w:ascii="Calibri" w:hAnsi="Calibri"/>
          <w:sz w:val="21"/>
        </w:rPr>
        <w:t xml:space="preserve"> BPBQ (</w:t>
      </w:r>
      <w:proofErr w:type="spellStart"/>
      <w:r>
        <w:rPr>
          <w:rFonts w:ascii="Calibri" w:hAnsi="Calibri"/>
          <w:sz w:val="21"/>
        </w:rPr>
        <w:t>courgettes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poivrons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aubergines</w:t>
      </w:r>
      <w:proofErr w:type="spellEnd"/>
      <w:r>
        <w:rPr>
          <w:rFonts w:ascii="Calibri" w:hAnsi="Calibri"/>
          <w:sz w:val="21"/>
        </w:rPr>
        <w:t>)</w:t>
      </w:r>
    </w:p>
    <w:p w14:paraId="436B93AD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</w:t>
      </w:r>
      <w:proofErr w:type="spellStart"/>
      <w:r>
        <w:rPr>
          <w:rFonts w:ascii="Calibri" w:hAnsi="Calibri"/>
          <w:sz w:val="21"/>
        </w:rPr>
        <w:t>litre</w:t>
      </w:r>
      <w:proofErr w:type="spellEnd"/>
      <w:r>
        <w:rPr>
          <w:rFonts w:ascii="Calibri" w:hAnsi="Calibri"/>
          <w:sz w:val="21"/>
        </w:rPr>
        <w:t xml:space="preserve"> de bouillon de </w:t>
      </w:r>
      <w:proofErr w:type="spellStart"/>
      <w:r>
        <w:rPr>
          <w:rFonts w:ascii="Calibri" w:hAnsi="Calibri"/>
          <w:sz w:val="21"/>
        </w:rPr>
        <w:t>légumes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chaud</w:t>
      </w:r>
      <w:proofErr w:type="spellEnd"/>
    </w:p>
    <w:p w14:paraId="110D2EBD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</w:t>
      </w:r>
      <w:proofErr w:type="spellStart"/>
      <w:r>
        <w:rPr>
          <w:rFonts w:ascii="Calibri" w:hAnsi="Calibri"/>
          <w:sz w:val="21"/>
        </w:rPr>
        <w:t>oignon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blanc</w:t>
      </w:r>
      <w:proofErr w:type="spellEnd"/>
    </w:p>
    <w:p w14:paraId="41C6C8CD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120 ml de vin </w:t>
      </w:r>
      <w:proofErr w:type="spellStart"/>
      <w:r>
        <w:rPr>
          <w:rFonts w:ascii="Calibri" w:hAnsi="Calibri"/>
          <w:sz w:val="21"/>
        </w:rPr>
        <w:t>blanc</w:t>
      </w:r>
      <w:proofErr w:type="spellEnd"/>
      <w:r>
        <w:rPr>
          <w:rFonts w:ascii="Calibri" w:hAnsi="Calibri"/>
          <w:sz w:val="21"/>
        </w:rPr>
        <w:t xml:space="preserve"> sec</w:t>
      </w:r>
    </w:p>
    <w:p w14:paraId="02122689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40 g de beurre</w:t>
      </w:r>
    </w:p>
    <w:p w14:paraId="0D5D02E1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60 g de parmesan </w:t>
      </w:r>
      <w:proofErr w:type="spellStart"/>
      <w:r>
        <w:rPr>
          <w:rFonts w:ascii="Calibri" w:hAnsi="Calibri"/>
          <w:sz w:val="21"/>
        </w:rPr>
        <w:t>râpé</w:t>
      </w:r>
      <w:proofErr w:type="spellEnd"/>
    </w:p>
    <w:p w14:paraId="4444328E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d'olive</w:t>
      </w:r>
      <w:proofErr w:type="spellEnd"/>
    </w:p>
    <w:p w14:paraId="075440A4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Sel, poivre</w:t>
      </w:r>
    </w:p>
    <w:p w14:paraId="464078E4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326AAE34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r>
        <w:rPr>
          <w:rFonts w:ascii="Calibri" w:hAnsi="Calibri"/>
          <w:sz w:val="21"/>
        </w:rPr>
        <w:t xml:space="preserve">Faites </w:t>
      </w:r>
      <w:proofErr w:type="spellStart"/>
      <w:r>
        <w:rPr>
          <w:rFonts w:ascii="Calibri" w:hAnsi="Calibri"/>
          <w:sz w:val="21"/>
        </w:rPr>
        <w:t>revenir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l'oignon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émincé</w:t>
      </w:r>
      <w:proofErr w:type="spellEnd"/>
      <w:r>
        <w:rPr>
          <w:rFonts w:ascii="Calibri" w:hAnsi="Calibri"/>
          <w:sz w:val="21"/>
        </w:rPr>
        <w:t xml:space="preserve"> dans </w:t>
      </w:r>
      <w:proofErr w:type="spellStart"/>
      <w:r>
        <w:rPr>
          <w:rFonts w:ascii="Calibri" w:hAnsi="Calibri"/>
          <w:sz w:val="21"/>
        </w:rPr>
        <w:t>l'huile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d'olive</w:t>
      </w:r>
      <w:proofErr w:type="spellEnd"/>
      <w:r>
        <w:rPr>
          <w:rFonts w:ascii="Calibri" w:hAnsi="Calibri"/>
          <w:sz w:val="21"/>
        </w:rPr>
        <w:t xml:space="preserve"> à feu moyen 3 min.</w:t>
      </w:r>
    </w:p>
    <w:p w14:paraId="41A9BF88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le </w:t>
      </w:r>
      <w:proofErr w:type="spellStart"/>
      <w:r>
        <w:rPr>
          <w:rFonts w:ascii="Calibri" w:hAnsi="Calibri"/>
          <w:sz w:val="21"/>
        </w:rPr>
        <w:t>riz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toastez</w:t>
      </w:r>
      <w:proofErr w:type="spellEnd"/>
      <w:r>
        <w:rPr>
          <w:rFonts w:ascii="Calibri" w:hAnsi="Calibri"/>
          <w:sz w:val="21"/>
        </w:rPr>
        <w:t xml:space="preserve"> 2 min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remuant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jusqu'à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qu'il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devienne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translucide</w:t>
      </w:r>
      <w:proofErr w:type="spellEnd"/>
      <w:r>
        <w:rPr>
          <w:rFonts w:ascii="Calibri" w:hAnsi="Calibri"/>
          <w:sz w:val="21"/>
        </w:rPr>
        <w:t>.</w:t>
      </w:r>
    </w:p>
    <w:p w14:paraId="2825988D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>
        <w:rPr>
          <w:rFonts w:ascii="Calibri" w:hAnsi="Calibri"/>
          <w:sz w:val="21"/>
        </w:rPr>
        <w:t>Déglacez</w:t>
      </w:r>
      <w:proofErr w:type="spellEnd"/>
      <w:r>
        <w:rPr>
          <w:rFonts w:ascii="Calibri" w:hAnsi="Calibri"/>
          <w:sz w:val="21"/>
        </w:rPr>
        <w:t xml:space="preserve"> au vin </w:t>
      </w:r>
      <w:proofErr w:type="spellStart"/>
      <w:r>
        <w:rPr>
          <w:rFonts w:ascii="Calibri" w:hAnsi="Calibri"/>
          <w:sz w:val="21"/>
        </w:rPr>
        <w:t>blanc</w:t>
      </w:r>
      <w:proofErr w:type="spellEnd"/>
      <w:r>
        <w:rPr>
          <w:rFonts w:ascii="Calibri" w:hAnsi="Calibri"/>
          <w:sz w:val="21"/>
        </w:rPr>
        <w:t xml:space="preserve">. Laissez absorber </w:t>
      </w:r>
      <w:proofErr w:type="spellStart"/>
      <w:r>
        <w:rPr>
          <w:rFonts w:ascii="Calibri" w:hAnsi="Calibri"/>
          <w:sz w:val="21"/>
        </w:rPr>
        <w:t>complètement</w:t>
      </w:r>
      <w:proofErr w:type="spellEnd"/>
      <w:r>
        <w:rPr>
          <w:rFonts w:ascii="Calibri" w:hAnsi="Calibri"/>
          <w:sz w:val="21"/>
        </w:rPr>
        <w:t>.</w:t>
      </w:r>
    </w:p>
    <w:p w14:paraId="455A3263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le bouillon </w:t>
      </w:r>
      <w:proofErr w:type="spellStart"/>
      <w:r>
        <w:rPr>
          <w:rFonts w:ascii="Calibri" w:hAnsi="Calibri"/>
          <w:sz w:val="21"/>
        </w:rPr>
        <w:t>chaud</w:t>
      </w:r>
      <w:proofErr w:type="spellEnd"/>
      <w:r>
        <w:rPr>
          <w:rFonts w:ascii="Calibri" w:hAnsi="Calibri"/>
          <w:sz w:val="21"/>
        </w:rPr>
        <w:t xml:space="preserve"> louche par louche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remuant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constamment</w:t>
      </w:r>
      <w:proofErr w:type="spellEnd"/>
      <w:r>
        <w:rPr>
          <w:rFonts w:ascii="Calibri" w:hAnsi="Calibri"/>
          <w:sz w:val="21"/>
        </w:rPr>
        <w:t xml:space="preserve">. </w:t>
      </w:r>
      <w:proofErr w:type="spellStart"/>
      <w:r>
        <w:rPr>
          <w:rFonts w:ascii="Calibri" w:hAnsi="Calibri"/>
          <w:sz w:val="21"/>
        </w:rPr>
        <w:t>Comptez</w:t>
      </w:r>
      <w:proofErr w:type="spellEnd"/>
      <w:r>
        <w:rPr>
          <w:rFonts w:ascii="Calibri" w:hAnsi="Calibri"/>
          <w:sz w:val="21"/>
        </w:rPr>
        <w:t xml:space="preserve"> 18 min environ.</w:t>
      </w:r>
    </w:p>
    <w:p w14:paraId="304BDFA6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r>
        <w:rPr>
          <w:rFonts w:ascii="Calibri" w:hAnsi="Calibri"/>
          <w:sz w:val="21"/>
        </w:rPr>
        <w:t xml:space="preserve">En fin de </w:t>
      </w:r>
      <w:proofErr w:type="spellStart"/>
      <w:r>
        <w:rPr>
          <w:rFonts w:ascii="Calibri" w:hAnsi="Calibri"/>
          <w:sz w:val="21"/>
        </w:rPr>
        <w:t>cuisson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incorporez</w:t>
      </w:r>
      <w:proofErr w:type="spellEnd"/>
      <w:r>
        <w:rPr>
          <w:rFonts w:ascii="Calibri" w:hAnsi="Calibri"/>
          <w:sz w:val="21"/>
        </w:rPr>
        <w:t xml:space="preserve"> les </w:t>
      </w:r>
      <w:proofErr w:type="spellStart"/>
      <w:r>
        <w:rPr>
          <w:rFonts w:ascii="Calibri" w:hAnsi="Calibri"/>
          <w:sz w:val="21"/>
        </w:rPr>
        <w:t>légumes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grillés</w:t>
      </w:r>
      <w:proofErr w:type="spellEnd"/>
      <w:r>
        <w:rPr>
          <w:rFonts w:ascii="Calibri" w:hAnsi="Calibri"/>
          <w:sz w:val="21"/>
        </w:rPr>
        <w:t xml:space="preserve"> réchauffés, le beurre et le parmesan (</w:t>
      </w:r>
      <w:proofErr w:type="spellStart"/>
      <w:r>
        <w:rPr>
          <w:rFonts w:ascii="Calibri" w:hAnsi="Calibri"/>
          <w:sz w:val="21"/>
        </w:rPr>
        <w:t>mantecatura</w:t>
      </w:r>
      <w:proofErr w:type="spellEnd"/>
      <w:r>
        <w:rPr>
          <w:rFonts w:ascii="Calibri" w:hAnsi="Calibri"/>
          <w:sz w:val="21"/>
        </w:rPr>
        <w:t>).</w:t>
      </w:r>
    </w:p>
    <w:p w14:paraId="69CFBB6B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6. </w:t>
      </w:r>
      <w:proofErr w:type="spellStart"/>
      <w:r>
        <w:rPr>
          <w:rFonts w:ascii="Calibri" w:hAnsi="Calibri"/>
          <w:sz w:val="21"/>
        </w:rPr>
        <w:t>Couvrez</w:t>
      </w:r>
      <w:proofErr w:type="spellEnd"/>
      <w:r>
        <w:rPr>
          <w:rFonts w:ascii="Calibri" w:hAnsi="Calibri"/>
          <w:sz w:val="21"/>
        </w:rPr>
        <w:t xml:space="preserve"> 1 min, </w:t>
      </w:r>
      <w:proofErr w:type="spellStart"/>
      <w:r>
        <w:rPr>
          <w:rFonts w:ascii="Calibri" w:hAnsi="Calibri"/>
          <w:sz w:val="21"/>
        </w:rPr>
        <w:t>remuez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vigoureusement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servez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aussitôt</w:t>
      </w:r>
      <w:proofErr w:type="spellEnd"/>
      <w:r>
        <w:rPr>
          <w:rFonts w:ascii="Calibri" w:hAnsi="Calibri"/>
          <w:sz w:val="21"/>
        </w:rPr>
        <w:t>.</w:t>
      </w:r>
    </w:p>
    <w:p w14:paraId="6155E916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La </w:t>
      </w:r>
      <w:proofErr w:type="spellStart"/>
      <w:r>
        <w:rPr>
          <w:rFonts w:ascii="Calibri" w:hAnsi="Calibri"/>
          <w:i/>
          <w:color w:val="6B4C11"/>
          <w:sz w:val="20"/>
        </w:rPr>
        <w:t>mantecatura</w:t>
      </w:r>
      <w:proofErr w:type="spellEnd"/>
      <w:r>
        <w:rPr>
          <w:rFonts w:ascii="Calibri" w:hAnsi="Calibri"/>
          <w:i/>
          <w:color w:val="6B4C11"/>
          <w:sz w:val="20"/>
        </w:rPr>
        <w:t xml:space="preserve"> (incorporation beurre-parmesan hors du feu) est le secret d'un risotto </w:t>
      </w:r>
      <w:proofErr w:type="spellStart"/>
      <w:r>
        <w:rPr>
          <w:rFonts w:ascii="Calibri" w:hAnsi="Calibri"/>
          <w:i/>
          <w:color w:val="6B4C11"/>
          <w:sz w:val="20"/>
        </w:rPr>
        <w:t>crémeux</w:t>
      </w:r>
      <w:proofErr w:type="spellEnd"/>
      <w:r>
        <w:rPr>
          <w:rFonts w:ascii="Calibri" w:hAnsi="Calibri"/>
          <w:i/>
          <w:color w:val="6B4C11"/>
          <w:sz w:val="20"/>
        </w:rPr>
        <w:t>.</w:t>
      </w:r>
    </w:p>
    <w:p w14:paraId="37DBDC71" w14:textId="77777777" w:rsidR="00172C4E" w:rsidRDefault="00172C4E">
      <w:pPr>
        <w:spacing w:after="120"/>
      </w:pPr>
    </w:p>
    <w:p w14:paraId="08A4A0AA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t xml:space="preserve">Risotto arborio au vin rouge &amp; </w:t>
      </w:r>
      <w:proofErr w:type="spellStart"/>
      <w:r>
        <w:rPr>
          <w:rFonts w:ascii="Calibri" w:hAnsi="Calibri"/>
          <w:b/>
          <w:color w:val="C0392B"/>
          <w:sz w:val="28"/>
        </w:rPr>
        <w:t>balsamique</w:t>
      </w:r>
      <w:proofErr w:type="spellEnd"/>
      <w:r>
        <w:rPr>
          <w:rFonts w:ascii="Calibri" w:hAnsi="Calibri"/>
          <w:i/>
          <w:color w:val="888888"/>
          <w:sz w:val="20"/>
        </w:rPr>
        <w:t xml:space="preserve">  ⏱ 30 min</w:t>
      </w:r>
    </w:p>
    <w:p w14:paraId="2EB4436B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(4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548B3969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320 g de </w:t>
      </w:r>
      <w:proofErr w:type="spellStart"/>
      <w:r>
        <w:rPr>
          <w:rFonts w:ascii="Calibri" w:hAnsi="Calibri"/>
          <w:sz w:val="21"/>
        </w:rPr>
        <w:t>riz</w:t>
      </w:r>
      <w:proofErr w:type="spellEnd"/>
      <w:r>
        <w:rPr>
          <w:rFonts w:ascii="Calibri" w:hAnsi="Calibri"/>
          <w:sz w:val="21"/>
        </w:rPr>
        <w:t xml:space="preserve"> arborio BPBQ</w:t>
      </w:r>
    </w:p>
    <w:p w14:paraId="7C264D4E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300 ml de vin rouge </w:t>
      </w:r>
      <w:proofErr w:type="spellStart"/>
      <w:r>
        <w:rPr>
          <w:rFonts w:ascii="Calibri" w:hAnsi="Calibri"/>
          <w:sz w:val="21"/>
        </w:rPr>
        <w:t>corsé</w:t>
      </w:r>
      <w:proofErr w:type="spellEnd"/>
    </w:p>
    <w:p w14:paraId="64709335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700 ml de bouillon de </w:t>
      </w:r>
      <w:proofErr w:type="spellStart"/>
      <w:r>
        <w:rPr>
          <w:rFonts w:ascii="Calibri" w:hAnsi="Calibri"/>
          <w:sz w:val="21"/>
        </w:rPr>
        <w:t>bœuf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chaud</w:t>
      </w:r>
      <w:proofErr w:type="spellEnd"/>
    </w:p>
    <w:p w14:paraId="4DCC4B6B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 c. à soupe de </w:t>
      </w:r>
      <w:proofErr w:type="spellStart"/>
      <w:r>
        <w:rPr>
          <w:rFonts w:ascii="Calibri" w:hAnsi="Calibri"/>
          <w:sz w:val="21"/>
        </w:rPr>
        <w:t>vinaigre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317628AE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</w:t>
      </w:r>
      <w:proofErr w:type="spellStart"/>
      <w:r>
        <w:rPr>
          <w:rFonts w:ascii="Calibri" w:hAnsi="Calibri"/>
          <w:sz w:val="21"/>
        </w:rPr>
        <w:t>oignon</w:t>
      </w:r>
      <w:proofErr w:type="spellEnd"/>
    </w:p>
    <w:p w14:paraId="1D0368C4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40 g de beurre</w:t>
      </w:r>
    </w:p>
    <w:p w14:paraId="26D6DA9B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60 g de parmesan </w:t>
      </w:r>
      <w:proofErr w:type="spellStart"/>
      <w:r>
        <w:rPr>
          <w:rFonts w:ascii="Calibri" w:hAnsi="Calibri"/>
          <w:sz w:val="21"/>
        </w:rPr>
        <w:t>râpé</w:t>
      </w:r>
      <w:proofErr w:type="spellEnd"/>
    </w:p>
    <w:p w14:paraId="1B8D3704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Sel, poivre</w:t>
      </w:r>
    </w:p>
    <w:p w14:paraId="13844B9A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555520CB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r>
        <w:rPr>
          <w:rFonts w:ascii="Calibri" w:hAnsi="Calibri"/>
          <w:sz w:val="21"/>
        </w:rPr>
        <w:t xml:space="preserve">Faites </w:t>
      </w:r>
      <w:proofErr w:type="spellStart"/>
      <w:r>
        <w:rPr>
          <w:rFonts w:ascii="Calibri" w:hAnsi="Calibri"/>
          <w:sz w:val="21"/>
        </w:rPr>
        <w:t>revenir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l'oignon</w:t>
      </w:r>
      <w:proofErr w:type="spellEnd"/>
      <w:r>
        <w:rPr>
          <w:rFonts w:ascii="Calibri" w:hAnsi="Calibri"/>
          <w:sz w:val="21"/>
        </w:rPr>
        <w:t xml:space="preserve"> dans le beurre 3 min à feu moyen.</w:t>
      </w:r>
    </w:p>
    <w:p w14:paraId="3DD80162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le </w:t>
      </w:r>
      <w:proofErr w:type="spellStart"/>
      <w:r>
        <w:rPr>
          <w:rFonts w:ascii="Calibri" w:hAnsi="Calibri"/>
          <w:sz w:val="21"/>
        </w:rPr>
        <w:t>riz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toastez</w:t>
      </w:r>
      <w:proofErr w:type="spellEnd"/>
      <w:r>
        <w:rPr>
          <w:rFonts w:ascii="Calibri" w:hAnsi="Calibri"/>
          <w:sz w:val="21"/>
        </w:rPr>
        <w:t xml:space="preserve"> 2 min. </w:t>
      </w:r>
      <w:proofErr w:type="spellStart"/>
      <w:r>
        <w:rPr>
          <w:rFonts w:ascii="Calibri" w:hAnsi="Calibri"/>
          <w:sz w:val="21"/>
        </w:rPr>
        <w:t>Déglacez</w:t>
      </w:r>
      <w:proofErr w:type="spellEnd"/>
      <w:r>
        <w:rPr>
          <w:rFonts w:ascii="Calibri" w:hAnsi="Calibri"/>
          <w:sz w:val="21"/>
        </w:rPr>
        <w:t xml:space="preserve"> avec la </w:t>
      </w:r>
      <w:proofErr w:type="spellStart"/>
      <w:r>
        <w:rPr>
          <w:rFonts w:ascii="Calibri" w:hAnsi="Calibri"/>
          <w:sz w:val="21"/>
        </w:rPr>
        <w:t>moitié</w:t>
      </w:r>
      <w:proofErr w:type="spellEnd"/>
      <w:r>
        <w:rPr>
          <w:rFonts w:ascii="Calibri" w:hAnsi="Calibri"/>
          <w:sz w:val="21"/>
        </w:rPr>
        <w:t xml:space="preserve"> du vin rouge. Laissez absorber.</w:t>
      </w:r>
    </w:p>
    <w:p w14:paraId="22B9ED30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>
        <w:rPr>
          <w:rFonts w:ascii="Calibri" w:hAnsi="Calibri"/>
          <w:sz w:val="21"/>
        </w:rPr>
        <w:t>Continuez</w:t>
      </w:r>
      <w:proofErr w:type="spellEnd"/>
      <w:r>
        <w:rPr>
          <w:rFonts w:ascii="Calibri" w:hAnsi="Calibri"/>
          <w:sz w:val="21"/>
        </w:rPr>
        <w:t xml:space="preserve"> avec le </w:t>
      </w:r>
      <w:proofErr w:type="spellStart"/>
      <w:r>
        <w:rPr>
          <w:rFonts w:ascii="Calibri" w:hAnsi="Calibri"/>
          <w:sz w:val="21"/>
        </w:rPr>
        <w:t>reste</w:t>
      </w:r>
      <w:proofErr w:type="spellEnd"/>
      <w:r>
        <w:rPr>
          <w:rFonts w:ascii="Calibri" w:hAnsi="Calibri"/>
          <w:sz w:val="21"/>
        </w:rPr>
        <w:t xml:space="preserve"> du vin </w:t>
      </w:r>
      <w:proofErr w:type="spellStart"/>
      <w:r>
        <w:rPr>
          <w:rFonts w:ascii="Calibri" w:hAnsi="Calibri"/>
          <w:sz w:val="21"/>
        </w:rPr>
        <w:t>puis</w:t>
      </w:r>
      <w:proofErr w:type="spellEnd"/>
      <w:r>
        <w:rPr>
          <w:rFonts w:ascii="Calibri" w:hAnsi="Calibri"/>
          <w:sz w:val="21"/>
        </w:rPr>
        <w:t xml:space="preserve"> le bouillon, louche par louche,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remuant</w:t>
      </w:r>
      <w:proofErr w:type="spellEnd"/>
      <w:r>
        <w:rPr>
          <w:rFonts w:ascii="Calibri" w:hAnsi="Calibri"/>
          <w:sz w:val="21"/>
        </w:rPr>
        <w:t xml:space="preserve"> 18 min.</w:t>
      </w:r>
    </w:p>
    <w:p w14:paraId="51CD0315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r>
        <w:rPr>
          <w:rFonts w:ascii="Calibri" w:hAnsi="Calibri"/>
          <w:sz w:val="21"/>
        </w:rPr>
        <w:t xml:space="preserve">Hors du feu,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le </w:t>
      </w:r>
      <w:proofErr w:type="spellStart"/>
      <w:r>
        <w:rPr>
          <w:rFonts w:ascii="Calibri" w:hAnsi="Calibri"/>
          <w:sz w:val="21"/>
        </w:rPr>
        <w:t>vinaigre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, le </w:t>
      </w:r>
      <w:proofErr w:type="spellStart"/>
      <w:r>
        <w:rPr>
          <w:rFonts w:ascii="Calibri" w:hAnsi="Calibri"/>
          <w:sz w:val="21"/>
        </w:rPr>
        <w:t>reste</w:t>
      </w:r>
      <w:proofErr w:type="spellEnd"/>
      <w:r>
        <w:rPr>
          <w:rFonts w:ascii="Calibri" w:hAnsi="Calibri"/>
          <w:sz w:val="21"/>
        </w:rPr>
        <w:t xml:space="preserve"> de beurre et le parmesan.</w:t>
      </w:r>
    </w:p>
    <w:p w14:paraId="40FC22C2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>
        <w:rPr>
          <w:rFonts w:ascii="Calibri" w:hAnsi="Calibri"/>
          <w:sz w:val="21"/>
        </w:rPr>
        <w:t>Rectifiez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l'assaisonnement</w:t>
      </w:r>
      <w:proofErr w:type="spellEnd"/>
      <w:r>
        <w:rPr>
          <w:rFonts w:ascii="Calibri" w:hAnsi="Calibri"/>
          <w:sz w:val="21"/>
        </w:rPr>
        <w:t xml:space="preserve">. </w:t>
      </w:r>
      <w:proofErr w:type="spellStart"/>
      <w:r>
        <w:rPr>
          <w:rFonts w:ascii="Calibri" w:hAnsi="Calibri"/>
          <w:sz w:val="21"/>
        </w:rPr>
        <w:t>Servez</w:t>
      </w:r>
      <w:proofErr w:type="spellEnd"/>
      <w:r>
        <w:rPr>
          <w:rFonts w:ascii="Calibri" w:hAnsi="Calibri"/>
          <w:sz w:val="21"/>
        </w:rPr>
        <w:t xml:space="preserve"> avec un filet de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supplémentaire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si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désiré</w:t>
      </w:r>
      <w:proofErr w:type="spellEnd"/>
      <w:r>
        <w:rPr>
          <w:rFonts w:ascii="Calibri" w:hAnsi="Calibri"/>
          <w:sz w:val="21"/>
        </w:rPr>
        <w:t>.</w:t>
      </w:r>
    </w:p>
    <w:p w14:paraId="23CE360F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Le </w:t>
      </w:r>
      <w:proofErr w:type="spellStart"/>
      <w:r>
        <w:rPr>
          <w:rFonts w:ascii="Calibri" w:hAnsi="Calibri"/>
          <w:i/>
          <w:color w:val="6B4C11"/>
          <w:sz w:val="20"/>
        </w:rPr>
        <w:t>riz</w:t>
      </w:r>
      <w:proofErr w:type="spellEnd"/>
      <w:r>
        <w:rPr>
          <w:rFonts w:ascii="Calibri" w:hAnsi="Calibri"/>
          <w:i/>
          <w:color w:val="6B4C11"/>
          <w:sz w:val="20"/>
        </w:rPr>
        <w:t xml:space="preserve"> arborio </w:t>
      </w:r>
      <w:proofErr w:type="spellStart"/>
      <w:r>
        <w:rPr>
          <w:rFonts w:ascii="Calibri" w:hAnsi="Calibri"/>
          <w:i/>
          <w:color w:val="6B4C11"/>
          <w:sz w:val="20"/>
        </w:rPr>
        <w:t>absorbe</w:t>
      </w:r>
      <w:proofErr w:type="spellEnd"/>
      <w:r>
        <w:rPr>
          <w:rFonts w:ascii="Calibri" w:hAnsi="Calibri"/>
          <w:i/>
          <w:color w:val="6B4C11"/>
          <w:sz w:val="20"/>
        </w:rPr>
        <w:t xml:space="preserve"> beaucoup de </w:t>
      </w:r>
      <w:proofErr w:type="spellStart"/>
      <w:r>
        <w:rPr>
          <w:rFonts w:ascii="Calibri" w:hAnsi="Calibri"/>
          <w:i/>
          <w:color w:val="6B4C11"/>
          <w:sz w:val="20"/>
        </w:rPr>
        <w:t>liquide</w:t>
      </w:r>
      <w:proofErr w:type="spellEnd"/>
      <w:r>
        <w:rPr>
          <w:rFonts w:ascii="Calibri" w:hAnsi="Calibri"/>
          <w:i/>
          <w:color w:val="6B4C11"/>
          <w:sz w:val="20"/>
        </w:rPr>
        <w:t xml:space="preserve"> et </w:t>
      </w:r>
      <w:proofErr w:type="spellStart"/>
      <w:r>
        <w:rPr>
          <w:rFonts w:ascii="Calibri" w:hAnsi="Calibri"/>
          <w:i/>
          <w:color w:val="6B4C11"/>
          <w:sz w:val="20"/>
        </w:rPr>
        <w:t>donne</w:t>
      </w:r>
      <w:proofErr w:type="spellEnd"/>
      <w:r>
        <w:rPr>
          <w:rFonts w:ascii="Calibri" w:hAnsi="Calibri"/>
          <w:i/>
          <w:color w:val="6B4C11"/>
          <w:sz w:val="20"/>
        </w:rPr>
        <w:t xml:space="preserve"> un risotto plus </w:t>
      </w:r>
      <w:proofErr w:type="spellStart"/>
      <w:r>
        <w:rPr>
          <w:rFonts w:ascii="Calibri" w:hAnsi="Calibri"/>
          <w:i/>
          <w:color w:val="6B4C11"/>
          <w:sz w:val="20"/>
        </w:rPr>
        <w:t>onctueux</w:t>
      </w:r>
      <w:proofErr w:type="spellEnd"/>
      <w:r>
        <w:rPr>
          <w:rFonts w:ascii="Calibri" w:hAnsi="Calibri"/>
          <w:i/>
          <w:color w:val="6B4C11"/>
          <w:sz w:val="20"/>
        </w:rPr>
        <w:t xml:space="preserve"> et </w:t>
      </w:r>
      <w:proofErr w:type="spellStart"/>
      <w:r>
        <w:rPr>
          <w:rFonts w:ascii="Calibri" w:hAnsi="Calibri"/>
          <w:i/>
          <w:color w:val="6B4C11"/>
          <w:sz w:val="20"/>
        </w:rPr>
        <w:t>liant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que</w:t>
      </w:r>
      <w:proofErr w:type="spellEnd"/>
      <w:r>
        <w:rPr>
          <w:rFonts w:ascii="Calibri" w:hAnsi="Calibri"/>
          <w:i/>
          <w:color w:val="6B4C11"/>
          <w:sz w:val="20"/>
        </w:rPr>
        <w:t xml:space="preserve"> le carnaroli.</w:t>
      </w:r>
    </w:p>
    <w:p w14:paraId="38FC9F29" w14:textId="77777777" w:rsidR="00172C4E" w:rsidRDefault="00172C4E">
      <w:pPr>
        <w:spacing w:after="120"/>
      </w:pPr>
    </w:p>
    <w:p w14:paraId="4E72CD32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t xml:space="preserve">Salade de </w:t>
      </w:r>
      <w:proofErr w:type="spellStart"/>
      <w:r>
        <w:rPr>
          <w:rFonts w:ascii="Calibri" w:hAnsi="Calibri"/>
          <w:b/>
          <w:color w:val="C0392B"/>
          <w:sz w:val="28"/>
        </w:rPr>
        <w:t>riz</w:t>
      </w:r>
      <w:proofErr w:type="spellEnd"/>
      <w:r>
        <w:rPr>
          <w:rFonts w:ascii="Calibri" w:hAnsi="Calibri"/>
          <w:b/>
          <w:color w:val="C0392B"/>
          <w:sz w:val="28"/>
        </w:rPr>
        <w:t xml:space="preserve"> arborio aux </w:t>
      </w:r>
      <w:proofErr w:type="spellStart"/>
      <w:r>
        <w:rPr>
          <w:rFonts w:ascii="Calibri" w:hAnsi="Calibri"/>
          <w:b/>
          <w:color w:val="C0392B"/>
          <w:sz w:val="28"/>
        </w:rPr>
        <w:t>légumes</w:t>
      </w:r>
      <w:proofErr w:type="spellEnd"/>
      <w:r>
        <w:rPr>
          <w:rFonts w:ascii="Calibri" w:hAnsi="Calibri"/>
          <w:b/>
          <w:color w:val="C0392B"/>
          <w:sz w:val="28"/>
        </w:rPr>
        <w:t xml:space="preserve"> </w:t>
      </w:r>
      <w:proofErr w:type="spellStart"/>
      <w:r>
        <w:rPr>
          <w:rFonts w:ascii="Calibri" w:hAnsi="Calibri"/>
          <w:b/>
          <w:color w:val="C0392B"/>
          <w:sz w:val="28"/>
        </w:rPr>
        <w:t>grillés</w:t>
      </w:r>
      <w:proofErr w:type="spellEnd"/>
      <w:r>
        <w:rPr>
          <w:rFonts w:ascii="Calibri" w:hAnsi="Calibri"/>
          <w:i/>
          <w:color w:val="888888"/>
          <w:sz w:val="20"/>
        </w:rPr>
        <w:t xml:space="preserve">  ⏱ 30 min</w:t>
      </w:r>
    </w:p>
    <w:p w14:paraId="2536E72F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(4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464FBEC1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280 g de </w:t>
      </w:r>
      <w:proofErr w:type="spellStart"/>
      <w:r>
        <w:rPr>
          <w:rFonts w:ascii="Calibri" w:hAnsi="Calibri"/>
          <w:sz w:val="21"/>
        </w:rPr>
        <w:t>riz</w:t>
      </w:r>
      <w:proofErr w:type="spellEnd"/>
      <w:r>
        <w:rPr>
          <w:rFonts w:ascii="Calibri" w:hAnsi="Calibri"/>
          <w:sz w:val="21"/>
        </w:rPr>
        <w:t xml:space="preserve"> arborio BPBQ</w:t>
      </w:r>
    </w:p>
    <w:p w14:paraId="7C55D34B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pot de </w:t>
      </w:r>
      <w:proofErr w:type="spellStart"/>
      <w:r>
        <w:rPr>
          <w:rFonts w:ascii="Calibri" w:hAnsi="Calibri"/>
          <w:sz w:val="21"/>
        </w:rPr>
        <w:t>légumes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grillés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0397D4A4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100 g de roquette</w:t>
      </w:r>
    </w:p>
    <w:p w14:paraId="72C55CBC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50 g </w:t>
      </w:r>
      <w:proofErr w:type="spellStart"/>
      <w:r>
        <w:rPr>
          <w:rFonts w:ascii="Calibri" w:hAnsi="Calibri"/>
          <w:sz w:val="21"/>
        </w:rPr>
        <w:t>d'olives</w:t>
      </w:r>
      <w:proofErr w:type="spellEnd"/>
      <w:r>
        <w:rPr>
          <w:rFonts w:ascii="Calibri" w:hAnsi="Calibri"/>
          <w:sz w:val="21"/>
        </w:rPr>
        <w:t xml:space="preserve"> noires</w:t>
      </w:r>
    </w:p>
    <w:p w14:paraId="18838B3D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50 g de </w:t>
      </w:r>
      <w:proofErr w:type="spellStart"/>
      <w:r>
        <w:rPr>
          <w:rFonts w:ascii="Calibri" w:hAnsi="Calibri"/>
          <w:sz w:val="21"/>
        </w:rPr>
        <w:t>tomates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séchées</w:t>
      </w:r>
      <w:proofErr w:type="spellEnd"/>
    </w:p>
    <w:p w14:paraId="09816F37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4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d'olive</w:t>
      </w:r>
      <w:proofErr w:type="spellEnd"/>
      <w:r>
        <w:rPr>
          <w:rFonts w:ascii="Calibri" w:hAnsi="Calibri"/>
          <w:sz w:val="21"/>
        </w:rPr>
        <w:t xml:space="preserve"> extra </w:t>
      </w:r>
      <w:proofErr w:type="spellStart"/>
      <w:r>
        <w:rPr>
          <w:rFonts w:ascii="Calibri" w:hAnsi="Calibri"/>
          <w:sz w:val="21"/>
        </w:rPr>
        <w:t>vierge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45945278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 c. à soupe de </w:t>
      </w:r>
      <w:proofErr w:type="spellStart"/>
      <w:r>
        <w:rPr>
          <w:rFonts w:ascii="Calibri" w:hAnsi="Calibri"/>
          <w:sz w:val="21"/>
        </w:rPr>
        <w:t>vinaigre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662C95FD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Sel, poivre, basilic frais</w:t>
      </w:r>
    </w:p>
    <w:p w14:paraId="5783074A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58BB8FCD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r>
        <w:rPr>
          <w:rFonts w:ascii="Calibri" w:hAnsi="Calibri"/>
          <w:sz w:val="21"/>
        </w:rPr>
        <w:t xml:space="preserve">Faites </w:t>
      </w:r>
      <w:proofErr w:type="spellStart"/>
      <w:r>
        <w:rPr>
          <w:rFonts w:ascii="Calibri" w:hAnsi="Calibri"/>
          <w:sz w:val="21"/>
        </w:rPr>
        <w:t>cuire</w:t>
      </w:r>
      <w:proofErr w:type="spellEnd"/>
      <w:r>
        <w:rPr>
          <w:rFonts w:ascii="Calibri" w:hAnsi="Calibri"/>
          <w:sz w:val="21"/>
        </w:rPr>
        <w:t xml:space="preserve"> le </w:t>
      </w:r>
      <w:proofErr w:type="spellStart"/>
      <w:r>
        <w:rPr>
          <w:rFonts w:ascii="Calibri" w:hAnsi="Calibri"/>
          <w:sz w:val="21"/>
        </w:rPr>
        <w:t>riz</w:t>
      </w:r>
      <w:proofErr w:type="spellEnd"/>
      <w:r>
        <w:rPr>
          <w:rFonts w:ascii="Calibri" w:hAnsi="Calibri"/>
          <w:sz w:val="21"/>
        </w:rPr>
        <w:t xml:space="preserve"> arborio à </w:t>
      </w:r>
      <w:proofErr w:type="spellStart"/>
      <w:r>
        <w:rPr>
          <w:rFonts w:ascii="Calibri" w:hAnsi="Calibri"/>
          <w:sz w:val="21"/>
        </w:rPr>
        <w:t>l'eau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bouillante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salée</w:t>
      </w:r>
      <w:proofErr w:type="spellEnd"/>
      <w:r>
        <w:rPr>
          <w:rFonts w:ascii="Calibri" w:hAnsi="Calibri"/>
          <w:sz w:val="21"/>
        </w:rPr>
        <w:t xml:space="preserve"> 16–18 min. </w:t>
      </w:r>
      <w:proofErr w:type="spellStart"/>
      <w:r>
        <w:rPr>
          <w:rFonts w:ascii="Calibri" w:hAnsi="Calibri"/>
          <w:sz w:val="21"/>
        </w:rPr>
        <w:t>Égouttez</w:t>
      </w:r>
      <w:proofErr w:type="spellEnd"/>
      <w:r>
        <w:rPr>
          <w:rFonts w:ascii="Calibri" w:hAnsi="Calibri"/>
          <w:sz w:val="21"/>
        </w:rPr>
        <w:t xml:space="preserve"> et laissez </w:t>
      </w:r>
      <w:proofErr w:type="spellStart"/>
      <w:r>
        <w:rPr>
          <w:rFonts w:ascii="Calibri" w:hAnsi="Calibri"/>
          <w:sz w:val="21"/>
        </w:rPr>
        <w:t>refroidir</w:t>
      </w:r>
      <w:proofErr w:type="spellEnd"/>
      <w:r>
        <w:rPr>
          <w:rFonts w:ascii="Calibri" w:hAnsi="Calibri"/>
          <w:sz w:val="21"/>
        </w:rPr>
        <w:t>.</w:t>
      </w:r>
    </w:p>
    <w:p w14:paraId="2E889739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>
        <w:rPr>
          <w:rFonts w:ascii="Calibri" w:hAnsi="Calibri"/>
          <w:sz w:val="21"/>
        </w:rPr>
        <w:t>Préparez</w:t>
      </w:r>
      <w:proofErr w:type="spellEnd"/>
      <w:r>
        <w:rPr>
          <w:rFonts w:ascii="Calibri" w:hAnsi="Calibri"/>
          <w:sz w:val="21"/>
        </w:rPr>
        <w:t xml:space="preserve"> la </w:t>
      </w:r>
      <w:proofErr w:type="gramStart"/>
      <w:r>
        <w:rPr>
          <w:rFonts w:ascii="Calibri" w:hAnsi="Calibri"/>
          <w:sz w:val="21"/>
        </w:rPr>
        <w:t>vinaigrette :</w:t>
      </w:r>
      <w:proofErr w:type="gram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mélangez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d'olive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vinaigre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sel</w:t>
      </w:r>
      <w:proofErr w:type="spellEnd"/>
      <w:r>
        <w:rPr>
          <w:rFonts w:ascii="Calibri" w:hAnsi="Calibri"/>
          <w:sz w:val="21"/>
        </w:rPr>
        <w:t xml:space="preserve"> et poivre.</w:t>
      </w:r>
    </w:p>
    <w:p w14:paraId="491E20D3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r>
        <w:rPr>
          <w:rFonts w:ascii="Calibri" w:hAnsi="Calibri"/>
          <w:sz w:val="21"/>
        </w:rPr>
        <w:t xml:space="preserve">Dans un grand </w:t>
      </w:r>
      <w:proofErr w:type="spellStart"/>
      <w:r>
        <w:rPr>
          <w:rFonts w:ascii="Calibri" w:hAnsi="Calibri"/>
          <w:sz w:val="21"/>
        </w:rPr>
        <w:t>saladier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mélangez</w:t>
      </w:r>
      <w:proofErr w:type="spellEnd"/>
      <w:r>
        <w:rPr>
          <w:rFonts w:ascii="Calibri" w:hAnsi="Calibri"/>
          <w:sz w:val="21"/>
        </w:rPr>
        <w:t xml:space="preserve"> le </w:t>
      </w:r>
      <w:proofErr w:type="spellStart"/>
      <w:r>
        <w:rPr>
          <w:rFonts w:ascii="Calibri" w:hAnsi="Calibri"/>
          <w:sz w:val="21"/>
        </w:rPr>
        <w:t>riz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refroidi</w:t>
      </w:r>
      <w:proofErr w:type="spellEnd"/>
      <w:r>
        <w:rPr>
          <w:rFonts w:ascii="Calibri" w:hAnsi="Calibri"/>
          <w:sz w:val="21"/>
        </w:rPr>
        <w:t xml:space="preserve">, les </w:t>
      </w:r>
      <w:proofErr w:type="spellStart"/>
      <w:r>
        <w:rPr>
          <w:rFonts w:ascii="Calibri" w:hAnsi="Calibri"/>
          <w:sz w:val="21"/>
        </w:rPr>
        <w:t>légumes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grillés</w:t>
      </w:r>
      <w:proofErr w:type="spellEnd"/>
      <w:r>
        <w:rPr>
          <w:rFonts w:ascii="Calibri" w:hAnsi="Calibri"/>
          <w:sz w:val="21"/>
        </w:rPr>
        <w:t xml:space="preserve">, les olives et les </w:t>
      </w:r>
      <w:proofErr w:type="spellStart"/>
      <w:r>
        <w:rPr>
          <w:rFonts w:ascii="Calibri" w:hAnsi="Calibri"/>
          <w:sz w:val="21"/>
        </w:rPr>
        <w:t>tomates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séchées</w:t>
      </w:r>
      <w:proofErr w:type="spellEnd"/>
      <w:r>
        <w:rPr>
          <w:rFonts w:ascii="Calibri" w:hAnsi="Calibri"/>
          <w:sz w:val="21"/>
        </w:rPr>
        <w:t>.</w:t>
      </w:r>
    </w:p>
    <w:p w14:paraId="23DE248F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la roquette et </w:t>
      </w:r>
      <w:proofErr w:type="spellStart"/>
      <w:r>
        <w:rPr>
          <w:rFonts w:ascii="Calibri" w:hAnsi="Calibri"/>
          <w:sz w:val="21"/>
        </w:rPr>
        <w:t>arrosez</w:t>
      </w:r>
      <w:proofErr w:type="spellEnd"/>
      <w:r>
        <w:rPr>
          <w:rFonts w:ascii="Calibri" w:hAnsi="Calibri"/>
          <w:sz w:val="21"/>
        </w:rPr>
        <w:t xml:space="preserve"> de vinaigrette. </w:t>
      </w:r>
      <w:proofErr w:type="spellStart"/>
      <w:r>
        <w:rPr>
          <w:rFonts w:ascii="Calibri" w:hAnsi="Calibri"/>
          <w:sz w:val="21"/>
        </w:rPr>
        <w:t>Mélangez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délicatement</w:t>
      </w:r>
      <w:proofErr w:type="spellEnd"/>
      <w:r>
        <w:rPr>
          <w:rFonts w:ascii="Calibri" w:hAnsi="Calibri"/>
          <w:sz w:val="21"/>
        </w:rPr>
        <w:t>.</w:t>
      </w:r>
    </w:p>
    <w:p w14:paraId="1C2D36A0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>
        <w:rPr>
          <w:rFonts w:ascii="Calibri" w:hAnsi="Calibri"/>
          <w:sz w:val="21"/>
        </w:rPr>
        <w:t>Parsemez</w:t>
      </w:r>
      <w:proofErr w:type="spellEnd"/>
      <w:r>
        <w:rPr>
          <w:rFonts w:ascii="Calibri" w:hAnsi="Calibri"/>
          <w:sz w:val="21"/>
        </w:rPr>
        <w:t xml:space="preserve"> de basilic frais et </w:t>
      </w:r>
      <w:proofErr w:type="spellStart"/>
      <w:r>
        <w:rPr>
          <w:rFonts w:ascii="Calibri" w:hAnsi="Calibri"/>
          <w:sz w:val="21"/>
        </w:rPr>
        <w:t>servez</w:t>
      </w:r>
      <w:proofErr w:type="spellEnd"/>
      <w:r>
        <w:rPr>
          <w:rFonts w:ascii="Calibri" w:hAnsi="Calibri"/>
          <w:sz w:val="21"/>
        </w:rPr>
        <w:t xml:space="preserve"> à </w:t>
      </w:r>
      <w:proofErr w:type="spellStart"/>
      <w:r>
        <w:rPr>
          <w:rFonts w:ascii="Calibri" w:hAnsi="Calibri"/>
          <w:sz w:val="21"/>
        </w:rPr>
        <w:t>température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ambiante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légèrement</w:t>
      </w:r>
      <w:proofErr w:type="spellEnd"/>
      <w:r>
        <w:rPr>
          <w:rFonts w:ascii="Calibri" w:hAnsi="Calibri"/>
          <w:sz w:val="21"/>
        </w:rPr>
        <w:t xml:space="preserve"> frais.</w:t>
      </w:r>
    </w:p>
    <w:p w14:paraId="0D956634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Cette salade est encore </w:t>
      </w:r>
      <w:proofErr w:type="spellStart"/>
      <w:r>
        <w:rPr>
          <w:rFonts w:ascii="Calibri" w:hAnsi="Calibri"/>
          <w:i/>
          <w:color w:val="6B4C11"/>
          <w:sz w:val="20"/>
        </w:rPr>
        <w:t>meilleure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préparée</w:t>
      </w:r>
      <w:proofErr w:type="spellEnd"/>
      <w:r>
        <w:rPr>
          <w:rFonts w:ascii="Calibri" w:hAnsi="Calibri"/>
          <w:i/>
          <w:color w:val="6B4C11"/>
          <w:sz w:val="20"/>
        </w:rPr>
        <w:t xml:space="preserve"> la </w:t>
      </w:r>
      <w:proofErr w:type="spellStart"/>
      <w:proofErr w:type="gramStart"/>
      <w:r>
        <w:rPr>
          <w:rFonts w:ascii="Calibri" w:hAnsi="Calibri"/>
          <w:i/>
          <w:color w:val="6B4C11"/>
          <w:sz w:val="20"/>
        </w:rPr>
        <w:t>veille</w:t>
      </w:r>
      <w:proofErr w:type="spellEnd"/>
      <w:r>
        <w:rPr>
          <w:rFonts w:ascii="Calibri" w:hAnsi="Calibri"/>
          <w:i/>
          <w:color w:val="6B4C11"/>
          <w:sz w:val="20"/>
        </w:rPr>
        <w:t xml:space="preserve"> :</w:t>
      </w:r>
      <w:proofErr w:type="gramEnd"/>
      <w:r>
        <w:rPr>
          <w:rFonts w:ascii="Calibri" w:hAnsi="Calibri"/>
          <w:i/>
          <w:color w:val="6B4C11"/>
          <w:sz w:val="20"/>
        </w:rPr>
        <w:t xml:space="preserve"> les </w:t>
      </w:r>
      <w:proofErr w:type="spellStart"/>
      <w:r>
        <w:rPr>
          <w:rFonts w:ascii="Calibri" w:hAnsi="Calibri"/>
          <w:i/>
          <w:color w:val="6B4C11"/>
          <w:sz w:val="20"/>
        </w:rPr>
        <w:t>saveurs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ont</w:t>
      </w:r>
      <w:proofErr w:type="spellEnd"/>
      <w:r>
        <w:rPr>
          <w:rFonts w:ascii="Calibri" w:hAnsi="Calibri"/>
          <w:i/>
          <w:color w:val="6B4C11"/>
          <w:sz w:val="20"/>
        </w:rPr>
        <w:t xml:space="preserve"> le temps de se </w:t>
      </w:r>
      <w:proofErr w:type="spellStart"/>
      <w:r>
        <w:rPr>
          <w:rFonts w:ascii="Calibri" w:hAnsi="Calibri"/>
          <w:i/>
          <w:color w:val="6B4C11"/>
          <w:sz w:val="20"/>
        </w:rPr>
        <w:t>développer</w:t>
      </w:r>
      <w:proofErr w:type="spellEnd"/>
      <w:r>
        <w:rPr>
          <w:rFonts w:ascii="Calibri" w:hAnsi="Calibri"/>
          <w:i/>
          <w:color w:val="6B4C11"/>
          <w:sz w:val="20"/>
        </w:rPr>
        <w:t>.</w:t>
      </w:r>
    </w:p>
    <w:p w14:paraId="377E96B5" w14:textId="77777777" w:rsidR="00172C4E" w:rsidRDefault="00172C4E">
      <w:pPr>
        <w:spacing w:after="120"/>
      </w:pPr>
    </w:p>
    <w:p w14:paraId="0E6871FA" w14:textId="77777777" w:rsidR="00172C4E" w:rsidRDefault="00000000">
      <w:r>
        <w:br w:type="page"/>
      </w:r>
    </w:p>
    <w:p w14:paraId="57E93D97" w14:textId="4ACFD173" w:rsidR="00172C4E" w:rsidRPr="00EC53AA" w:rsidRDefault="00000000">
      <w:pPr>
        <w:pBdr>
          <w:bottom w:val="single" w:sz="12" w:space="4" w:color="C0392B"/>
        </w:pBdr>
        <w:spacing w:before="360" w:after="120"/>
      </w:pPr>
      <w:r w:rsidRPr="00EC53AA">
        <w:rPr>
          <w:rFonts w:ascii="Calibri" w:hAnsi="Calibri"/>
          <w:b/>
          <w:sz w:val="40"/>
        </w:rPr>
        <w:lastRenderedPageBreak/>
        <w:t xml:space="preserve">HUILES </w:t>
      </w:r>
    </w:p>
    <w:p w14:paraId="29ECA56B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t xml:space="preserve">Bruschetta à </w:t>
      </w:r>
      <w:proofErr w:type="spellStart"/>
      <w:r>
        <w:rPr>
          <w:rFonts w:ascii="Calibri" w:hAnsi="Calibri"/>
          <w:b/>
          <w:color w:val="C0392B"/>
          <w:sz w:val="28"/>
        </w:rPr>
        <w:t>l'huile</w:t>
      </w:r>
      <w:proofErr w:type="spellEnd"/>
      <w:r>
        <w:rPr>
          <w:rFonts w:ascii="Calibri" w:hAnsi="Calibri"/>
          <w:b/>
          <w:color w:val="C0392B"/>
          <w:sz w:val="28"/>
        </w:rPr>
        <w:t xml:space="preserve"> extra </w:t>
      </w:r>
      <w:proofErr w:type="spellStart"/>
      <w:r>
        <w:rPr>
          <w:rFonts w:ascii="Calibri" w:hAnsi="Calibri"/>
          <w:b/>
          <w:color w:val="C0392B"/>
          <w:sz w:val="28"/>
        </w:rPr>
        <w:t>vierge</w:t>
      </w:r>
      <w:proofErr w:type="spellEnd"/>
      <w:r>
        <w:rPr>
          <w:rFonts w:ascii="Calibri" w:hAnsi="Calibri"/>
          <w:i/>
          <w:color w:val="888888"/>
          <w:sz w:val="20"/>
        </w:rPr>
        <w:t xml:space="preserve">  ⏱ 10 min</w:t>
      </w:r>
    </w:p>
    <w:p w14:paraId="7692D25C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(4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799D011D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8 tranches de pain de </w:t>
      </w:r>
      <w:proofErr w:type="spellStart"/>
      <w:r>
        <w:rPr>
          <w:rFonts w:ascii="Calibri" w:hAnsi="Calibri"/>
          <w:sz w:val="21"/>
        </w:rPr>
        <w:t>campagne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ciabatta</w:t>
      </w:r>
    </w:p>
    <w:p w14:paraId="1740B2BE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4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d'olive</w:t>
      </w:r>
      <w:proofErr w:type="spellEnd"/>
      <w:r>
        <w:rPr>
          <w:rFonts w:ascii="Calibri" w:hAnsi="Calibri"/>
          <w:sz w:val="21"/>
        </w:rPr>
        <w:t xml:space="preserve"> extra </w:t>
      </w:r>
      <w:proofErr w:type="spellStart"/>
      <w:r>
        <w:rPr>
          <w:rFonts w:ascii="Calibri" w:hAnsi="Calibri"/>
          <w:sz w:val="21"/>
        </w:rPr>
        <w:t>vierge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2815EA95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 </w:t>
      </w:r>
      <w:proofErr w:type="spellStart"/>
      <w:r>
        <w:rPr>
          <w:rFonts w:ascii="Calibri" w:hAnsi="Calibri"/>
          <w:sz w:val="21"/>
        </w:rPr>
        <w:t>gousses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d'ail</w:t>
      </w:r>
      <w:proofErr w:type="spellEnd"/>
    </w:p>
    <w:p w14:paraId="6BD51B83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4 </w:t>
      </w:r>
      <w:proofErr w:type="spellStart"/>
      <w:r>
        <w:rPr>
          <w:rFonts w:ascii="Calibri" w:hAnsi="Calibri"/>
          <w:sz w:val="21"/>
        </w:rPr>
        <w:t>tomates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mûres</w:t>
      </w:r>
      <w:proofErr w:type="spellEnd"/>
    </w:p>
    <w:p w14:paraId="698D5212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Fleur de </w:t>
      </w:r>
      <w:proofErr w:type="spellStart"/>
      <w:r>
        <w:rPr>
          <w:rFonts w:ascii="Calibri" w:hAnsi="Calibri"/>
          <w:sz w:val="21"/>
        </w:rPr>
        <w:t>sel</w:t>
      </w:r>
      <w:proofErr w:type="spellEnd"/>
      <w:r>
        <w:rPr>
          <w:rFonts w:ascii="Calibri" w:hAnsi="Calibri"/>
          <w:sz w:val="21"/>
        </w:rPr>
        <w:t>, poivre</w:t>
      </w:r>
    </w:p>
    <w:p w14:paraId="6D926284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Basilic frais</w:t>
      </w:r>
    </w:p>
    <w:p w14:paraId="23DA43F6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076DFE53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r>
        <w:rPr>
          <w:rFonts w:ascii="Calibri" w:hAnsi="Calibri"/>
          <w:sz w:val="21"/>
        </w:rPr>
        <w:t xml:space="preserve">Faites griller les tranches de pain au </w:t>
      </w:r>
      <w:proofErr w:type="spellStart"/>
      <w:r>
        <w:rPr>
          <w:rFonts w:ascii="Calibri" w:hAnsi="Calibri"/>
          <w:sz w:val="21"/>
        </w:rPr>
        <w:t>gril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à la </w:t>
      </w:r>
      <w:proofErr w:type="spellStart"/>
      <w:r>
        <w:rPr>
          <w:rFonts w:ascii="Calibri" w:hAnsi="Calibri"/>
          <w:sz w:val="21"/>
        </w:rPr>
        <w:t>poêle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jusqu'à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dorure</w:t>
      </w:r>
      <w:proofErr w:type="spellEnd"/>
      <w:r>
        <w:rPr>
          <w:rFonts w:ascii="Calibri" w:hAnsi="Calibri"/>
          <w:sz w:val="21"/>
        </w:rPr>
        <w:t>.</w:t>
      </w:r>
    </w:p>
    <w:p w14:paraId="21C27458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>
        <w:rPr>
          <w:rFonts w:ascii="Calibri" w:hAnsi="Calibri"/>
          <w:sz w:val="21"/>
        </w:rPr>
        <w:t>Frottez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immédiatement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chaque</w:t>
      </w:r>
      <w:proofErr w:type="spellEnd"/>
      <w:r>
        <w:rPr>
          <w:rFonts w:ascii="Calibri" w:hAnsi="Calibri"/>
          <w:sz w:val="21"/>
        </w:rPr>
        <w:t xml:space="preserve"> tranche avec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demi-</w:t>
      </w:r>
      <w:proofErr w:type="spellStart"/>
      <w:r>
        <w:rPr>
          <w:rFonts w:ascii="Calibri" w:hAnsi="Calibri"/>
          <w:sz w:val="21"/>
        </w:rPr>
        <w:t>gousse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d'ail</w:t>
      </w:r>
      <w:proofErr w:type="spellEnd"/>
      <w:r>
        <w:rPr>
          <w:rFonts w:ascii="Calibri" w:hAnsi="Calibri"/>
          <w:sz w:val="21"/>
        </w:rPr>
        <w:t>.</w:t>
      </w:r>
    </w:p>
    <w:p w14:paraId="3BF624AB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>
        <w:rPr>
          <w:rFonts w:ascii="Calibri" w:hAnsi="Calibri"/>
          <w:sz w:val="21"/>
        </w:rPr>
        <w:t>Coupez</w:t>
      </w:r>
      <w:proofErr w:type="spellEnd"/>
      <w:r>
        <w:rPr>
          <w:rFonts w:ascii="Calibri" w:hAnsi="Calibri"/>
          <w:sz w:val="21"/>
        </w:rPr>
        <w:t xml:space="preserve"> les </w:t>
      </w:r>
      <w:proofErr w:type="spellStart"/>
      <w:r>
        <w:rPr>
          <w:rFonts w:ascii="Calibri" w:hAnsi="Calibri"/>
          <w:sz w:val="21"/>
        </w:rPr>
        <w:t>tomates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dés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assaisonnez</w:t>
      </w:r>
      <w:proofErr w:type="spellEnd"/>
      <w:r>
        <w:rPr>
          <w:rFonts w:ascii="Calibri" w:hAnsi="Calibri"/>
          <w:sz w:val="21"/>
        </w:rPr>
        <w:t xml:space="preserve">-les de </w:t>
      </w:r>
      <w:proofErr w:type="spellStart"/>
      <w:r>
        <w:rPr>
          <w:rFonts w:ascii="Calibri" w:hAnsi="Calibri"/>
          <w:sz w:val="21"/>
        </w:rPr>
        <w:t>sel</w:t>
      </w:r>
      <w:proofErr w:type="spellEnd"/>
      <w:r>
        <w:rPr>
          <w:rFonts w:ascii="Calibri" w:hAnsi="Calibri"/>
          <w:sz w:val="21"/>
        </w:rPr>
        <w:t>, poivre et basilic.</w:t>
      </w:r>
    </w:p>
    <w:p w14:paraId="6CE97FA5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>
        <w:rPr>
          <w:rFonts w:ascii="Calibri" w:hAnsi="Calibri"/>
          <w:sz w:val="21"/>
        </w:rPr>
        <w:t>Disposez</w:t>
      </w:r>
      <w:proofErr w:type="spellEnd"/>
      <w:r>
        <w:rPr>
          <w:rFonts w:ascii="Calibri" w:hAnsi="Calibri"/>
          <w:sz w:val="21"/>
        </w:rPr>
        <w:t xml:space="preserve"> les </w:t>
      </w:r>
      <w:proofErr w:type="spellStart"/>
      <w:r>
        <w:rPr>
          <w:rFonts w:ascii="Calibri" w:hAnsi="Calibri"/>
          <w:sz w:val="21"/>
        </w:rPr>
        <w:t>tomates</w:t>
      </w:r>
      <w:proofErr w:type="spellEnd"/>
      <w:r>
        <w:rPr>
          <w:rFonts w:ascii="Calibri" w:hAnsi="Calibri"/>
          <w:sz w:val="21"/>
        </w:rPr>
        <w:t xml:space="preserve"> sur le pain. </w:t>
      </w:r>
      <w:proofErr w:type="spellStart"/>
      <w:r>
        <w:rPr>
          <w:rFonts w:ascii="Calibri" w:hAnsi="Calibri"/>
          <w:sz w:val="21"/>
        </w:rPr>
        <w:t>Arrosez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généreusement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extra </w:t>
      </w:r>
      <w:proofErr w:type="spellStart"/>
      <w:r>
        <w:rPr>
          <w:rFonts w:ascii="Calibri" w:hAnsi="Calibri"/>
          <w:sz w:val="21"/>
        </w:rPr>
        <w:t>vierge</w:t>
      </w:r>
      <w:proofErr w:type="spellEnd"/>
      <w:r>
        <w:rPr>
          <w:rFonts w:ascii="Calibri" w:hAnsi="Calibri"/>
          <w:sz w:val="21"/>
        </w:rPr>
        <w:t xml:space="preserve"> BPBQ.</w:t>
      </w:r>
    </w:p>
    <w:p w14:paraId="54D2E0BD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>
        <w:rPr>
          <w:rFonts w:ascii="Calibri" w:hAnsi="Calibri"/>
          <w:sz w:val="21"/>
        </w:rPr>
        <w:t>Servez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aussitôt</w:t>
      </w:r>
      <w:proofErr w:type="spellEnd"/>
      <w:r>
        <w:rPr>
          <w:rFonts w:ascii="Calibri" w:hAnsi="Calibri"/>
          <w:sz w:val="21"/>
        </w:rPr>
        <w:t xml:space="preserve"> avec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fleur de </w:t>
      </w:r>
      <w:proofErr w:type="spellStart"/>
      <w:r>
        <w:rPr>
          <w:rFonts w:ascii="Calibri" w:hAnsi="Calibri"/>
          <w:sz w:val="21"/>
        </w:rPr>
        <w:t>sel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finition</w:t>
      </w:r>
      <w:proofErr w:type="spellEnd"/>
      <w:r>
        <w:rPr>
          <w:rFonts w:ascii="Calibri" w:hAnsi="Calibri"/>
          <w:sz w:val="21"/>
        </w:rPr>
        <w:t>.</w:t>
      </w:r>
    </w:p>
    <w:p w14:paraId="39049FFB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Une </w:t>
      </w:r>
      <w:proofErr w:type="spellStart"/>
      <w:r>
        <w:rPr>
          <w:rFonts w:ascii="Calibri" w:hAnsi="Calibri"/>
          <w:i/>
          <w:color w:val="6B4C11"/>
          <w:sz w:val="20"/>
        </w:rPr>
        <w:t>huile</w:t>
      </w:r>
      <w:proofErr w:type="spellEnd"/>
      <w:r>
        <w:rPr>
          <w:rFonts w:ascii="Calibri" w:hAnsi="Calibri"/>
          <w:i/>
          <w:color w:val="6B4C11"/>
          <w:sz w:val="20"/>
        </w:rPr>
        <w:t xml:space="preserve"> extra </w:t>
      </w:r>
      <w:proofErr w:type="spellStart"/>
      <w:r>
        <w:rPr>
          <w:rFonts w:ascii="Calibri" w:hAnsi="Calibri"/>
          <w:i/>
          <w:color w:val="6B4C11"/>
          <w:sz w:val="20"/>
        </w:rPr>
        <w:t>vierge</w:t>
      </w:r>
      <w:proofErr w:type="spellEnd"/>
      <w:r>
        <w:rPr>
          <w:rFonts w:ascii="Calibri" w:hAnsi="Calibri"/>
          <w:i/>
          <w:color w:val="6B4C11"/>
          <w:sz w:val="20"/>
        </w:rPr>
        <w:t xml:space="preserve"> de </w:t>
      </w:r>
      <w:proofErr w:type="spellStart"/>
      <w:r>
        <w:rPr>
          <w:rFonts w:ascii="Calibri" w:hAnsi="Calibri"/>
          <w:i/>
          <w:color w:val="6B4C11"/>
          <w:sz w:val="20"/>
        </w:rPr>
        <w:t>qualité</w:t>
      </w:r>
      <w:proofErr w:type="spellEnd"/>
      <w:r>
        <w:rPr>
          <w:rFonts w:ascii="Calibri" w:hAnsi="Calibri"/>
          <w:i/>
          <w:color w:val="6B4C11"/>
          <w:sz w:val="20"/>
        </w:rPr>
        <w:t xml:space="preserve"> est </w:t>
      </w:r>
      <w:proofErr w:type="spellStart"/>
      <w:r>
        <w:rPr>
          <w:rFonts w:ascii="Calibri" w:hAnsi="Calibri"/>
          <w:i/>
          <w:color w:val="6B4C11"/>
          <w:sz w:val="20"/>
        </w:rPr>
        <w:t>ici</w:t>
      </w:r>
      <w:proofErr w:type="spellEnd"/>
      <w:r>
        <w:rPr>
          <w:rFonts w:ascii="Calibri" w:hAnsi="Calibri"/>
          <w:i/>
          <w:color w:val="6B4C11"/>
          <w:sz w:val="20"/>
        </w:rPr>
        <w:t xml:space="preserve"> la </w:t>
      </w:r>
      <w:proofErr w:type="gramStart"/>
      <w:r>
        <w:rPr>
          <w:rFonts w:ascii="Calibri" w:hAnsi="Calibri"/>
          <w:i/>
          <w:color w:val="6B4C11"/>
          <w:sz w:val="20"/>
        </w:rPr>
        <w:t>star :</w:t>
      </w:r>
      <w:proofErr w:type="gramEnd"/>
      <w:r>
        <w:rPr>
          <w:rFonts w:ascii="Calibri" w:hAnsi="Calibri"/>
          <w:i/>
          <w:color w:val="6B4C11"/>
          <w:sz w:val="20"/>
        </w:rPr>
        <w:t xml:space="preserve"> ne </w:t>
      </w:r>
      <w:proofErr w:type="spellStart"/>
      <w:r>
        <w:rPr>
          <w:rFonts w:ascii="Calibri" w:hAnsi="Calibri"/>
          <w:i/>
          <w:color w:val="6B4C11"/>
          <w:sz w:val="20"/>
        </w:rPr>
        <w:t>lésinez</w:t>
      </w:r>
      <w:proofErr w:type="spellEnd"/>
      <w:r>
        <w:rPr>
          <w:rFonts w:ascii="Calibri" w:hAnsi="Calibri"/>
          <w:i/>
          <w:color w:val="6B4C11"/>
          <w:sz w:val="20"/>
        </w:rPr>
        <w:t xml:space="preserve"> pas sur la </w:t>
      </w:r>
      <w:proofErr w:type="spellStart"/>
      <w:proofErr w:type="gramStart"/>
      <w:r>
        <w:rPr>
          <w:rFonts w:ascii="Calibri" w:hAnsi="Calibri"/>
          <w:i/>
          <w:color w:val="6B4C11"/>
          <w:sz w:val="20"/>
        </w:rPr>
        <w:t>quantité</w:t>
      </w:r>
      <w:proofErr w:type="spellEnd"/>
      <w:r>
        <w:rPr>
          <w:rFonts w:ascii="Calibri" w:hAnsi="Calibri"/>
          <w:i/>
          <w:color w:val="6B4C11"/>
          <w:sz w:val="20"/>
        </w:rPr>
        <w:t xml:space="preserve"> !</w:t>
      </w:r>
      <w:proofErr w:type="gramEnd"/>
    </w:p>
    <w:p w14:paraId="017A3A8D" w14:textId="77777777" w:rsidR="00172C4E" w:rsidRDefault="00172C4E">
      <w:pPr>
        <w:spacing w:after="120"/>
      </w:pPr>
    </w:p>
    <w:p w14:paraId="47F269D2" w14:textId="77777777" w:rsidR="00180946" w:rsidRDefault="00180946">
      <w:pPr>
        <w:spacing w:after="120"/>
      </w:pPr>
    </w:p>
    <w:p w14:paraId="5C700E82" w14:textId="77777777" w:rsidR="00EC53AA" w:rsidRDefault="00EC53AA">
      <w:pPr>
        <w:spacing w:after="120"/>
      </w:pPr>
    </w:p>
    <w:p w14:paraId="038953AB" w14:textId="77777777" w:rsidR="00EC53AA" w:rsidRDefault="00EC53AA">
      <w:pPr>
        <w:spacing w:after="120"/>
      </w:pPr>
    </w:p>
    <w:p w14:paraId="408ED954" w14:textId="77777777" w:rsidR="00EC53AA" w:rsidRDefault="00EC53AA">
      <w:pPr>
        <w:spacing w:after="120"/>
      </w:pPr>
    </w:p>
    <w:p w14:paraId="47FF1E1A" w14:textId="77777777" w:rsidR="00EC53AA" w:rsidRDefault="00EC53AA">
      <w:pPr>
        <w:spacing w:after="120"/>
      </w:pPr>
    </w:p>
    <w:p w14:paraId="2CF92A58" w14:textId="77777777" w:rsidR="00EC53AA" w:rsidRDefault="00EC53AA">
      <w:pPr>
        <w:spacing w:after="120"/>
      </w:pPr>
    </w:p>
    <w:p w14:paraId="661A69BB" w14:textId="77777777" w:rsidR="00EC53AA" w:rsidRDefault="00EC53AA">
      <w:pPr>
        <w:spacing w:after="120"/>
      </w:pPr>
    </w:p>
    <w:p w14:paraId="0BC0AD35" w14:textId="77777777" w:rsidR="00EC53AA" w:rsidRDefault="00EC53AA">
      <w:pPr>
        <w:spacing w:after="120"/>
      </w:pPr>
    </w:p>
    <w:p w14:paraId="10EFAA5D" w14:textId="77777777" w:rsidR="00EC53AA" w:rsidRDefault="00EC53AA">
      <w:pPr>
        <w:spacing w:after="120"/>
      </w:pPr>
    </w:p>
    <w:p w14:paraId="7D9B6ADE" w14:textId="77777777" w:rsidR="00EC53AA" w:rsidRDefault="00EC53AA">
      <w:pPr>
        <w:spacing w:after="120"/>
      </w:pPr>
    </w:p>
    <w:p w14:paraId="493A4384" w14:textId="77777777" w:rsidR="00EC53AA" w:rsidRDefault="00EC53AA">
      <w:pPr>
        <w:spacing w:after="120"/>
      </w:pPr>
    </w:p>
    <w:p w14:paraId="4AB75139" w14:textId="77777777" w:rsidR="00EC53AA" w:rsidRDefault="00EC53AA">
      <w:pPr>
        <w:spacing w:after="120"/>
      </w:pPr>
    </w:p>
    <w:p w14:paraId="0EF653F9" w14:textId="77777777" w:rsidR="00EC53AA" w:rsidRDefault="00EC53AA">
      <w:pPr>
        <w:spacing w:after="120"/>
      </w:pPr>
    </w:p>
    <w:p w14:paraId="729E0BEC" w14:textId="77777777" w:rsidR="00EC53AA" w:rsidRDefault="00EC53AA">
      <w:pPr>
        <w:spacing w:after="120"/>
      </w:pPr>
    </w:p>
    <w:p w14:paraId="085950DF" w14:textId="77777777" w:rsidR="00EC53AA" w:rsidRDefault="00EC53AA">
      <w:pPr>
        <w:spacing w:after="120"/>
      </w:pPr>
    </w:p>
    <w:p w14:paraId="03A94A62" w14:textId="77777777" w:rsidR="00EC53AA" w:rsidRDefault="00EC53AA">
      <w:pPr>
        <w:spacing w:after="120"/>
      </w:pPr>
    </w:p>
    <w:p w14:paraId="54C99DC0" w14:textId="77777777" w:rsidR="00EC53AA" w:rsidRDefault="00EC53AA">
      <w:pPr>
        <w:spacing w:after="120"/>
      </w:pPr>
    </w:p>
    <w:p w14:paraId="3EC93B63" w14:textId="782E8F03" w:rsidR="00EC53AA" w:rsidRPr="00EC53AA" w:rsidRDefault="00EC53AA" w:rsidP="00EC53AA">
      <w:pPr>
        <w:pBdr>
          <w:bottom w:val="single" w:sz="12" w:space="4" w:color="C0392B"/>
        </w:pBdr>
        <w:spacing w:before="360" w:after="120"/>
      </w:pPr>
      <w:r>
        <w:rPr>
          <w:rFonts w:ascii="Calibri" w:hAnsi="Calibri"/>
          <w:b/>
          <w:sz w:val="40"/>
        </w:rPr>
        <w:lastRenderedPageBreak/>
        <w:t>VINAIGR</w:t>
      </w:r>
      <w:r w:rsidRPr="00EC53AA">
        <w:rPr>
          <w:rFonts w:ascii="Calibri" w:hAnsi="Calibri"/>
          <w:b/>
          <w:sz w:val="40"/>
        </w:rPr>
        <w:t>E</w:t>
      </w:r>
      <w:r>
        <w:rPr>
          <w:rFonts w:ascii="Calibri" w:hAnsi="Calibri"/>
          <w:b/>
          <w:sz w:val="40"/>
        </w:rPr>
        <w:t xml:space="preserve"> BALSAMIQUE IGP</w:t>
      </w:r>
      <w:r w:rsidRPr="00EC53AA">
        <w:rPr>
          <w:rFonts w:ascii="Calibri" w:hAnsi="Calibri"/>
          <w:b/>
          <w:sz w:val="40"/>
        </w:rPr>
        <w:t xml:space="preserve"> </w:t>
      </w:r>
    </w:p>
    <w:p w14:paraId="3744E12E" w14:textId="77777777" w:rsidR="00EC53AA" w:rsidRDefault="00EC53AA">
      <w:pPr>
        <w:spacing w:after="120"/>
      </w:pPr>
    </w:p>
    <w:p w14:paraId="4924E8F2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t xml:space="preserve">Carpaccio de </w:t>
      </w:r>
      <w:proofErr w:type="spellStart"/>
      <w:r>
        <w:rPr>
          <w:rFonts w:ascii="Calibri" w:hAnsi="Calibri"/>
          <w:b/>
          <w:color w:val="C0392B"/>
          <w:sz w:val="28"/>
        </w:rPr>
        <w:t>légumes</w:t>
      </w:r>
      <w:proofErr w:type="spellEnd"/>
      <w:r>
        <w:rPr>
          <w:rFonts w:ascii="Calibri" w:hAnsi="Calibri"/>
          <w:b/>
          <w:color w:val="C0392B"/>
          <w:sz w:val="28"/>
        </w:rPr>
        <w:t xml:space="preserve"> </w:t>
      </w:r>
      <w:proofErr w:type="spellStart"/>
      <w:r>
        <w:rPr>
          <w:rFonts w:ascii="Calibri" w:hAnsi="Calibri"/>
          <w:b/>
          <w:color w:val="C0392B"/>
          <w:sz w:val="28"/>
        </w:rPr>
        <w:t>grillés</w:t>
      </w:r>
      <w:proofErr w:type="spellEnd"/>
      <w:r>
        <w:rPr>
          <w:rFonts w:ascii="Calibri" w:hAnsi="Calibri"/>
          <w:b/>
          <w:color w:val="C0392B"/>
          <w:sz w:val="28"/>
        </w:rPr>
        <w:t xml:space="preserve"> au </w:t>
      </w:r>
      <w:proofErr w:type="spellStart"/>
      <w:r>
        <w:rPr>
          <w:rFonts w:ascii="Calibri" w:hAnsi="Calibri"/>
          <w:b/>
          <w:color w:val="C0392B"/>
          <w:sz w:val="28"/>
        </w:rPr>
        <w:t>balsamique</w:t>
      </w:r>
      <w:proofErr w:type="spellEnd"/>
      <w:r>
        <w:rPr>
          <w:rFonts w:ascii="Calibri" w:hAnsi="Calibri"/>
          <w:b/>
          <w:color w:val="C0392B"/>
          <w:sz w:val="28"/>
        </w:rPr>
        <w:t xml:space="preserve"> &amp; piment</w:t>
      </w:r>
      <w:r>
        <w:rPr>
          <w:rFonts w:ascii="Calibri" w:hAnsi="Calibri"/>
          <w:i/>
          <w:color w:val="888888"/>
          <w:sz w:val="20"/>
        </w:rPr>
        <w:t xml:space="preserve">  ⏱ 15 min</w:t>
      </w:r>
    </w:p>
    <w:p w14:paraId="28096ED3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(4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0CED4A9B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pot de </w:t>
      </w:r>
      <w:proofErr w:type="spellStart"/>
      <w:r>
        <w:rPr>
          <w:rFonts w:ascii="Calibri" w:hAnsi="Calibri"/>
          <w:sz w:val="21"/>
        </w:rPr>
        <w:t>légumes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grillés</w:t>
      </w:r>
      <w:proofErr w:type="spellEnd"/>
      <w:r>
        <w:rPr>
          <w:rFonts w:ascii="Calibri" w:hAnsi="Calibri"/>
          <w:sz w:val="21"/>
        </w:rPr>
        <w:t xml:space="preserve"> BPBQ (</w:t>
      </w:r>
      <w:proofErr w:type="spellStart"/>
      <w:r>
        <w:rPr>
          <w:rFonts w:ascii="Calibri" w:hAnsi="Calibri"/>
          <w:sz w:val="21"/>
        </w:rPr>
        <w:t>courgettes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poivrons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aubergines</w:t>
      </w:r>
      <w:proofErr w:type="spellEnd"/>
      <w:r>
        <w:rPr>
          <w:rFonts w:ascii="Calibri" w:hAnsi="Calibri"/>
          <w:sz w:val="21"/>
        </w:rPr>
        <w:t>)</w:t>
      </w:r>
    </w:p>
    <w:p w14:paraId="0653C765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3 c. à soupe de </w:t>
      </w:r>
      <w:proofErr w:type="spellStart"/>
      <w:r>
        <w:rPr>
          <w:rFonts w:ascii="Calibri" w:hAnsi="Calibri"/>
          <w:sz w:val="21"/>
        </w:rPr>
        <w:t>vinaigre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5715322D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 c. à soupe </w:t>
      </w:r>
      <w:proofErr w:type="spellStart"/>
      <w:r>
        <w:rPr>
          <w:rFonts w:ascii="Calibri" w:hAnsi="Calibri"/>
          <w:sz w:val="21"/>
        </w:rPr>
        <w:t>d'huile</w:t>
      </w:r>
      <w:proofErr w:type="spellEnd"/>
      <w:r>
        <w:rPr>
          <w:rFonts w:ascii="Calibri" w:hAnsi="Calibri"/>
          <w:sz w:val="21"/>
        </w:rPr>
        <w:t xml:space="preserve"> au piment </w:t>
      </w:r>
      <w:proofErr w:type="spellStart"/>
      <w:r>
        <w:rPr>
          <w:rFonts w:ascii="Calibri" w:hAnsi="Calibri"/>
          <w:sz w:val="21"/>
        </w:rPr>
        <w:t>aromatisée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6332C2EF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Roquette 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mesclun</w:t>
      </w:r>
    </w:p>
    <w:p w14:paraId="2D6D3BD1" w14:textId="77777777" w:rsidR="00172C4E" w:rsidRDefault="00000000">
      <w:pPr>
        <w:pStyle w:val="Listepuces"/>
        <w:spacing w:before="20" w:after="20"/>
        <w:ind w:left="567"/>
      </w:pPr>
      <w:proofErr w:type="spellStart"/>
      <w:r>
        <w:rPr>
          <w:rFonts w:ascii="Calibri" w:hAnsi="Calibri"/>
          <w:sz w:val="21"/>
        </w:rPr>
        <w:t>Copeaux</w:t>
      </w:r>
      <w:proofErr w:type="spellEnd"/>
      <w:r>
        <w:rPr>
          <w:rFonts w:ascii="Calibri" w:hAnsi="Calibri"/>
          <w:sz w:val="21"/>
        </w:rPr>
        <w:t xml:space="preserve"> de parmesan 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pecorino</w:t>
      </w:r>
    </w:p>
    <w:p w14:paraId="529C9778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Sel, poivre</w:t>
      </w:r>
    </w:p>
    <w:p w14:paraId="5C6BA890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292E9194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proofErr w:type="spellStart"/>
      <w:r>
        <w:rPr>
          <w:rFonts w:ascii="Calibri" w:hAnsi="Calibri"/>
          <w:sz w:val="21"/>
        </w:rPr>
        <w:t>Disposez</w:t>
      </w:r>
      <w:proofErr w:type="spellEnd"/>
      <w:r>
        <w:rPr>
          <w:rFonts w:ascii="Calibri" w:hAnsi="Calibri"/>
          <w:sz w:val="21"/>
        </w:rPr>
        <w:t xml:space="preserve"> les </w:t>
      </w:r>
      <w:proofErr w:type="spellStart"/>
      <w:r>
        <w:rPr>
          <w:rFonts w:ascii="Calibri" w:hAnsi="Calibri"/>
          <w:sz w:val="21"/>
        </w:rPr>
        <w:t>légumes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grillés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en</w:t>
      </w:r>
      <w:proofErr w:type="spellEnd"/>
      <w:r>
        <w:rPr>
          <w:rFonts w:ascii="Calibri" w:hAnsi="Calibri"/>
          <w:sz w:val="21"/>
        </w:rPr>
        <w:t xml:space="preserve"> couches fines sur un grand plat de service.</w:t>
      </w:r>
    </w:p>
    <w:p w14:paraId="7A939881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proofErr w:type="spellStart"/>
      <w:r>
        <w:rPr>
          <w:rFonts w:ascii="Calibri" w:hAnsi="Calibri"/>
          <w:sz w:val="21"/>
        </w:rPr>
        <w:t>Mélangez</w:t>
      </w:r>
      <w:proofErr w:type="spellEnd"/>
      <w:r>
        <w:rPr>
          <w:rFonts w:ascii="Calibri" w:hAnsi="Calibri"/>
          <w:sz w:val="21"/>
        </w:rPr>
        <w:t xml:space="preserve"> le </w:t>
      </w:r>
      <w:proofErr w:type="spellStart"/>
      <w:r>
        <w:rPr>
          <w:rFonts w:ascii="Calibri" w:hAnsi="Calibri"/>
          <w:sz w:val="21"/>
        </w:rPr>
        <w:t>vinaigre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l'huile</w:t>
      </w:r>
      <w:proofErr w:type="spellEnd"/>
      <w:r>
        <w:rPr>
          <w:rFonts w:ascii="Calibri" w:hAnsi="Calibri"/>
          <w:sz w:val="21"/>
        </w:rPr>
        <w:t xml:space="preserve"> au piment. </w:t>
      </w:r>
      <w:proofErr w:type="spellStart"/>
      <w:r>
        <w:rPr>
          <w:rFonts w:ascii="Calibri" w:hAnsi="Calibri"/>
          <w:sz w:val="21"/>
        </w:rPr>
        <w:t>Versez</w:t>
      </w:r>
      <w:proofErr w:type="spellEnd"/>
      <w:r>
        <w:rPr>
          <w:rFonts w:ascii="Calibri" w:hAnsi="Calibri"/>
          <w:sz w:val="21"/>
        </w:rPr>
        <w:t xml:space="preserve"> sur les </w:t>
      </w:r>
      <w:proofErr w:type="spellStart"/>
      <w:r>
        <w:rPr>
          <w:rFonts w:ascii="Calibri" w:hAnsi="Calibri"/>
          <w:sz w:val="21"/>
        </w:rPr>
        <w:t>légumes</w:t>
      </w:r>
      <w:proofErr w:type="spellEnd"/>
      <w:r>
        <w:rPr>
          <w:rFonts w:ascii="Calibri" w:hAnsi="Calibri"/>
          <w:sz w:val="21"/>
        </w:rPr>
        <w:t>.</w:t>
      </w:r>
    </w:p>
    <w:p w14:paraId="0B4E807B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r>
        <w:rPr>
          <w:rFonts w:ascii="Calibri" w:hAnsi="Calibri"/>
          <w:sz w:val="21"/>
        </w:rPr>
        <w:t xml:space="preserve">Laissez mariner 5 min pour </w:t>
      </w:r>
      <w:proofErr w:type="spellStart"/>
      <w:r>
        <w:rPr>
          <w:rFonts w:ascii="Calibri" w:hAnsi="Calibri"/>
          <w:sz w:val="21"/>
        </w:rPr>
        <w:t>que</w:t>
      </w:r>
      <w:proofErr w:type="spellEnd"/>
      <w:r>
        <w:rPr>
          <w:rFonts w:ascii="Calibri" w:hAnsi="Calibri"/>
          <w:sz w:val="21"/>
        </w:rPr>
        <w:t xml:space="preserve"> les </w:t>
      </w:r>
      <w:proofErr w:type="spellStart"/>
      <w:r>
        <w:rPr>
          <w:rFonts w:ascii="Calibri" w:hAnsi="Calibri"/>
          <w:sz w:val="21"/>
        </w:rPr>
        <w:t>saveurs</w:t>
      </w:r>
      <w:proofErr w:type="spellEnd"/>
      <w:r>
        <w:rPr>
          <w:rFonts w:ascii="Calibri" w:hAnsi="Calibri"/>
          <w:sz w:val="21"/>
        </w:rPr>
        <w:t xml:space="preserve"> se </w:t>
      </w:r>
      <w:proofErr w:type="spellStart"/>
      <w:r>
        <w:rPr>
          <w:rFonts w:ascii="Calibri" w:hAnsi="Calibri"/>
          <w:sz w:val="21"/>
        </w:rPr>
        <w:t>mêlent</w:t>
      </w:r>
      <w:proofErr w:type="spellEnd"/>
      <w:r>
        <w:rPr>
          <w:rFonts w:ascii="Calibri" w:hAnsi="Calibri"/>
          <w:sz w:val="21"/>
        </w:rPr>
        <w:t>.</w:t>
      </w:r>
    </w:p>
    <w:p w14:paraId="5DA3ACA6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la roquette sur le dessus, </w:t>
      </w:r>
      <w:proofErr w:type="spellStart"/>
      <w:r>
        <w:rPr>
          <w:rFonts w:ascii="Calibri" w:hAnsi="Calibri"/>
          <w:sz w:val="21"/>
        </w:rPr>
        <w:t>parsemez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copeaux</w:t>
      </w:r>
      <w:proofErr w:type="spellEnd"/>
      <w:r>
        <w:rPr>
          <w:rFonts w:ascii="Calibri" w:hAnsi="Calibri"/>
          <w:sz w:val="21"/>
        </w:rPr>
        <w:t xml:space="preserve"> de fromage.</w:t>
      </w:r>
    </w:p>
    <w:p w14:paraId="6B233E75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proofErr w:type="spellStart"/>
      <w:r>
        <w:rPr>
          <w:rFonts w:ascii="Calibri" w:hAnsi="Calibri"/>
          <w:sz w:val="21"/>
        </w:rPr>
        <w:t>Assaisonnez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servez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comme</w:t>
      </w:r>
      <w:proofErr w:type="spellEnd"/>
      <w:r>
        <w:rPr>
          <w:rFonts w:ascii="Calibri" w:hAnsi="Calibri"/>
          <w:sz w:val="21"/>
        </w:rPr>
        <w:t xml:space="preserve"> entrée 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accompagnement</w:t>
      </w:r>
      <w:proofErr w:type="spellEnd"/>
      <w:r>
        <w:rPr>
          <w:rFonts w:ascii="Calibri" w:hAnsi="Calibri"/>
          <w:sz w:val="21"/>
        </w:rPr>
        <w:t>.</w:t>
      </w:r>
    </w:p>
    <w:p w14:paraId="42200CC2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En version </w:t>
      </w:r>
      <w:proofErr w:type="spellStart"/>
      <w:r>
        <w:rPr>
          <w:rFonts w:ascii="Calibri" w:hAnsi="Calibri"/>
          <w:i/>
          <w:color w:val="6B4C11"/>
          <w:sz w:val="20"/>
        </w:rPr>
        <w:t>élaborée</w:t>
      </w:r>
      <w:proofErr w:type="spellEnd"/>
      <w:r>
        <w:rPr>
          <w:rFonts w:ascii="Calibri" w:hAnsi="Calibri"/>
          <w:i/>
          <w:color w:val="6B4C11"/>
          <w:sz w:val="20"/>
        </w:rPr>
        <w:t xml:space="preserve">, </w:t>
      </w:r>
      <w:proofErr w:type="spellStart"/>
      <w:r>
        <w:rPr>
          <w:rFonts w:ascii="Calibri" w:hAnsi="Calibri"/>
          <w:i/>
          <w:color w:val="6B4C11"/>
          <w:sz w:val="20"/>
        </w:rPr>
        <w:t>ajoutez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quelques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noix</w:t>
      </w:r>
      <w:proofErr w:type="spellEnd"/>
      <w:r>
        <w:rPr>
          <w:rFonts w:ascii="Calibri" w:hAnsi="Calibri"/>
          <w:i/>
          <w:color w:val="6B4C11"/>
          <w:sz w:val="20"/>
        </w:rPr>
        <w:t xml:space="preserve"> de Saint-Jacques </w:t>
      </w:r>
      <w:proofErr w:type="spellStart"/>
      <w:r>
        <w:rPr>
          <w:rFonts w:ascii="Calibri" w:hAnsi="Calibri"/>
          <w:i/>
          <w:color w:val="6B4C11"/>
          <w:sz w:val="20"/>
        </w:rPr>
        <w:t>poêlées</w:t>
      </w:r>
      <w:proofErr w:type="spellEnd"/>
      <w:r>
        <w:rPr>
          <w:rFonts w:ascii="Calibri" w:hAnsi="Calibri"/>
          <w:i/>
          <w:color w:val="6B4C11"/>
          <w:sz w:val="20"/>
        </w:rPr>
        <w:t xml:space="preserve"> sur les </w:t>
      </w:r>
      <w:proofErr w:type="spellStart"/>
      <w:r>
        <w:rPr>
          <w:rFonts w:ascii="Calibri" w:hAnsi="Calibri"/>
          <w:i/>
          <w:color w:val="6B4C11"/>
          <w:sz w:val="20"/>
        </w:rPr>
        <w:t>légumes</w:t>
      </w:r>
      <w:proofErr w:type="spellEnd"/>
      <w:r>
        <w:rPr>
          <w:rFonts w:ascii="Calibri" w:hAnsi="Calibri"/>
          <w:i/>
          <w:color w:val="6B4C11"/>
          <w:sz w:val="20"/>
        </w:rPr>
        <w:t>.</w:t>
      </w:r>
    </w:p>
    <w:p w14:paraId="62964ADD" w14:textId="77777777" w:rsidR="00172C4E" w:rsidRDefault="00172C4E">
      <w:pPr>
        <w:spacing w:after="120"/>
      </w:pPr>
    </w:p>
    <w:p w14:paraId="57AA3BC2" w14:textId="77777777" w:rsidR="00180946" w:rsidRDefault="00180946">
      <w:pPr>
        <w:spacing w:after="120"/>
      </w:pPr>
    </w:p>
    <w:p w14:paraId="65737616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t xml:space="preserve">Panna cotta au </w:t>
      </w:r>
      <w:proofErr w:type="spellStart"/>
      <w:r>
        <w:rPr>
          <w:rFonts w:ascii="Calibri" w:hAnsi="Calibri"/>
          <w:b/>
          <w:color w:val="C0392B"/>
          <w:sz w:val="28"/>
        </w:rPr>
        <w:t>balsamique</w:t>
      </w:r>
      <w:proofErr w:type="spellEnd"/>
      <w:r>
        <w:rPr>
          <w:rFonts w:ascii="Calibri" w:hAnsi="Calibri"/>
          <w:i/>
          <w:color w:val="888888"/>
          <w:sz w:val="20"/>
        </w:rPr>
        <w:t xml:space="preserve">  ⏱ 20 min + repos</w:t>
      </w:r>
    </w:p>
    <w:p w14:paraId="198628D9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Ingrédients</w:t>
      </w:r>
      <w:proofErr w:type="spellEnd"/>
      <w:r>
        <w:rPr>
          <w:rFonts w:ascii="Calibri" w:hAnsi="Calibri"/>
          <w:b/>
          <w:color w:val="5A2D0C"/>
        </w:rPr>
        <w:t xml:space="preserve"> (6 </w:t>
      </w:r>
      <w:proofErr w:type="spellStart"/>
      <w:r>
        <w:rPr>
          <w:rFonts w:ascii="Calibri" w:hAnsi="Calibri"/>
          <w:b/>
          <w:color w:val="5A2D0C"/>
        </w:rPr>
        <w:t>personnes</w:t>
      </w:r>
      <w:proofErr w:type="spellEnd"/>
      <w:r>
        <w:rPr>
          <w:rFonts w:ascii="Calibri" w:hAnsi="Calibri"/>
          <w:b/>
          <w:color w:val="5A2D0C"/>
        </w:rPr>
        <w:t>)</w:t>
      </w:r>
    </w:p>
    <w:p w14:paraId="4AD9D42A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500 ml de crème </w:t>
      </w:r>
      <w:proofErr w:type="spellStart"/>
      <w:r>
        <w:rPr>
          <w:rFonts w:ascii="Calibri" w:hAnsi="Calibri"/>
          <w:sz w:val="21"/>
        </w:rPr>
        <w:t>entière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liquide</w:t>
      </w:r>
      <w:proofErr w:type="spellEnd"/>
    </w:p>
    <w:p w14:paraId="21AD261A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50 ml de lait </w:t>
      </w:r>
      <w:proofErr w:type="spellStart"/>
      <w:r>
        <w:rPr>
          <w:rFonts w:ascii="Calibri" w:hAnsi="Calibri"/>
          <w:sz w:val="21"/>
        </w:rPr>
        <w:t>entier</w:t>
      </w:r>
      <w:proofErr w:type="spellEnd"/>
    </w:p>
    <w:p w14:paraId="0A9B7AEE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>60 g de sucre</w:t>
      </w:r>
    </w:p>
    <w:p w14:paraId="09C7BAE1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2 </w:t>
      </w:r>
      <w:proofErr w:type="spellStart"/>
      <w:r>
        <w:rPr>
          <w:rFonts w:ascii="Calibri" w:hAnsi="Calibri"/>
          <w:sz w:val="21"/>
        </w:rPr>
        <w:t>feuilles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gélatine</w:t>
      </w:r>
      <w:proofErr w:type="spellEnd"/>
      <w:r>
        <w:rPr>
          <w:rFonts w:ascii="Calibri" w:hAnsi="Calibri"/>
          <w:sz w:val="21"/>
        </w:rPr>
        <w:t xml:space="preserve"> (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1 c. à café </w:t>
      </w:r>
      <w:proofErr w:type="spellStart"/>
      <w:r>
        <w:rPr>
          <w:rFonts w:ascii="Calibri" w:hAnsi="Calibri"/>
          <w:sz w:val="21"/>
        </w:rPr>
        <w:t>d'agar</w:t>
      </w:r>
      <w:proofErr w:type="spellEnd"/>
      <w:r>
        <w:rPr>
          <w:rFonts w:ascii="Calibri" w:hAnsi="Calibri"/>
          <w:sz w:val="21"/>
        </w:rPr>
        <w:t>-agar)</w:t>
      </w:r>
    </w:p>
    <w:p w14:paraId="4E5908FA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1 c. à café </w:t>
      </w:r>
      <w:proofErr w:type="spellStart"/>
      <w:r>
        <w:rPr>
          <w:rFonts w:ascii="Calibri" w:hAnsi="Calibri"/>
          <w:sz w:val="21"/>
        </w:rPr>
        <w:t>d'extrait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vanille</w:t>
      </w:r>
      <w:proofErr w:type="spellEnd"/>
    </w:p>
    <w:p w14:paraId="48BA4459" w14:textId="77777777" w:rsidR="00172C4E" w:rsidRDefault="00000000">
      <w:pPr>
        <w:pStyle w:val="Listepuces"/>
        <w:spacing w:before="20" w:after="20"/>
        <w:ind w:left="567"/>
      </w:pPr>
      <w:proofErr w:type="spellStart"/>
      <w:r>
        <w:rPr>
          <w:rFonts w:ascii="Calibri" w:hAnsi="Calibri"/>
          <w:sz w:val="21"/>
        </w:rPr>
        <w:t>Réduction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vinaigre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BPBQ</w:t>
      </w:r>
    </w:p>
    <w:p w14:paraId="2CDCE8E5" w14:textId="77777777" w:rsidR="00172C4E" w:rsidRDefault="00000000">
      <w:pPr>
        <w:pStyle w:val="Listepuces"/>
        <w:spacing w:before="20" w:after="20"/>
        <w:ind w:left="567"/>
      </w:pPr>
      <w:r>
        <w:rPr>
          <w:rFonts w:ascii="Calibri" w:hAnsi="Calibri"/>
          <w:sz w:val="21"/>
        </w:rPr>
        <w:t xml:space="preserve">Fraises 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figues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fraîches</w:t>
      </w:r>
      <w:proofErr w:type="spellEnd"/>
      <w:r>
        <w:rPr>
          <w:rFonts w:ascii="Calibri" w:hAnsi="Calibri"/>
          <w:sz w:val="21"/>
        </w:rPr>
        <w:t xml:space="preserve"> pour </w:t>
      </w:r>
      <w:proofErr w:type="spellStart"/>
      <w:r>
        <w:rPr>
          <w:rFonts w:ascii="Calibri" w:hAnsi="Calibri"/>
          <w:sz w:val="21"/>
        </w:rPr>
        <w:t>servir</w:t>
      </w:r>
      <w:proofErr w:type="spellEnd"/>
    </w:p>
    <w:p w14:paraId="31DF5583" w14:textId="77777777" w:rsidR="00172C4E" w:rsidRDefault="00000000">
      <w:pPr>
        <w:spacing w:before="160" w:after="40"/>
      </w:pPr>
      <w:proofErr w:type="spellStart"/>
      <w:r>
        <w:rPr>
          <w:rFonts w:ascii="Calibri" w:hAnsi="Calibri"/>
          <w:b/>
          <w:color w:val="5A2D0C"/>
        </w:rPr>
        <w:t>Préparation</w:t>
      </w:r>
      <w:proofErr w:type="spellEnd"/>
    </w:p>
    <w:p w14:paraId="5FE03E88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1. </w:t>
      </w:r>
      <w:proofErr w:type="spellStart"/>
      <w:r>
        <w:rPr>
          <w:rFonts w:ascii="Calibri" w:hAnsi="Calibri"/>
          <w:sz w:val="21"/>
        </w:rPr>
        <w:t>Trempez</w:t>
      </w:r>
      <w:proofErr w:type="spellEnd"/>
      <w:r>
        <w:rPr>
          <w:rFonts w:ascii="Calibri" w:hAnsi="Calibri"/>
          <w:sz w:val="21"/>
        </w:rPr>
        <w:t xml:space="preserve"> la </w:t>
      </w:r>
      <w:proofErr w:type="spellStart"/>
      <w:r>
        <w:rPr>
          <w:rFonts w:ascii="Calibri" w:hAnsi="Calibri"/>
          <w:sz w:val="21"/>
        </w:rPr>
        <w:t>gélatine</w:t>
      </w:r>
      <w:proofErr w:type="spellEnd"/>
      <w:r>
        <w:rPr>
          <w:rFonts w:ascii="Calibri" w:hAnsi="Calibri"/>
          <w:sz w:val="21"/>
        </w:rPr>
        <w:t xml:space="preserve"> dans </w:t>
      </w:r>
      <w:proofErr w:type="spellStart"/>
      <w:r>
        <w:rPr>
          <w:rFonts w:ascii="Calibri" w:hAnsi="Calibri"/>
          <w:sz w:val="21"/>
        </w:rPr>
        <w:t>l'eau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froide</w:t>
      </w:r>
      <w:proofErr w:type="spellEnd"/>
      <w:r>
        <w:rPr>
          <w:rFonts w:ascii="Calibri" w:hAnsi="Calibri"/>
          <w:sz w:val="21"/>
        </w:rPr>
        <w:t xml:space="preserve"> 5 min. </w:t>
      </w:r>
      <w:proofErr w:type="spellStart"/>
      <w:r>
        <w:rPr>
          <w:rFonts w:ascii="Calibri" w:hAnsi="Calibri"/>
          <w:sz w:val="21"/>
        </w:rPr>
        <w:t>Portez</w:t>
      </w:r>
      <w:proofErr w:type="spellEnd"/>
      <w:r>
        <w:rPr>
          <w:rFonts w:ascii="Calibri" w:hAnsi="Calibri"/>
          <w:sz w:val="21"/>
        </w:rPr>
        <w:t xml:space="preserve"> la crème, le lait et le sucre à </w:t>
      </w:r>
      <w:proofErr w:type="spellStart"/>
      <w:r>
        <w:rPr>
          <w:rFonts w:ascii="Calibri" w:hAnsi="Calibri"/>
          <w:sz w:val="21"/>
        </w:rPr>
        <w:t>frémissement</w:t>
      </w:r>
      <w:proofErr w:type="spellEnd"/>
      <w:r>
        <w:rPr>
          <w:rFonts w:ascii="Calibri" w:hAnsi="Calibri"/>
          <w:sz w:val="21"/>
        </w:rPr>
        <w:t>.</w:t>
      </w:r>
    </w:p>
    <w:p w14:paraId="38CBCD3C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2. </w:t>
      </w:r>
      <w:r>
        <w:rPr>
          <w:rFonts w:ascii="Calibri" w:hAnsi="Calibri"/>
          <w:sz w:val="21"/>
        </w:rPr>
        <w:t xml:space="preserve">Hors du feu,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la </w:t>
      </w:r>
      <w:proofErr w:type="spellStart"/>
      <w:r>
        <w:rPr>
          <w:rFonts w:ascii="Calibri" w:hAnsi="Calibri"/>
          <w:sz w:val="21"/>
        </w:rPr>
        <w:t>vanille</w:t>
      </w:r>
      <w:proofErr w:type="spellEnd"/>
      <w:r>
        <w:rPr>
          <w:rFonts w:ascii="Calibri" w:hAnsi="Calibri"/>
          <w:sz w:val="21"/>
        </w:rPr>
        <w:t xml:space="preserve"> et la </w:t>
      </w:r>
      <w:proofErr w:type="spellStart"/>
      <w:r>
        <w:rPr>
          <w:rFonts w:ascii="Calibri" w:hAnsi="Calibri"/>
          <w:sz w:val="21"/>
        </w:rPr>
        <w:t>gélatine</w:t>
      </w:r>
      <w:proofErr w:type="spellEnd"/>
      <w:r>
        <w:rPr>
          <w:rFonts w:ascii="Calibri" w:hAnsi="Calibri"/>
          <w:sz w:val="21"/>
        </w:rPr>
        <w:t xml:space="preserve"> bien </w:t>
      </w:r>
      <w:proofErr w:type="spellStart"/>
      <w:r>
        <w:rPr>
          <w:rFonts w:ascii="Calibri" w:hAnsi="Calibri"/>
          <w:sz w:val="21"/>
        </w:rPr>
        <w:t>essorée</w:t>
      </w:r>
      <w:proofErr w:type="spellEnd"/>
      <w:r>
        <w:rPr>
          <w:rFonts w:ascii="Calibri" w:hAnsi="Calibri"/>
          <w:sz w:val="21"/>
        </w:rPr>
        <w:t xml:space="preserve">. </w:t>
      </w:r>
      <w:proofErr w:type="spellStart"/>
      <w:r>
        <w:rPr>
          <w:rFonts w:ascii="Calibri" w:hAnsi="Calibri"/>
          <w:sz w:val="21"/>
        </w:rPr>
        <w:t>Mélangez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jusqu'à</w:t>
      </w:r>
      <w:proofErr w:type="spellEnd"/>
      <w:r>
        <w:rPr>
          <w:rFonts w:ascii="Calibri" w:hAnsi="Calibri"/>
          <w:sz w:val="21"/>
        </w:rPr>
        <w:t xml:space="preserve"> dissolution </w:t>
      </w:r>
      <w:proofErr w:type="spellStart"/>
      <w:r>
        <w:rPr>
          <w:rFonts w:ascii="Calibri" w:hAnsi="Calibri"/>
          <w:sz w:val="21"/>
        </w:rPr>
        <w:t>complète</w:t>
      </w:r>
      <w:proofErr w:type="spellEnd"/>
      <w:r>
        <w:rPr>
          <w:rFonts w:ascii="Calibri" w:hAnsi="Calibri"/>
          <w:sz w:val="21"/>
        </w:rPr>
        <w:t>.</w:t>
      </w:r>
    </w:p>
    <w:p w14:paraId="7D8D4ADD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3. </w:t>
      </w:r>
      <w:proofErr w:type="spellStart"/>
      <w:r>
        <w:rPr>
          <w:rFonts w:ascii="Calibri" w:hAnsi="Calibri"/>
          <w:sz w:val="21"/>
        </w:rPr>
        <w:t>Versez</w:t>
      </w:r>
      <w:proofErr w:type="spellEnd"/>
      <w:r>
        <w:rPr>
          <w:rFonts w:ascii="Calibri" w:hAnsi="Calibri"/>
          <w:sz w:val="21"/>
        </w:rPr>
        <w:t xml:space="preserve"> dans 6 ramequins </w:t>
      </w:r>
      <w:proofErr w:type="spellStart"/>
      <w:r>
        <w:rPr>
          <w:rFonts w:ascii="Calibri" w:hAnsi="Calibri"/>
          <w:sz w:val="21"/>
        </w:rPr>
        <w:t>ou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verres</w:t>
      </w:r>
      <w:proofErr w:type="spellEnd"/>
      <w:r>
        <w:rPr>
          <w:rFonts w:ascii="Calibri" w:hAnsi="Calibri"/>
          <w:sz w:val="21"/>
        </w:rPr>
        <w:t xml:space="preserve">. Laissez </w:t>
      </w:r>
      <w:proofErr w:type="spellStart"/>
      <w:r>
        <w:rPr>
          <w:rFonts w:ascii="Calibri" w:hAnsi="Calibri"/>
          <w:sz w:val="21"/>
        </w:rPr>
        <w:t>refroidir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puis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réfrigérez</w:t>
      </w:r>
      <w:proofErr w:type="spellEnd"/>
      <w:r>
        <w:rPr>
          <w:rFonts w:ascii="Calibri" w:hAnsi="Calibri"/>
          <w:sz w:val="21"/>
        </w:rPr>
        <w:t xml:space="preserve"> au </w:t>
      </w:r>
      <w:proofErr w:type="spellStart"/>
      <w:r>
        <w:rPr>
          <w:rFonts w:ascii="Calibri" w:hAnsi="Calibri"/>
          <w:sz w:val="21"/>
        </w:rPr>
        <w:t>moins</w:t>
      </w:r>
      <w:proofErr w:type="spellEnd"/>
      <w:r>
        <w:rPr>
          <w:rFonts w:ascii="Calibri" w:hAnsi="Calibri"/>
          <w:sz w:val="21"/>
        </w:rPr>
        <w:t xml:space="preserve"> 3 h (</w:t>
      </w:r>
      <w:proofErr w:type="spellStart"/>
      <w:r>
        <w:rPr>
          <w:rFonts w:ascii="Calibri" w:hAnsi="Calibri"/>
          <w:sz w:val="21"/>
        </w:rPr>
        <w:t>idéalement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une</w:t>
      </w:r>
      <w:proofErr w:type="spellEnd"/>
      <w:r>
        <w:rPr>
          <w:rFonts w:ascii="Calibri" w:hAnsi="Calibri"/>
          <w:sz w:val="21"/>
        </w:rPr>
        <w:t xml:space="preserve"> nuit).</w:t>
      </w:r>
    </w:p>
    <w:p w14:paraId="307DF8D9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4. </w:t>
      </w:r>
      <w:proofErr w:type="spellStart"/>
      <w:r>
        <w:rPr>
          <w:rFonts w:ascii="Calibri" w:hAnsi="Calibri"/>
          <w:sz w:val="21"/>
        </w:rPr>
        <w:t>Préparez</w:t>
      </w:r>
      <w:proofErr w:type="spellEnd"/>
      <w:r>
        <w:rPr>
          <w:rFonts w:ascii="Calibri" w:hAnsi="Calibri"/>
          <w:sz w:val="21"/>
        </w:rPr>
        <w:t xml:space="preserve"> la </w:t>
      </w:r>
      <w:proofErr w:type="spellStart"/>
      <w:proofErr w:type="gramStart"/>
      <w:r>
        <w:rPr>
          <w:rFonts w:ascii="Calibri" w:hAnsi="Calibri"/>
          <w:sz w:val="21"/>
        </w:rPr>
        <w:t>réduction</w:t>
      </w:r>
      <w:proofErr w:type="spellEnd"/>
      <w:r>
        <w:rPr>
          <w:rFonts w:ascii="Calibri" w:hAnsi="Calibri"/>
          <w:sz w:val="21"/>
        </w:rPr>
        <w:t xml:space="preserve"> :</w:t>
      </w:r>
      <w:proofErr w:type="gramEnd"/>
      <w:r>
        <w:rPr>
          <w:rFonts w:ascii="Calibri" w:hAnsi="Calibri"/>
          <w:sz w:val="21"/>
        </w:rPr>
        <w:t xml:space="preserve"> faites chauffer 4 c. à soupe de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avec 1 c. à soupe de </w:t>
      </w:r>
      <w:proofErr w:type="spellStart"/>
      <w:r>
        <w:rPr>
          <w:rFonts w:ascii="Calibri" w:hAnsi="Calibri"/>
          <w:sz w:val="21"/>
        </w:rPr>
        <w:t>miel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jusqu'à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consistance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sirupeuse</w:t>
      </w:r>
      <w:proofErr w:type="spellEnd"/>
      <w:r>
        <w:rPr>
          <w:rFonts w:ascii="Calibri" w:hAnsi="Calibri"/>
          <w:sz w:val="21"/>
        </w:rPr>
        <w:t>.</w:t>
      </w:r>
    </w:p>
    <w:p w14:paraId="6BC05A59" w14:textId="77777777" w:rsidR="00172C4E" w:rsidRDefault="00000000">
      <w:pPr>
        <w:spacing w:before="40" w:after="40"/>
        <w:ind w:left="283"/>
      </w:pPr>
      <w:r>
        <w:rPr>
          <w:rFonts w:ascii="Calibri" w:hAnsi="Calibri"/>
          <w:b/>
          <w:color w:val="C0392B"/>
          <w:sz w:val="21"/>
        </w:rPr>
        <w:t xml:space="preserve">5. </w:t>
      </w:r>
      <w:r>
        <w:rPr>
          <w:rFonts w:ascii="Calibri" w:hAnsi="Calibri"/>
          <w:sz w:val="21"/>
        </w:rPr>
        <w:t xml:space="preserve">Au moment de </w:t>
      </w:r>
      <w:proofErr w:type="spellStart"/>
      <w:r>
        <w:rPr>
          <w:rFonts w:ascii="Calibri" w:hAnsi="Calibri"/>
          <w:sz w:val="21"/>
        </w:rPr>
        <w:t>servir</w:t>
      </w:r>
      <w:proofErr w:type="spellEnd"/>
      <w:r>
        <w:rPr>
          <w:rFonts w:ascii="Calibri" w:hAnsi="Calibri"/>
          <w:sz w:val="21"/>
        </w:rPr>
        <w:t xml:space="preserve">, </w:t>
      </w:r>
      <w:proofErr w:type="spellStart"/>
      <w:r>
        <w:rPr>
          <w:rFonts w:ascii="Calibri" w:hAnsi="Calibri"/>
          <w:sz w:val="21"/>
        </w:rPr>
        <w:t>nappez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chaque</w:t>
      </w:r>
      <w:proofErr w:type="spellEnd"/>
      <w:r>
        <w:rPr>
          <w:rFonts w:ascii="Calibri" w:hAnsi="Calibri"/>
          <w:sz w:val="21"/>
        </w:rPr>
        <w:t xml:space="preserve"> panna cotta </w:t>
      </w:r>
      <w:proofErr w:type="spellStart"/>
      <w:r>
        <w:rPr>
          <w:rFonts w:ascii="Calibri" w:hAnsi="Calibri"/>
          <w:sz w:val="21"/>
        </w:rPr>
        <w:t>d'une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cuillerée</w:t>
      </w:r>
      <w:proofErr w:type="spellEnd"/>
      <w:r>
        <w:rPr>
          <w:rFonts w:ascii="Calibri" w:hAnsi="Calibri"/>
          <w:sz w:val="21"/>
        </w:rPr>
        <w:t xml:space="preserve"> de </w:t>
      </w:r>
      <w:proofErr w:type="spellStart"/>
      <w:r>
        <w:rPr>
          <w:rFonts w:ascii="Calibri" w:hAnsi="Calibri"/>
          <w:sz w:val="21"/>
        </w:rPr>
        <w:t>réduction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balsamique</w:t>
      </w:r>
      <w:proofErr w:type="spellEnd"/>
      <w:r>
        <w:rPr>
          <w:rFonts w:ascii="Calibri" w:hAnsi="Calibri"/>
          <w:sz w:val="21"/>
        </w:rPr>
        <w:t xml:space="preserve"> et </w:t>
      </w:r>
      <w:proofErr w:type="spellStart"/>
      <w:r>
        <w:rPr>
          <w:rFonts w:ascii="Calibri" w:hAnsi="Calibri"/>
          <w:sz w:val="21"/>
        </w:rPr>
        <w:t>ajoutez</w:t>
      </w:r>
      <w:proofErr w:type="spellEnd"/>
      <w:r>
        <w:rPr>
          <w:rFonts w:ascii="Calibri" w:hAnsi="Calibri"/>
          <w:sz w:val="21"/>
        </w:rPr>
        <w:t xml:space="preserve"> les fruits frais.</w:t>
      </w:r>
    </w:p>
    <w:p w14:paraId="4D56E70A" w14:textId="77777777" w:rsidR="00172C4E" w:rsidRDefault="00000000">
      <w:pPr>
        <w:spacing w:before="80" w:after="120"/>
        <w:ind w:left="283"/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Pour </w:t>
      </w:r>
      <w:proofErr w:type="spellStart"/>
      <w:r>
        <w:rPr>
          <w:rFonts w:ascii="Calibri" w:hAnsi="Calibri"/>
          <w:i/>
          <w:color w:val="6B4C11"/>
          <w:sz w:val="20"/>
        </w:rPr>
        <w:t>démouler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facilement</w:t>
      </w:r>
      <w:proofErr w:type="spellEnd"/>
      <w:r>
        <w:rPr>
          <w:rFonts w:ascii="Calibri" w:hAnsi="Calibri"/>
          <w:i/>
          <w:color w:val="6B4C11"/>
          <w:sz w:val="20"/>
        </w:rPr>
        <w:t xml:space="preserve">, </w:t>
      </w:r>
      <w:proofErr w:type="spellStart"/>
      <w:r>
        <w:rPr>
          <w:rFonts w:ascii="Calibri" w:hAnsi="Calibri"/>
          <w:i/>
          <w:color w:val="6B4C11"/>
          <w:sz w:val="20"/>
        </w:rPr>
        <w:t>passez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rapidement</w:t>
      </w:r>
      <w:proofErr w:type="spellEnd"/>
      <w:r>
        <w:rPr>
          <w:rFonts w:ascii="Calibri" w:hAnsi="Calibri"/>
          <w:i/>
          <w:color w:val="6B4C11"/>
          <w:sz w:val="20"/>
        </w:rPr>
        <w:t xml:space="preserve"> la base du ramequin sous </w:t>
      </w:r>
      <w:proofErr w:type="spellStart"/>
      <w:r>
        <w:rPr>
          <w:rFonts w:ascii="Calibri" w:hAnsi="Calibri"/>
          <w:i/>
          <w:color w:val="6B4C11"/>
          <w:sz w:val="20"/>
        </w:rPr>
        <w:t>l'eau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chaude</w:t>
      </w:r>
      <w:proofErr w:type="spellEnd"/>
      <w:r>
        <w:rPr>
          <w:rFonts w:ascii="Calibri" w:hAnsi="Calibri"/>
          <w:i/>
          <w:color w:val="6B4C11"/>
          <w:sz w:val="20"/>
        </w:rPr>
        <w:t>.</w:t>
      </w:r>
    </w:p>
    <w:p w14:paraId="0069E30A" w14:textId="105292A1" w:rsidR="00180946" w:rsidRPr="00B42C50" w:rsidRDefault="00180946" w:rsidP="00180946">
      <w:pPr>
        <w:pBdr>
          <w:bottom w:val="single" w:sz="12" w:space="4" w:color="C0392B"/>
        </w:pBdr>
        <w:spacing w:before="360" w:after="120"/>
      </w:pPr>
      <w:r w:rsidRPr="00B42C50">
        <w:rPr>
          <w:rFonts w:ascii="Calibri" w:hAnsi="Calibri"/>
          <w:b/>
          <w:sz w:val="40"/>
        </w:rPr>
        <w:lastRenderedPageBreak/>
        <w:t>VINS</w:t>
      </w:r>
    </w:p>
    <w:p w14:paraId="3177A27F" w14:textId="77777777" w:rsidR="00180946" w:rsidRDefault="00180946">
      <w:pPr>
        <w:spacing w:after="120"/>
      </w:pPr>
    </w:p>
    <w:p w14:paraId="4EBB8050" w14:textId="77777777" w:rsidR="00172C4E" w:rsidRDefault="00000000">
      <w:pPr>
        <w:spacing w:before="280" w:after="80"/>
      </w:pPr>
      <w:r>
        <w:rPr>
          <w:rFonts w:ascii="Calibri" w:hAnsi="Calibri"/>
          <w:b/>
          <w:color w:val="C0392B"/>
          <w:sz w:val="28"/>
        </w:rPr>
        <w:t xml:space="preserve">Guide accords </w:t>
      </w:r>
      <w:proofErr w:type="spellStart"/>
      <w:r>
        <w:rPr>
          <w:rFonts w:ascii="Calibri" w:hAnsi="Calibri"/>
          <w:b/>
          <w:color w:val="C0392B"/>
          <w:sz w:val="28"/>
        </w:rPr>
        <w:t>mets-vins</w:t>
      </w:r>
      <w:proofErr w:type="spellEnd"/>
    </w:p>
    <w:p w14:paraId="0A3663A5" w14:textId="77777777" w:rsidR="00172C4E" w:rsidRDefault="00000000">
      <w:pPr>
        <w:spacing w:before="160" w:after="40"/>
      </w:pPr>
      <w:r>
        <w:rPr>
          <w:rFonts w:ascii="Calibri" w:hAnsi="Calibri"/>
          <w:b/>
          <w:color w:val="5A2D0C"/>
        </w:rPr>
        <w:t xml:space="preserve">Nos suggestions </w:t>
      </w:r>
      <w:proofErr w:type="spellStart"/>
      <w:r>
        <w:rPr>
          <w:rFonts w:ascii="Calibri" w:hAnsi="Calibri"/>
          <w:b/>
          <w:color w:val="5A2D0C"/>
        </w:rPr>
        <w:t>d'accords</w:t>
      </w:r>
      <w:proofErr w:type="spellEnd"/>
    </w:p>
    <w:p w14:paraId="55634480" w14:textId="77777777" w:rsidR="00B42C50" w:rsidRDefault="00000000" w:rsidP="00B42C50">
      <w:pPr>
        <w:spacing w:after="120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 xml:space="preserve">Les </w:t>
      </w:r>
      <w:proofErr w:type="spellStart"/>
      <w:r>
        <w:rPr>
          <w:rFonts w:ascii="Calibri" w:hAnsi="Calibri"/>
          <w:sz w:val="21"/>
        </w:rPr>
        <w:t>vins</w:t>
      </w:r>
      <w:proofErr w:type="spellEnd"/>
      <w:r>
        <w:rPr>
          <w:rFonts w:ascii="Calibri" w:hAnsi="Calibri"/>
          <w:sz w:val="21"/>
        </w:rPr>
        <w:t xml:space="preserve"> BPBQ </w:t>
      </w:r>
      <w:proofErr w:type="spellStart"/>
      <w:r>
        <w:rPr>
          <w:rFonts w:ascii="Calibri" w:hAnsi="Calibri"/>
          <w:sz w:val="21"/>
        </w:rPr>
        <w:t>sont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sélectionnés</w:t>
      </w:r>
      <w:proofErr w:type="spellEnd"/>
      <w:r>
        <w:rPr>
          <w:rFonts w:ascii="Calibri" w:hAnsi="Calibri"/>
          <w:sz w:val="21"/>
        </w:rPr>
        <w:t xml:space="preserve"> pour sublimer </w:t>
      </w:r>
      <w:proofErr w:type="spellStart"/>
      <w:r>
        <w:rPr>
          <w:rFonts w:ascii="Calibri" w:hAnsi="Calibri"/>
          <w:sz w:val="21"/>
        </w:rPr>
        <w:t>nos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produits</w:t>
      </w:r>
      <w:proofErr w:type="spellEnd"/>
      <w:r>
        <w:rPr>
          <w:rFonts w:ascii="Calibri" w:hAnsi="Calibri"/>
          <w:sz w:val="21"/>
        </w:rPr>
        <w:t xml:space="preserve">. </w:t>
      </w:r>
    </w:p>
    <w:p w14:paraId="6399579A" w14:textId="415AD9D3" w:rsidR="00172C4E" w:rsidRDefault="00000000" w:rsidP="00B42C50">
      <w:pPr>
        <w:spacing w:after="120"/>
      </w:pPr>
      <w:proofErr w:type="spellStart"/>
      <w:r>
        <w:rPr>
          <w:rFonts w:ascii="Calibri" w:hAnsi="Calibri"/>
          <w:sz w:val="21"/>
        </w:rPr>
        <w:t>Voici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nos</w:t>
      </w:r>
      <w:proofErr w:type="spellEnd"/>
      <w:r>
        <w:rPr>
          <w:rFonts w:ascii="Calibri" w:hAnsi="Calibri"/>
          <w:sz w:val="21"/>
        </w:rPr>
        <w:t xml:space="preserve"> suggestions </w:t>
      </w:r>
      <w:proofErr w:type="spellStart"/>
      <w:proofErr w:type="gramStart"/>
      <w:r>
        <w:rPr>
          <w:rFonts w:ascii="Calibri" w:hAnsi="Calibri"/>
          <w:sz w:val="21"/>
        </w:rPr>
        <w:t>d'accords</w:t>
      </w:r>
      <w:proofErr w:type="spellEnd"/>
      <w:r>
        <w:rPr>
          <w:rFonts w:ascii="Calibri" w:hAnsi="Calibri"/>
          <w:sz w:val="21"/>
        </w:rPr>
        <w:t xml:space="preserve"> :</w:t>
      </w:r>
      <w:proofErr w:type="gramEnd"/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3118"/>
        <w:gridCol w:w="3118"/>
      </w:tblGrid>
      <w:tr w:rsidR="00172C4E" w14:paraId="05667AF5" w14:textId="77777777">
        <w:tc>
          <w:tcPr>
            <w:tcW w:w="2835" w:type="dxa"/>
            <w:shd w:val="clear" w:color="auto" w:fill="C0392B"/>
          </w:tcPr>
          <w:p w14:paraId="0CC2A4A9" w14:textId="77777777" w:rsidR="00172C4E" w:rsidRDefault="00000000">
            <w:r>
              <w:rPr>
                <w:rFonts w:ascii="Calibri" w:hAnsi="Calibri"/>
                <w:b/>
                <w:color w:val="FFFFFF"/>
                <w:sz w:val="20"/>
              </w:rPr>
              <w:t>Plat</w:t>
            </w:r>
          </w:p>
        </w:tc>
        <w:tc>
          <w:tcPr>
            <w:tcW w:w="3118" w:type="dxa"/>
            <w:shd w:val="clear" w:color="auto" w:fill="C0392B"/>
          </w:tcPr>
          <w:p w14:paraId="2233A896" w14:textId="77777777" w:rsidR="00172C4E" w:rsidRDefault="00000000">
            <w:r>
              <w:rPr>
                <w:rFonts w:ascii="Calibri" w:hAnsi="Calibri"/>
                <w:b/>
                <w:color w:val="FFFFFF"/>
                <w:sz w:val="20"/>
              </w:rPr>
              <w:t xml:space="preserve">Vin </w:t>
            </w:r>
            <w:proofErr w:type="spellStart"/>
            <w:r>
              <w:rPr>
                <w:rFonts w:ascii="Calibri" w:hAnsi="Calibri"/>
                <w:b/>
                <w:color w:val="FFFFFF"/>
                <w:sz w:val="20"/>
              </w:rPr>
              <w:t>recommandé</w:t>
            </w:r>
            <w:proofErr w:type="spellEnd"/>
          </w:p>
        </w:tc>
        <w:tc>
          <w:tcPr>
            <w:tcW w:w="3118" w:type="dxa"/>
            <w:shd w:val="clear" w:color="auto" w:fill="C0392B"/>
          </w:tcPr>
          <w:p w14:paraId="32D73705" w14:textId="77777777" w:rsidR="00172C4E" w:rsidRDefault="00000000">
            <w:proofErr w:type="spellStart"/>
            <w:r>
              <w:rPr>
                <w:rFonts w:ascii="Calibri" w:hAnsi="Calibri"/>
                <w:b/>
                <w:color w:val="FFFFFF"/>
                <w:sz w:val="20"/>
              </w:rPr>
              <w:t>Pourquoi</w:t>
            </w:r>
            <w:proofErr w:type="spellEnd"/>
            <w:r>
              <w:rPr>
                <w:rFonts w:ascii="Calibri" w:hAnsi="Calibri"/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FFFFFF"/>
                <w:sz w:val="20"/>
              </w:rPr>
              <w:t>ça</w:t>
            </w:r>
            <w:proofErr w:type="spellEnd"/>
            <w:r>
              <w:rPr>
                <w:rFonts w:ascii="Calibri" w:hAnsi="Calibri"/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FFFFFF"/>
                <w:sz w:val="20"/>
              </w:rPr>
              <w:t>marche</w:t>
            </w:r>
            <w:proofErr w:type="spellEnd"/>
          </w:p>
        </w:tc>
      </w:tr>
      <w:tr w:rsidR="00172C4E" w14:paraId="1662B44B" w14:textId="77777777">
        <w:tc>
          <w:tcPr>
            <w:tcW w:w="2835" w:type="dxa"/>
          </w:tcPr>
          <w:p w14:paraId="4787CF10" w14:textId="77777777" w:rsidR="00172C4E" w:rsidRDefault="00000000">
            <w:proofErr w:type="spellStart"/>
            <w:r>
              <w:rPr>
                <w:rFonts w:ascii="Calibri" w:hAnsi="Calibri"/>
                <w:sz w:val="19"/>
              </w:rPr>
              <w:t>Socca</w:t>
            </w:r>
            <w:proofErr w:type="spellEnd"/>
            <w:r>
              <w:rPr>
                <w:rFonts w:ascii="Calibri" w:hAnsi="Calibri"/>
                <w:sz w:val="19"/>
              </w:rPr>
              <w:t xml:space="preserve"> / Falafels</w:t>
            </w:r>
          </w:p>
        </w:tc>
        <w:tc>
          <w:tcPr>
            <w:tcW w:w="3118" w:type="dxa"/>
          </w:tcPr>
          <w:p w14:paraId="401F6C48" w14:textId="48DFD1FC" w:rsidR="00172C4E" w:rsidRDefault="00000000">
            <w:r>
              <w:rPr>
                <w:rFonts w:ascii="Calibri" w:hAnsi="Calibri"/>
                <w:sz w:val="19"/>
              </w:rPr>
              <w:t xml:space="preserve">Rosé </w:t>
            </w:r>
            <w:r w:rsidR="0050236E">
              <w:rPr>
                <w:rFonts w:ascii="Calibri" w:hAnsi="Calibri"/>
                <w:sz w:val="19"/>
              </w:rPr>
              <w:t>BPBQ</w:t>
            </w:r>
          </w:p>
        </w:tc>
        <w:tc>
          <w:tcPr>
            <w:tcW w:w="3118" w:type="dxa"/>
          </w:tcPr>
          <w:p w14:paraId="1089ED56" w14:textId="77777777" w:rsidR="00172C4E" w:rsidRDefault="00000000">
            <w:proofErr w:type="spellStart"/>
            <w:r>
              <w:rPr>
                <w:rFonts w:ascii="Calibri" w:hAnsi="Calibri"/>
                <w:sz w:val="19"/>
              </w:rPr>
              <w:t>Fraîcheur</w:t>
            </w:r>
            <w:proofErr w:type="spellEnd"/>
            <w:r>
              <w:rPr>
                <w:rFonts w:ascii="Calibri" w:hAnsi="Calibri"/>
                <w:sz w:val="19"/>
              </w:rPr>
              <w:t xml:space="preserve"> et </w:t>
            </w:r>
            <w:proofErr w:type="spellStart"/>
            <w:r>
              <w:rPr>
                <w:rFonts w:ascii="Calibri" w:hAnsi="Calibri"/>
                <w:sz w:val="19"/>
              </w:rPr>
              <w:t>légèreté</w:t>
            </w:r>
            <w:proofErr w:type="spellEnd"/>
            <w:r>
              <w:rPr>
                <w:rFonts w:ascii="Calibri" w:hAnsi="Calibri"/>
                <w:sz w:val="19"/>
              </w:rPr>
              <w:t xml:space="preserve"> qui ne </w:t>
            </w:r>
            <w:proofErr w:type="spellStart"/>
            <w:r>
              <w:rPr>
                <w:rFonts w:ascii="Calibri" w:hAnsi="Calibri"/>
                <w:sz w:val="19"/>
              </w:rPr>
              <w:t>couvrent</w:t>
            </w:r>
            <w:proofErr w:type="spellEnd"/>
            <w:r>
              <w:rPr>
                <w:rFonts w:ascii="Calibri" w:hAnsi="Calibri"/>
                <w:sz w:val="19"/>
              </w:rPr>
              <w:t xml:space="preserve"> pas les </w:t>
            </w:r>
            <w:proofErr w:type="spellStart"/>
            <w:r>
              <w:rPr>
                <w:rFonts w:ascii="Calibri" w:hAnsi="Calibri"/>
                <w:sz w:val="19"/>
              </w:rPr>
              <w:t>épices</w:t>
            </w:r>
            <w:proofErr w:type="spellEnd"/>
          </w:p>
        </w:tc>
      </w:tr>
      <w:tr w:rsidR="00172C4E" w14:paraId="42EC1D6D" w14:textId="77777777">
        <w:tc>
          <w:tcPr>
            <w:tcW w:w="2835" w:type="dxa"/>
          </w:tcPr>
          <w:p w14:paraId="2EDFF66B" w14:textId="77777777" w:rsidR="0050236E" w:rsidRDefault="00000000">
            <w:pPr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 xml:space="preserve">Gnocchi </w:t>
            </w:r>
            <w:proofErr w:type="spellStart"/>
            <w:r>
              <w:rPr>
                <w:rFonts w:ascii="Calibri" w:hAnsi="Calibri"/>
                <w:sz w:val="19"/>
              </w:rPr>
              <w:t>poêlés</w:t>
            </w:r>
            <w:proofErr w:type="spellEnd"/>
            <w:r>
              <w:rPr>
                <w:rFonts w:ascii="Calibri" w:hAnsi="Calibri"/>
                <w:sz w:val="19"/>
              </w:rPr>
              <w:t xml:space="preserve"> / </w:t>
            </w:r>
          </w:p>
          <w:p w14:paraId="63AB4FA0" w14:textId="66964B9F" w:rsidR="00172C4E" w:rsidRDefault="00000000">
            <w:r>
              <w:rPr>
                <w:rFonts w:ascii="Calibri" w:hAnsi="Calibri"/>
                <w:sz w:val="19"/>
              </w:rPr>
              <w:t xml:space="preserve">Risotto aux </w:t>
            </w:r>
            <w:proofErr w:type="spellStart"/>
            <w:r>
              <w:rPr>
                <w:rFonts w:ascii="Calibri" w:hAnsi="Calibri"/>
                <w:sz w:val="19"/>
              </w:rPr>
              <w:t>légumes</w:t>
            </w:r>
            <w:proofErr w:type="spellEnd"/>
          </w:p>
        </w:tc>
        <w:tc>
          <w:tcPr>
            <w:tcW w:w="3118" w:type="dxa"/>
          </w:tcPr>
          <w:p w14:paraId="41DD6C73" w14:textId="77777777" w:rsidR="00172C4E" w:rsidRDefault="0050236E">
            <w:pPr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>B</w:t>
            </w:r>
            <w:r w:rsidR="00000000">
              <w:rPr>
                <w:rFonts w:ascii="Calibri" w:hAnsi="Calibri"/>
                <w:sz w:val="19"/>
              </w:rPr>
              <w:t>lanc</w:t>
            </w:r>
            <w:r>
              <w:rPr>
                <w:rFonts w:ascii="Calibri" w:hAnsi="Calibri"/>
                <w:sz w:val="19"/>
              </w:rPr>
              <w:t xml:space="preserve"> BPBQ</w:t>
            </w:r>
          </w:p>
          <w:p w14:paraId="3E1A97AC" w14:textId="5D65A21E" w:rsidR="0050236E" w:rsidRDefault="0050236E"/>
        </w:tc>
        <w:tc>
          <w:tcPr>
            <w:tcW w:w="3118" w:type="dxa"/>
          </w:tcPr>
          <w:p w14:paraId="1D398691" w14:textId="77777777" w:rsidR="00172C4E" w:rsidRDefault="00000000">
            <w:r>
              <w:rPr>
                <w:rFonts w:ascii="Calibri" w:hAnsi="Calibri"/>
                <w:sz w:val="19"/>
              </w:rPr>
              <w:t xml:space="preserve">Notes </w:t>
            </w:r>
            <w:proofErr w:type="spellStart"/>
            <w:r>
              <w:rPr>
                <w:rFonts w:ascii="Calibri" w:hAnsi="Calibri"/>
                <w:sz w:val="19"/>
              </w:rPr>
              <w:t>florales</w:t>
            </w:r>
            <w:proofErr w:type="spellEnd"/>
            <w:r>
              <w:rPr>
                <w:rFonts w:ascii="Calibri" w:hAnsi="Calibri"/>
                <w:sz w:val="19"/>
              </w:rPr>
              <w:t xml:space="preserve"> et </w:t>
            </w:r>
            <w:proofErr w:type="spellStart"/>
            <w:r>
              <w:rPr>
                <w:rFonts w:ascii="Calibri" w:hAnsi="Calibri"/>
                <w:sz w:val="19"/>
              </w:rPr>
              <w:t>acidité</w:t>
            </w:r>
            <w:proofErr w:type="spellEnd"/>
            <w:r>
              <w:rPr>
                <w:rFonts w:ascii="Calibri" w:hAnsi="Calibri"/>
                <w:sz w:val="19"/>
              </w:rPr>
              <w:t xml:space="preserve"> qui </w:t>
            </w:r>
            <w:proofErr w:type="spellStart"/>
            <w:r>
              <w:rPr>
                <w:rFonts w:ascii="Calibri" w:hAnsi="Calibri"/>
                <w:sz w:val="19"/>
              </w:rPr>
              <w:t>relèvent</w:t>
            </w:r>
            <w:proofErr w:type="spellEnd"/>
            <w:r>
              <w:rPr>
                <w:rFonts w:ascii="Calibri" w:hAnsi="Calibri"/>
                <w:sz w:val="19"/>
              </w:rPr>
              <w:t xml:space="preserve"> les </w:t>
            </w:r>
            <w:proofErr w:type="spellStart"/>
            <w:r>
              <w:rPr>
                <w:rFonts w:ascii="Calibri" w:hAnsi="Calibri"/>
                <w:sz w:val="19"/>
              </w:rPr>
              <w:t>légumes</w:t>
            </w:r>
            <w:proofErr w:type="spellEnd"/>
            <w:r>
              <w:rPr>
                <w:rFonts w:ascii="Calibri" w:hAnsi="Calibri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</w:rPr>
              <w:t>grillés</w:t>
            </w:r>
            <w:proofErr w:type="spellEnd"/>
          </w:p>
        </w:tc>
      </w:tr>
      <w:tr w:rsidR="00172C4E" w14:paraId="737F088D" w14:textId="77777777">
        <w:tc>
          <w:tcPr>
            <w:tcW w:w="2835" w:type="dxa"/>
          </w:tcPr>
          <w:p w14:paraId="7731B3A3" w14:textId="77777777" w:rsidR="00172C4E" w:rsidRDefault="00000000">
            <w:r>
              <w:rPr>
                <w:rFonts w:ascii="Calibri" w:hAnsi="Calibri"/>
                <w:sz w:val="19"/>
              </w:rPr>
              <w:t xml:space="preserve">Gnocchi </w:t>
            </w:r>
            <w:proofErr w:type="spellStart"/>
            <w:r>
              <w:rPr>
                <w:rFonts w:ascii="Calibri" w:hAnsi="Calibri"/>
                <w:sz w:val="19"/>
              </w:rPr>
              <w:t>balsamique</w:t>
            </w:r>
            <w:proofErr w:type="spellEnd"/>
            <w:r>
              <w:rPr>
                <w:rFonts w:ascii="Calibri" w:hAnsi="Calibri"/>
                <w:sz w:val="19"/>
              </w:rPr>
              <w:t xml:space="preserve"> / Risotto vin rouge</w:t>
            </w:r>
          </w:p>
        </w:tc>
        <w:tc>
          <w:tcPr>
            <w:tcW w:w="3118" w:type="dxa"/>
          </w:tcPr>
          <w:p w14:paraId="48C57AA3" w14:textId="1522DD19" w:rsidR="00172C4E" w:rsidRDefault="0050236E">
            <w:r>
              <w:rPr>
                <w:rFonts w:ascii="Calibri" w:hAnsi="Calibri"/>
                <w:sz w:val="19"/>
              </w:rPr>
              <w:t>Rouge BPBQ</w:t>
            </w:r>
          </w:p>
        </w:tc>
        <w:tc>
          <w:tcPr>
            <w:tcW w:w="3118" w:type="dxa"/>
          </w:tcPr>
          <w:p w14:paraId="5AFE93F5" w14:textId="77777777" w:rsidR="00172C4E" w:rsidRDefault="00000000">
            <w:proofErr w:type="spellStart"/>
            <w:r>
              <w:rPr>
                <w:rFonts w:ascii="Calibri" w:hAnsi="Calibri"/>
                <w:sz w:val="19"/>
              </w:rPr>
              <w:t>Tanins</w:t>
            </w:r>
            <w:proofErr w:type="spellEnd"/>
            <w:r>
              <w:rPr>
                <w:rFonts w:ascii="Calibri" w:hAnsi="Calibri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</w:rPr>
              <w:t>souples</w:t>
            </w:r>
            <w:proofErr w:type="spellEnd"/>
            <w:r>
              <w:rPr>
                <w:rFonts w:ascii="Calibri" w:hAnsi="Calibri"/>
                <w:sz w:val="19"/>
              </w:rPr>
              <w:t xml:space="preserve"> et notes </w:t>
            </w:r>
            <w:proofErr w:type="spellStart"/>
            <w:r>
              <w:rPr>
                <w:rFonts w:ascii="Calibri" w:hAnsi="Calibri"/>
                <w:sz w:val="19"/>
              </w:rPr>
              <w:t>fruitées</w:t>
            </w:r>
            <w:proofErr w:type="spellEnd"/>
            <w:r>
              <w:rPr>
                <w:rFonts w:ascii="Calibri" w:hAnsi="Calibri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</w:rPr>
              <w:t>en</w:t>
            </w:r>
            <w:proofErr w:type="spellEnd"/>
            <w:r>
              <w:rPr>
                <w:rFonts w:ascii="Calibri" w:hAnsi="Calibri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</w:rPr>
              <w:t>harmonie</w:t>
            </w:r>
            <w:proofErr w:type="spellEnd"/>
            <w:r>
              <w:rPr>
                <w:rFonts w:ascii="Calibri" w:hAnsi="Calibri"/>
                <w:sz w:val="19"/>
              </w:rPr>
              <w:t xml:space="preserve"> avec le </w:t>
            </w:r>
            <w:proofErr w:type="spellStart"/>
            <w:r>
              <w:rPr>
                <w:rFonts w:ascii="Calibri" w:hAnsi="Calibri"/>
                <w:sz w:val="19"/>
              </w:rPr>
              <w:t>balsamique</w:t>
            </w:r>
            <w:proofErr w:type="spellEnd"/>
          </w:p>
        </w:tc>
      </w:tr>
      <w:tr w:rsidR="00172C4E" w14:paraId="5C19732A" w14:textId="77777777">
        <w:tc>
          <w:tcPr>
            <w:tcW w:w="2835" w:type="dxa"/>
          </w:tcPr>
          <w:p w14:paraId="6B77EE4C" w14:textId="77777777" w:rsidR="00172C4E" w:rsidRDefault="00000000">
            <w:r>
              <w:rPr>
                <w:rFonts w:ascii="Calibri" w:hAnsi="Calibri"/>
                <w:sz w:val="19"/>
              </w:rPr>
              <w:t xml:space="preserve">Carpaccio de </w:t>
            </w:r>
            <w:proofErr w:type="spellStart"/>
            <w:r>
              <w:rPr>
                <w:rFonts w:ascii="Calibri" w:hAnsi="Calibri"/>
                <w:sz w:val="19"/>
              </w:rPr>
              <w:t>légumes</w:t>
            </w:r>
            <w:proofErr w:type="spellEnd"/>
            <w:r>
              <w:rPr>
                <w:rFonts w:ascii="Calibri" w:hAnsi="Calibri"/>
                <w:sz w:val="19"/>
              </w:rPr>
              <w:t xml:space="preserve"> / Bruschetta</w:t>
            </w:r>
          </w:p>
        </w:tc>
        <w:tc>
          <w:tcPr>
            <w:tcW w:w="3118" w:type="dxa"/>
          </w:tcPr>
          <w:p w14:paraId="55FC9B20" w14:textId="77777777" w:rsidR="0050236E" w:rsidRDefault="0050236E" w:rsidP="0050236E">
            <w:pPr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>Blanc BPBQ</w:t>
            </w:r>
          </w:p>
          <w:p w14:paraId="72FDDB28" w14:textId="6BC0940D" w:rsidR="00172C4E" w:rsidRDefault="00172C4E"/>
        </w:tc>
        <w:tc>
          <w:tcPr>
            <w:tcW w:w="3118" w:type="dxa"/>
          </w:tcPr>
          <w:p w14:paraId="0FCD8FFC" w14:textId="77777777" w:rsidR="00172C4E" w:rsidRDefault="00000000">
            <w:proofErr w:type="spellStart"/>
            <w:r>
              <w:rPr>
                <w:rFonts w:ascii="Calibri" w:hAnsi="Calibri"/>
                <w:sz w:val="19"/>
              </w:rPr>
              <w:t>Légèreté</w:t>
            </w:r>
            <w:proofErr w:type="spellEnd"/>
            <w:r>
              <w:rPr>
                <w:rFonts w:ascii="Calibri" w:hAnsi="Calibri"/>
                <w:sz w:val="19"/>
              </w:rPr>
              <w:t xml:space="preserve"> et </w:t>
            </w:r>
            <w:proofErr w:type="spellStart"/>
            <w:r>
              <w:rPr>
                <w:rFonts w:ascii="Calibri" w:hAnsi="Calibri"/>
                <w:sz w:val="19"/>
              </w:rPr>
              <w:t>minéralité</w:t>
            </w:r>
            <w:proofErr w:type="spellEnd"/>
            <w:r>
              <w:rPr>
                <w:rFonts w:ascii="Calibri" w:hAnsi="Calibri"/>
                <w:sz w:val="19"/>
              </w:rPr>
              <w:t xml:space="preserve"> pour des plats frais</w:t>
            </w:r>
          </w:p>
        </w:tc>
      </w:tr>
      <w:tr w:rsidR="00172C4E" w14:paraId="0722EA9E" w14:textId="77777777">
        <w:tc>
          <w:tcPr>
            <w:tcW w:w="2835" w:type="dxa"/>
          </w:tcPr>
          <w:p w14:paraId="5763EA13" w14:textId="77777777" w:rsidR="00172C4E" w:rsidRDefault="00000000">
            <w:r>
              <w:rPr>
                <w:rFonts w:ascii="Calibri" w:hAnsi="Calibri"/>
                <w:sz w:val="19"/>
              </w:rPr>
              <w:t xml:space="preserve">Antipasti / </w:t>
            </w:r>
            <w:proofErr w:type="spellStart"/>
            <w:r>
              <w:rPr>
                <w:rFonts w:ascii="Calibri" w:hAnsi="Calibri"/>
                <w:sz w:val="19"/>
              </w:rPr>
              <w:t>Gressins</w:t>
            </w:r>
            <w:proofErr w:type="spellEnd"/>
          </w:p>
        </w:tc>
        <w:tc>
          <w:tcPr>
            <w:tcW w:w="3118" w:type="dxa"/>
          </w:tcPr>
          <w:p w14:paraId="3DC73F2E" w14:textId="77777777" w:rsidR="0050236E" w:rsidRDefault="0050236E" w:rsidP="0050236E">
            <w:pPr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>Blanc BPBQ</w:t>
            </w:r>
          </w:p>
          <w:p w14:paraId="2F17B03F" w14:textId="2FDC9EDD" w:rsidR="00172C4E" w:rsidRDefault="00172C4E"/>
        </w:tc>
        <w:tc>
          <w:tcPr>
            <w:tcW w:w="3118" w:type="dxa"/>
          </w:tcPr>
          <w:p w14:paraId="3AD13675" w14:textId="77777777" w:rsidR="00172C4E" w:rsidRDefault="00000000">
            <w:r>
              <w:rPr>
                <w:rFonts w:ascii="Calibri" w:hAnsi="Calibri"/>
                <w:sz w:val="19"/>
              </w:rPr>
              <w:t xml:space="preserve">Les </w:t>
            </w:r>
            <w:proofErr w:type="spellStart"/>
            <w:r>
              <w:rPr>
                <w:rFonts w:ascii="Calibri" w:hAnsi="Calibri"/>
                <w:sz w:val="19"/>
              </w:rPr>
              <w:t>bulles</w:t>
            </w:r>
            <w:proofErr w:type="spellEnd"/>
            <w:r>
              <w:rPr>
                <w:rFonts w:ascii="Calibri" w:hAnsi="Calibri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</w:rPr>
              <w:t>nettoient</w:t>
            </w:r>
            <w:proofErr w:type="spellEnd"/>
            <w:r>
              <w:rPr>
                <w:rFonts w:ascii="Calibri" w:hAnsi="Calibri"/>
                <w:sz w:val="19"/>
              </w:rPr>
              <w:t xml:space="preserve"> le palais entre </w:t>
            </w:r>
            <w:proofErr w:type="spellStart"/>
            <w:r>
              <w:rPr>
                <w:rFonts w:ascii="Calibri" w:hAnsi="Calibri"/>
                <w:sz w:val="19"/>
              </w:rPr>
              <w:t>chaque</w:t>
            </w:r>
            <w:proofErr w:type="spellEnd"/>
            <w:r>
              <w:rPr>
                <w:rFonts w:ascii="Calibri" w:hAnsi="Calibri"/>
                <w:sz w:val="19"/>
              </w:rPr>
              <w:t xml:space="preserve"> bouchée</w:t>
            </w:r>
          </w:p>
        </w:tc>
      </w:tr>
      <w:tr w:rsidR="00172C4E" w14:paraId="7DD70588" w14:textId="77777777">
        <w:tc>
          <w:tcPr>
            <w:tcW w:w="2835" w:type="dxa"/>
          </w:tcPr>
          <w:p w14:paraId="618F6725" w14:textId="77777777" w:rsidR="00172C4E" w:rsidRDefault="00000000">
            <w:r>
              <w:rPr>
                <w:rFonts w:ascii="Calibri" w:hAnsi="Calibri"/>
                <w:sz w:val="19"/>
              </w:rPr>
              <w:t xml:space="preserve">Panna cotta au </w:t>
            </w:r>
            <w:proofErr w:type="spellStart"/>
            <w:r>
              <w:rPr>
                <w:rFonts w:ascii="Calibri" w:hAnsi="Calibri"/>
                <w:sz w:val="19"/>
              </w:rPr>
              <w:t>balsamique</w:t>
            </w:r>
            <w:proofErr w:type="spellEnd"/>
          </w:p>
        </w:tc>
        <w:tc>
          <w:tcPr>
            <w:tcW w:w="3118" w:type="dxa"/>
          </w:tcPr>
          <w:p w14:paraId="5574D5AD" w14:textId="77777777" w:rsidR="00172C4E" w:rsidRDefault="00000000">
            <w:r>
              <w:rPr>
                <w:rFonts w:ascii="Calibri" w:hAnsi="Calibri"/>
                <w:sz w:val="19"/>
              </w:rPr>
              <w:t xml:space="preserve">Moscato </w:t>
            </w:r>
            <w:proofErr w:type="spellStart"/>
            <w:r>
              <w:rPr>
                <w:rFonts w:ascii="Calibri" w:hAnsi="Calibri"/>
                <w:sz w:val="19"/>
              </w:rPr>
              <w:t>d'Asti</w:t>
            </w:r>
            <w:proofErr w:type="spellEnd"/>
          </w:p>
        </w:tc>
        <w:tc>
          <w:tcPr>
            <w:tcW w:w="3118" w:type="dxa"/>
          </w:tcPr>
          <w:p w14:paraId="7E362283" w14:textId="77777777" w:rsidR="00172C4E" w:rsidRDefault="00000000">
            <w:r>
              <w:rPr>
                <w:rFonts w:ascii="Calibri" w:hAnsi="Calibri"/>
                <w:sz w:val="19"/>
              </w:rPr>
              <w:t xml:space="preserve">Douceur et effervescence qui </w:t>
            </w:r>
            <w:proofErr w:type="spellStart"/>
            <w:r>
              <w:rPr>
                <w:rFonts w:ascii="Calibri" w:hAnsi="Calibri"/>
                <w:sz w:val="19"/>
              </w:rPr>
              <w:t>contrebalancent</w:t>
            </w:r>
            <w:proofErr w:type="spellEnd"/>
            <w:r>
              <w:rPr>
                <w:rFonts w:ascii="Calibri" w:hAnsi="Calibri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</w:rPr>
              <w:t>l'acidité</w:t>
            </w:r>
            <w:proofErr w:type="spellEnd"/>
            <w:r>
              <w:rPr>
                <w:rFonts w:ascii="Calibri" w:hAnsi="Calibri"/>
                <w:sz w:val="19"/>
              </w:rPr>
              <w:t xml:space="preserve"> du </w:t>
            </w:r>
            <w:proofErr w:type="spellStart"/>
            <w:r>
              <w:rPr>
                <w:rFonts w:ascii="Calibri" w:hAnsi="Calibri"/>
                <w:sz w:val="19"/>
              </w:rPr>
              <w:t>balsamique</w:t>
            </w:r>
            <w:proofErr w:type="spellEnd"/>
          </w:p>
        </w:tc>
      </w:tr>
      <w:tr w:rsidR="00172C4E" w14:paraId="1246A47F" w14:textId="77777777">
        <w:tc>
          <w:tcPr>
            <w:tcW w:w="2835" w:type="dxa"/>
          </w:tcPr>
          <w:p w14:paraId="3CFC1BAE" w14:textId="77777777" w:rsidR="00172C4E" w:rsidRDefault="00000000">
            <w:proofErr w:type="spellStart"/>
            <w:r>
              <w:rPr>
                <w:rFonts w:ascii="Calibri" w:hAnsi="Calibri"/>
                <w:sz w:val="19"/>
              </w:rPr>
              <w:t>Castagnaccio</w:t>
            </w:r>
            <w:proofErr w:type="spellEnd"/>
            <w:r>
              <w:rPr>
                <w:rFonts w:ascii="Calibri" w:hAnsi="Calibri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</w:rPr>
              <w:t>toscan</w:t>
            </w:r>
            <w:proofErr w:type="spellEnd"/>
          </w:p>
        </w:tc>
        <w:tc>
          <w:tcPr>
            <w:tcW w:w="3118" w:type="dxa"/>
          </w:tcPr>
          <w:p w14:paraId="2EBEC3FE" w14:textId="68EC1654" w:rsidR="00172C4E" w:rsidRDefault="0050236E">
            <w:r>
              <w:rPr>
                <w:rFonts w:ascii="Calibri" w:hAnsi="Calibri"/>
                <w:sz w:val="19"/>
              </w:rPr>
              <w:t>Rouge BPBQ</w:t>
            </w:r>
          </w:p>
        </w:tc>
        <w:tc>
          <w:tcPr>
            <w:tcW w:w="3118" w:type="dxa"/>
          </w:tcPr>
          <w:p w14:paraId="6771C2AF" w14:textId="77777777" w:rsidR="00172C4E" w:rsidRDefault="00000000">
            <w:r>
              <w:rPr>
                <w:rFonts w:ascii="Calibri" w:hAnsi="Calibri"/>
                <w:sz w:val="19"/>
              </w:rPr>
              <w:t xml:space="preserve">Accord </w:t>
            </w:r>
            <w:proofErr w:type="spellStart"/>
            <w:r>
              <w:rPr>
                <w:rFonts w:ascii="Calibri" w:hAnsi="Calibri"/>
                <w:sz w:val="19"/>
              </w:rPr>
              <w:t>régional</w:t>
            </w:r>
            <w:proofErr w:type="spellEnd"/>
            <w:r>
              <w:rPr>
                <w:rFonts w:ascii="Calibri" w:hAnsi="Calibri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</w:rPr>
              <w:t>toscan</w:t>
            </w:r>
            <w:proofErr w:type="spellEnd"/>
            <w:r>
              <w:rPr>
                <w:rFonts w:ascii="Calibri" w:hAnsi="Calibri"/>
                <w:sz w:val="19"/>
              </w:rPr>
              <w:t xml:space="preserve"> </w:t>
            </w:r>
            <w:proofErr w:type="gramStart"/>
            <w:r>
              <w:rPr>
                <w:rFonts w:ascii="Calibri" w:hAnsi="Calibri"/>
                <w:sz w:val="19"/>
              </w:rPr>
              <w:t>parfait :</w:t>
            </w:r>
            <w:proofErr w:type="gramEnd"/>
            <w:r>
              <w:rPr>
                <w:rFonts w:ascii="Calibri" w:hAnsi="Calibri"/>
                <w:sz w:val="19"/>
              </w:rPr>
              <w:t xml:space="preserve"> notes de noisette et de </w:t>
            </w:r>
            <w:proofErr w:type="spellStart"/>
            <w:r>
              <w:rPr>
                <w:rFonts w:ascii="Calibri" w:hAnsi="Calibri"/>
                <w:sz w:val="19"/>
              </w:rPr>
              <w:t>miel</w:t>
            </w:r>
            <w:proofErr w:type="spellEnd"/>
          </w:p>
        </w:tc>
      </w:tr>
      <w:tr w:rsidR="00172C4E" w14:paraId="3A9685E3" w14:textId="77777777">
        <w:tc>
          <w:tcPr>
            <w:tcW w:w="2835" w:type="dxa"/>
          </w:tcPr>
          <w:p w14:paraId="3B214559" w14:textId="77777777" w:rsidR="00172C4E" w:rsidRDefault="00000000">
            <w:r>
              <w:rPr>
                <w:rFonts w:ascii="Calibri" w:hAnsi="Calibri"/>
                <w:sz w:val="19"/>
              </w:rPr>
              <w:t>Risotto au vin rouge</w:t>
            </w:r>
          </w:p>
        </w:tc>
        <w:tc>
          <w:tcPr>
            <w:tcW w:w="3118" w:type="dxa"/>
          </w:tcPr>
          <w:p w14:paraId="066E3D6E" w14:textId="1B41A025" w:rsidR="00172C4E" w:rsidRDefault="0050236E">
            <w:r>
              <w:rPr>
                <w:rFonts w:ascii="Calibri" w:hAnsi="Calibri"/>
                <w:sz w:val="19"/>
              </w:rPr>
              <w:t>Rouge BPBQ</w:t>
            </w:r>
          </w:p>
        </w:tc>
        <w:tc>
          <w:tcPr>
            <w:tcW w:w="3118" w:type="dxa"/>
          </w:tcPr>
          <w:p w14:paraId="4E374D1F" w14:textId="77777777" w:rsidR="00172C4E" w:rsidRDefault="00000000">
            <w:proofErr w:type="spellStart"/>
            <w:r>
              <w:rPr>
                <w:rFonts w:ascii="Calibri" w:hAnsi="Calibri"/>
                <w:sz w:val="19"/>
              </w:rPr>
              <w:t>Cohérence</w:t>
            </w:r>
            <w:proofErr w:type="spellEnd"/>
            <w:r>
              <w:rPr>
                <w:rFonts w:ascii="Calibri" w:hAnsi="Calibri"/>
                <w:sz w:val="19"/>
              </w:rPr>
              <w:t xml:space="preserve"> avec les </w:t>
            </w:r>
            <w:proofErr w:type="spellStart"/>
            <w:r>
              <w:rPr>
                <w:rFonts w:ascii="Calibri" w:hAnsi="Calibri"/>
                <w:sz w:val="19"/>
              </w:rPr>
              <w:t>arômes</w:t>
            </w:r>
            <w:proofErr w:type="spellEnd"/>
            <w:r>
              <w:rPr>
                <w:rFonts w:ascii="Calibri" w:hAnsi="Calibri"/>
                <w:sz w:val="19"/>
              </w:rPr>
              <w:t xml:space="preserve"> du vin de </w:t>
            </w:r>
            <w:proofErr w:type="spellStart"/>
            <w:r>
              <w:rPr>
                <w:rFonts w:ascii="Calibri" w:hAnsi="Calibri"/>
                <w:sz w:val="19"/>
              </w:rPr>
              <w:t>cuisson</w:t>
            </w:r>
            <w:proofErr w:type="spellEnd"/>
          </w:p>
        </w:tc>
      </w:tr>
    </w:tbl>
    <w:p w14:paraId="3B9B3752" w14:textId="77777777" w:rsidR="00172C4E" w:rsidRDefault="00000000">
      <w:pPr>
        <w:spacing w:before="80" w:after="120"/>
        <w:ind w:left="283"/>
        <w:rPr>
          <w:rFonts w:ascii="Calibri" w:hAnsi="Calibri"/>
          <w:i/>
          <w:color w:val="6B4C11"/>
          <w:sz w:val="20"/>
        </w:rPr>
      </w:pPr>
      <w:r>
        <w:rPr>
          <w:rFonts w:ascii="Calibri" w:hAnsi="Calibri"/>
          <w:i/>
          <w:color w:val="6B4C11"/>
          <w:sz w:val="20"/>
        </w:rPr>
        <w:t xml:space="preserve">💡 </w:t>
      </w:r>
      <w:proofErr w:type="gramStart"/>
      <w:r>
        <w:rPr>
          <w:rFonts w:ascii="Calibri" w:hAnsi="Calibri"/>
          <w:i/>
          <w:color w:val="6B4C11"/>
          <w:sz w:val="20"/>
        </w:rPr>
        <w:t>Conseil :</w:t>
      </w:r>
      <w:proofErr w:type="gram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Servez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toujours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vos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vins</w:t>
      </w:r>
      <w:proofErr w:type="spellEnd"/>
      <w:r>
        <w:rPr>
          <w:rFonts w:ascii="Calibri" w:hAnsi="Calibri"/>
          <w:i/>
          <w:color w:val="6B4C11"/>
          <w:sz w:val="20"/>
        </w:rPr>
        <w:t xml:space="preserve"> </w:t>
      </w:r>
      <w:proofErr w:type="spellStart"/>
      <w:r>
        <w:rPr>
          <w:rFonts w:ascii="Calibri" w:hAnsi="Calibri"/>
          <w:i/>
          <w:color w:val="6B4C11"/>
          <w:sz w:val="20"/>
        </w:rPr>
        <w:t>blancs</w:t>
      </w:r>
      <w:proofErr w:type="spellEnd"/>
      <w:r>
        <w:rPr>
          <w:rFonts w:ascii="Calibri" w:hAnsi="Calibri"/>
          <w:i/>
          <w:color w:val="6B4C11"/>
          <w:sz w:val="20"/>
        </w:rPr>
        <w:t xml:space="preserve"> entre 8–10 °C et les rouges à 16–18 °C pour les </w:t>
      </w:r>
      <w:proofErr w:type="spellStart"/>
      <w:r>
        <w:rPr>
          <w:rFonts w:ascii="Calibri" w:hAnsi="Calibri"/>
          <w:i/>
          <w:color w:val="6B4C11"/>
          <w:sz w:val="20"/>
        </w:rPr>
        <w:t>meilleurs</w:t>
      </w:r>
      <w:proofErr w:type="spellEnd"/>
      <w:r>
        <w:rPr>
          <w:rFonts w:ascii="Calibri" w:hAnsi="Calibri"/>
          <w:i/>
          <w:color w:val="6B4C11"/>
          <w:sz w:val="20"/>
        </w:rPr>
        <w:t xml:space="preserve"> accords.</w:t>
      </w:r>
    </w:p>
    <w:p w14:paraId="77FFA7AF" w14:textId="77777777" w:rsidR="00180946" w:rsidRDefault="00180946">
      <w:pPr>
        <w:spacing w:before="80" w:after="120"/>
        <w:ind w:left="283"/>
      </w:pPr>
    </w:p>
    <w:p w14:paraId="57A3B21C" w14:textId="77777777" w:rsidR="00180946" w:rsidRDefault="00180946">
      <w:pPr>
        <w:spacing w:before="80" w:after="120"/>
        <w:ind w:left="283"/>
      </w:pPr>
    </w:p>
    <w:p w14:paraId="6FA40682" w14:textId="77777777" w:rsidR="00180946" w:rsidRDefault="00180946">
      <w:pPr>
        <w:spacing w:before="80" w:after="120"/>
        <w:ind w:left="283"/>
      </w:pPr>
    </w:p>
    <w:p w14:paraId="34072C7F" w14:textId="77777777" w:rsidR="00180946" w:rsidRDefault="00180946">
      <w:pPr>
        <w:spacing w:before="80" w:after="120"/>
        <w:ind w:left="283"/>
      </w:pPr>
    </w:p>
    <w:p w14:paraId="26793D77" w14:textId="77777777" w:rsidR="00180946" w:rsidRDefault="00180946">
      <w:pPr>
        <w:spacing w:before="80" w:after="120"/>
        <w:ind w:left="283"/>
      </w:pPr>
    </w:p>
    <w:p w14:paraId="3A9A5C8B" w14:textId="77777777" w:rsidR="00180946" w:rsidRDefault="00180946">
      <w:pPr>
        <w:spacing w:before="80" w:after="120"/>
        <w:ind w:left="283"/>
      </w:pPr>
    </w:p>
    <w:p w14:paraId="79EF1EB6" w14:textId="77777777" w:rsidR="00180946" w:rsidRDefault="00180946">
      <w:pPr>
        <w:spacing w:before="80" w:after="120"/>
        <w:ind w:left="283"/>
      </w:pPr>
    </w:p>
    <w:p w14:paraId="1B6D72AE" w14:textId="77777777" w:rsidR="00180946" w:rsidRDefault="00180946">
      <w:pPr>
        <w:spacing w:before="80" w:after="120"/>
        <w:ind w:left="283"/>
      </w:pPr>
    </w:p>
    <w:p w14:paraId="54764998" w14:textId="77777777" w:rsidR="00180946" w:rsidRPr="00180946" w:rsidRDefault="00180946" w:rsidP="00180946">
      <w:pPr>
        <w:jc w:val="center"/>
        <w:rPr>
          <w:sz w:val="44"/>
          <w:szCs w:val="44"/>
        </w:rPr>
      </w:pPr>
      <w:r w:rsidRPr="00180946">
        <w:rPr>
          <w:rFonts w:ascii="Calibri" w:hAnsi="Calibri"/>
          <w:b/>
          <w:sz w:val="44"/>
          <w:szCs w:val="44"/>
        </w:rPr>
        <w:t>www.bpbq.eu</w:t>
      </w:r>
    </w:p>
    <w:p w14:paraId="04E9FC3D" w14:textId="77777777" w:rsidR="00180946" w:rsidRDefault="00180946">
      <w:pPr>
        <w:spacing w:before="80" w:after="120"/>
        <w:ind w:left="283"/>
      </w:pPr>
    </w:p>
    <w:p w14:paraId="12623143" w14:textId="521ADF0F" w:rsidR="00180946" w:rsidRDefault="00180946" w:rsidP="00180946">
      <w:pPr>
        <w:spacing w:before="80" w:after="120"/>
        <w:ind w:left="283"/>
        <w:jc w:val="center"/>
      </w:pPr>
      <w:r>
        <w:rPr>
          <w:noProof/>
        </w:rPr>
        <w:drawing>
          <wp:inline distT="0" distB="0" distL="0" distR="0" wp14:anchorId="6BEC1B63" wp14:editId="0953965B">
            <wp:extent cx="1252837" cy="1252837"/>
            <wp:effectExtent l="0" t="0" r="5080" b="5080"/>
            <wp:docPr id="1531267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671" name="Image 153126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2837" cy="125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0946" w:rsidSect="00180946">
      <w:footerReference w:type="default" r:id="rId10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45C81" w14:textId="77777777" w:rsidR="00CA52C7" w:rsidRDefault="00CA52C7">
      <w:pPr>
        <w:spacing w:after="0" w:line="240" w:lineRule="auto"/>
      </w:pPr>
      <w:r>
        <w:separator/>
      </w:r>
    </w:p>
  </w:endnote>
  <w:endnote w:type="continuationSeparator" w:id="0">
    <w:p w14:paraId="7A9FD6DE" w14:textId="77777777" w:rsidR="00CA52C7" w:rsidRDefault="00CA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07B6" w14:textId="77777777" w:rsidR="00172C4E" w:rsidRDefault="00172C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FEFF" w14:textId="77777777" w:rsidR="00CA52C7" w:rsidRDefault="00CA52C7">
      <w:pPr>
        <w:spacing w:after="0" w:line="240" w:lineRule="auto"/>
      </w:pPr>
      <w:r>
        <w:separator/>
      </w:r>
    </w:p>
  </w:footnote>
  <w:footnote w:type="continuationSeparator" w:id="0">
    <w:p w14:paraId="7E44434C" w14:textId="77777777" w:rsidR="00CA52C7" w:rsidRDefault="00CA5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7D41FA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76E9D"/>
    <w:multiLevelType w:val="multilevel"/>
    <w:tmpl w:val="B99E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7971F34"/>
    <w:multiLevelType w:val="multilevel"/>
    <w:tmpl w:val="A8EE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A237F"/>
    <w:multiLevelType w:val="multilevel"/>
    <w:tmpl w:val="F730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D71DBD"/>
    <w:multiLevelType w:val="hybridMultilevel"/>
    <w:tmpl w:val="43E07E1A"/>
    <w:lvl w:ilvl="0" w:tplc="6AACD1AC">
      <w:start w:val="3"/>
      <w:numFmt w:val="bullet"/>
      <w:lvlText w:val=""/>
      <w:lvlJc w:val="left"/>
      <w:pPr>
        <w:ind w:left="567" w:hanging="360"/>
      </w:pPr>
      <w:rPr>
        <w:rFonts w:ascii="Symbol" w:eastAsiaTheme="minorEastAsia" w:hAnsi="Symbol" w:cstheme="minorBidi" w:hint="default"/>
        <w:sz w:val="21"/>
      </w:rPr>
    </w:lvl>
    <w:lvl w:ilvl="1" w:tplc="040C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num w:numId="1" w16cid:durableId="1808816397">
    <w:abstractNumId w:val="8"/>
  </w:num>
  <w:num w:numId="2" w16cid:durableId="676031589">
    <w:abstractNumId w:val="6"/>
  </w:num>
  <w:num w:numId="3" w16cid:durableId="948052579">
    <w:abstractNumId w:val="5"/>
  </w:num>
  <w:num w:numId="4" w16cid:durableId="1489520179">
    <w:abstractNumId w:val="4"/>
  </w:num>
  <w:num w:numId="5" w16cid:durableId="89863505">
    <w:abstractNumId w:val="7"/>
  </w:num>
  <w:num w:numId="6" w16cid:durableId="1918203870">
    <w:abstractNumId w:val="3"/>
  </w:num>
  <w:num w:numId="7" w16cid:durableId="104467015">
    <w:abstractNumId w:val="2"/>
  </w:num>
  <w:num w:numId="8" w16cid:durableId="1252813728">
    <w:abstractNumId w:val="1"/>
  </w:num>
  <w:num w:numId="9" w16cid:durableId="164977577">
    <w:abstractNumId w:val="0"/>
  </w:num>
  <w:num w:numId="10" w16cid:durableId="653484421">
    <w:abstractNumId w:val="11"/>
  </w:num>
  <w:num w:numId="11" w16cid:durableId="1735544879">
    <w:abstractNumId w:val="9"/>
  </w:num>
  <w:num w:numId="12" w16cid:durableId="1301960177">
    <w:abstractNumId w:val="12"/>
  </w:num>
  <w:num w:numId="13" w16cid:durableId="444544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2C4E"/>
    <w:rsid w:val="00180946"/>
    <w:rsid w:val="001958FA"/>
    <w:rsid w:val="00204CC6"/>
    <w:rsid w:val="0029639D"/>
    <w:rsid w:val="002A4C1A"/>
    <w:rsid w:val="00326F90"/>
    <w:rsid w:val="003924F9"/>
    <w:rsid w:val="00417B29"/>
    <w:rsid w:val="0050236E"/>
    <w:rsid w:val="00511FD9"/>
    <w:rsid w:val="0074340D"/>
    <w:rsid w:val="008C49EF"/>
    <w:rsid w:val="00AA1D8D"/>
    <w:rsid w:val="00B42C50"/>
    <w:rsid w:val="00B47730"/>
    <w:rsid w:val="00CA52C7"/>
    <w:rsid w:val="00CB0664"/>
    <w:rsid w:val="00CC1872"/>
    <w:rsid w:val="00EC40B7"/>
    <w:rsid w:val="00EC53AA"/>
    <w:rsid w:val="00F4598A"/>
    <w:rsid w:val="00FC693F"/>
    <w:rsid w:val="00FD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2A6F09"/>
  <w14:defaultImageDpi w14:val="300"/>
  <w15:docId w15:val="{1B30C1BB-AD52-4058-8624-25411509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36E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2577</Words>
  <Characters>14174</Characters>
  <Application>Microsoft Office Word</Application>
  <DocSecurity>0</DocSecurity>
  <Lines>118</Lines>
  <Paragraphs>33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 noelle leoni</cp:lastModifiedBy>
  <cp:revision>2</cp:revision>
  <dcterms:created xsi:type="dcterms:W3CDTF">2026-06-29T06:35:00Z</dcterms:created>
  <dcterms:modified xsi:type="dcterms:W3CDTF">2026-06-29T06:35:00Z</dcterms:modified>
  <cp:category/>
</cp:coreProperties>
</file>